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河北科技大学拟被推免学生放弃推免资格申请表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十、表格名称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河北科技大学拟被推免学生放弃推免资格申请表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七、填表说明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本表申报内容由申请人在 word 中直接打字填写，不得改变表格内容，签字部分须由相关人员本人书写，不得代签或复印、打印。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选项前的（）需完整填写，使用“√”或“×”进行标记。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本表一式两份，学院存档一份，附在递补学生申请审批表前报教务处一份。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审批完成时间应在学院公示拟推荐名单前。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八、申请人及推免成绩信息表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59"/>
        <w:gridCol w:w="959"/>
        <w:gridCol w:w="959"/>
        <w:gridCol w:w="959"/>
        <w:gridCol w:w="959"/>
        <w:gridCol w:w="959"/>
        <w:gridCol w:w="959"/>
        <w:gridCol w:w="959"/>
        <w:gridCol w:w="959"/>
      </w:tblGrid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性别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班级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身份证号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联系电话</w:t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推免成绩明细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学业成绩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附加成绩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推免成绩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推免排名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四、本人声明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本人声明因                                                原因，经本人慎重考虑并征求本人家长同意，自愿放弃河北科技大学                      学院 20      年拟推荐免试攻读研究生资格，特此说明。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申请人签字：                    日期：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五、辅导员及副书记意见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17"/>
        <w:gridCol w:w="4317"/>
      </w:tblGrid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辅导员意见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副书记意见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签字：年      月      日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签字：年      月      日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本段内容为推免相关表格的空白模板，未包含具体名单、人数、专业明细、排名或评分数据，仅包含以下可识别的表格字段与签署栏位：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十、表格字段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34"/>
      </w:tblGrid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字段名称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学号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姓名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专业代码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班级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学业成绩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附加成绩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推免成绩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候补排名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推荐单位审批意见</w:t>
            </w:r>
          </w:p>
        </w:tc>
      </w:tr>
      <w:tr>
        <w:tc>
          <w:tcPr>
            <w:tcW w:type="dxa" w:w="863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是否递补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七、审批意见选项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是否递补：（ ）是 （ ）否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八、签署栏位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签字：　　　　年　　月　　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推荐单位负责人签名（推荐单位盖章）：　　　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备注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说明：本段为空白表格模板，未出现具体推免名单、人数、专业/学院明细、排名/评分方式及公示期等实质信息，故无法提炼相关量化数据。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本段内容为推荐单位签署栏，未包含名单、人数、专业/学院明细、排名或评分方式、公示期等可提炼信息。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十、签署栏内容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单位负责人签名（推荐单位盖章）：　　  　　   　  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推荐单位负责人签名（推荐单位盖章）：　　  　　   　  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推荐单位负责人签名（推荐单位盖章）：　　  　　   　  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推荐单位负责人签名（推荐单位盖章）：　　  　　   　  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推荐单位负责人签名（推荐单位盖章）：　　  　　   　  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推荐单位负责人签名（推荐单位盖章）：　　  　　   　  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推荐单位负责人签名（推荐单位盖章）：　　  　　   　  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8. 推荐单位负责人签名（推荐单位盖章）：　　  　　   　  　日期：备注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本段内容为推荐单位签署栏的重复模板，未包含名单、人数、专业/学院明细、排名或评分方式、公示期等可提炼信息，也无表格或图片。可规范整理如下：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十、签署栏模板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推荐单位负责人签名（推荐单位盖章）：　　　　　　　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推荐单位负责人签名（推荐单位盖章）：　　　　　　　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推荐单位负责人签名（推荐单位盖章）：　　　　　　　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推荐单位负责人签名（推荐单位盖章）：　　　　　　　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推荐单位负责人签名（推荐单位盖章）：　　　　　　　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推荐单位负责人签名（推荐单位盖章）：　　　　　　　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推荐单位负责人签名（推荐单位盖章）：　　　　　　　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8. 推荐单位负责人签名（推荐单位盖章）：　　　　　　　　日期：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七、备注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原文末尾标注“备注”，但未给出备注具体内容。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本段内容为推荐单位签署栏，未包含名单、人数、专业/学院明细、排名或评分方式、公示期等可提炼信息。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十、签署栏内容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负责人签名（推荐单位盖章）：　　  　　   　  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推荐单位负责人签名（推荐单位盖章）：　　  　　   　  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推荐单位负责人签名（推荐单位盖章）：　　  　　   　  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推荐单位负责人签名（推荐单位盖章）：　　  　　   　  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推荐单位负责人签名（推荐单位盖章）：　　  　　   　  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推荐单位负责人签名（推荐单位盖章）：　　  　　   　  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推荐单位负责人签名（推荐单位盖章）：　　  　　   　  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8. 推荐单位负责人签名（推荐单位盖章）：　　  　　   　  　日期：备注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本段共出现 8 处签署栏，其中第 1 处为“负责人签名（推荐单位盖章）”，第 2 至第 8 处为“推荐单位负责人签名（推荐单位盖章）”。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各签署栏均包含签名、盖章、日期填写位置，末尾附“备注”字样。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本段未提供具体人员名单、专业/学院明细、排名或评分方式、公示期及量化数据。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本段内容为推荐单位签署栏的重复模板，未包含名单、人数、专业/学院明细、排名或评分方式、公示期等可提炼信息。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十、签署栏内容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推荐单位负责人签名（推荐单位盖章）：　　  　　   　  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推荐单位负责人签名（推荐单位盖章）：　　  　　   　  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推荐单位负责人签名（推荐单位盖章）：　　  　　   　  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推荐单位负责人签名（推荐单位盖章）：　　  　　   　  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推荐单位负责人签名（推荐单位盖章）：　　  　　   　  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推荐单位负责人签名（推荐单位盖章）：　　  　　   　  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推荐单位负责人签名（推荐单位盖章）：　　  　　   　  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8. 推荐单位负责人签名（推荐单位盖章）：　　  　　   　  　日期：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七、备注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本段无可提取的名单类信息（人数、专业/学院明细、排名/评分方式、公示期均未出现）。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无可提取的量化数据。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无表格内容。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无图片内容。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本段内容为推荐单位签署栏的重复模板，未包含名单、人数、专业/学院明细、排名/评分方式或公示期等可提炼信息。原文仅重复出现以下签署项：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十、签署栏内容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推荐单位负责人签名（推荐单位盖章）：　　  　　   　  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推荐单位负责人签名（推荐单位盖章）：　　  　　   　  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推荐单位负责人签名（推荐单位盖章）：　　  　　   　  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推荐单位负责人签名（推荐单位盖章）：　　  　　   　  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推荐单位负责人签名（推荐单位盖章）：　　  　　   　  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推荐单位负责人签名（推荐单位盖章）：　　  　　   　  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推荐单位负责人签名（推荐单位盖章）：　　  　　   　  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8. 推荐单位负责人签名（推荐单位盖章）：　　  　　   　  　日期：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七、备注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原文末尾附有“备注”字样，但未给出备注具体内容。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本段无可提取的量化数据、名单明细或公示期信息。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本段内容为推荐单位签署栏，未包含名单、人数、专业/学院明细、排名或评分方式、公示期等可提炼信息。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十、签署栏内容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签名（推荐单位盖章）：　　  　　   　  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推荐单位负责人签名（推荐单位盖章）：　　  　　   　  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推荐单位负责人签名（推荐单位盖章）：　　  　　   　  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推荐单位负责人签名（推荐单位盖章）：　　  　　   　  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推荐单位负责人签名（推荐单位盖章）：　　  　　   　  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推荐单位负责人签名（推荐单位盖章）：　　  　　   　  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推荐单位负责人签名（推荐单位盖章）：　　  　　   　  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8. 推荐单位负责人签名（推荐单位盖章）：　　  　　   　  　日期：备注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本段未出现具体名单、人数、专业或学院明细、排名或评分方式、公示期等量化信息。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本段未出现图片。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十、推荐单位签署信息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推荐单位负责人签名（推荐单位盖章）：　　  　　   　  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推荐单位负责人签名（推荐单位盖章）：　　  　　   　  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推荐单位负责人签名（推荐单位盖章）：　　  　　   　  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推荐单位负责人签名（推荐单位盖章）：　　  　　   　  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推荐单位负责人签名（推荐单位盖章）：　　  　　   　  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推荐单位负责人签名（推荐单位盖章）：　　  　　   　  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推荐单位负责人签名（推荐单位盖章）：　　  　　   　  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8. 推荐单位负责人签名（推荐单位盖章）：　　  　　   　  　日期：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七、备注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名（推荐单位盖章）：　　  　　   　  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备注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本段内容为推荐单位签署栏，未包含名单、人数、专业/学院明细、排名或评分方式、公示期等可提炼信息。可确认的字段如下：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十、签署与盖章要求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推荐单位负责人签名（推荐单位盖章）：　　  　　   　  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推荐单位负责人签名（推荐单位盖章）：　　  　　   　  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推荐单位负责人签名（推荐单位盖章）：　　  　　   　  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推荐单位负责人签名（推荐单位盖章）：　　  　　   　  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推荐单位负责人签名（推荐单位盖章）：　　  　　   　  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推荐单位负责人签名（推荐单位盖章）：　　  　　   　  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推荐单位负责人签名（推荐单位盖章）：　　  　　   　  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8. 推荐单位负责人签名（推荐单位盖章）：　　  　　   　  　日期：备注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本段共出现“推荐单位负责人签名（推荐单位盖章）”栏 8 处，其中第 1 处前另有“（推荐单位盖章）：　　  　　   　  　日期：”1 处。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本段未出现具体人数、专业或学院名称、排名或评分方式、公示期等量化信息，故不作推断或补充。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本段内容为推荐单位签署栏的重复模板，未包含名单、人数、专业/学院明细、排名或评分方式、公示期等可提炼信息。可规范整理如下：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十、推荐单位签署栏（共出现 8 次）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推荐单位负责人签名（推荐单位盖章）：　　  　　   　  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推荐单位负责人签名（推荐单位盖章）：　　  　　   　  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推荐单位负责人签名（推荐单位盖章）：　　  　　   　  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推荐单位负责人签名（推荐单位盖章）：　　  　　   　  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推荐单位负责人签名（推荐单位盖章）：　　  　　   　  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推荐单位负责人签名（推荐单位盖章）：　　  　　   　  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推荐单位负责人签名（推荐单位盖章）：　　  　　   　  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8. 推荐单位负责人签名（推荐单位盖章）：　　  　　   　  　日期：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七、备注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本段无具体名单信息，无人数、专业/学院明细、排名/评分方式及公示期数据。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本段无图片内容。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本段内容为推荐单位签署栏的重复模板，未包含名单、人数、专业/学院明细、排名或评分方式、公示期等可提炼信息，亦无表格或图片。可确认的字段如下：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十、签署栏字段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推荐单位负责人签名（推荐单位盖章）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日期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七、重复情况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上述“推荐单位负责人签名（推荐单位盖章）：　　  　　   　  　日期：”在正文中重复出现 8 次。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段末附有“备注”字样，但未给出备注具体内容。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本段内容为推荐单位签署栏的重复模板，未包含名单、人数、专业/学院明细、排名或评分方式、公示期等可提炼信息，也未出现表格或图片。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十、可确认的字段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推荐单位负责人签名（推荐单位盖章）：　　  　　   　  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该字段在本段中重复出现 8 次。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段末出现“备注”字样。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本段不含具体单位名称、负责人姓名、日期、人数、专业或学院信息。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本段不含排名或评分方式、公示期等量化信息。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本段无表格、无图片。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本段内容为推荐单位签署栏的重复模板，未包含名单、人数、专业/学院明细、排名/评分方式或公示期等可提炼信息。可规范整理如下：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十、推荐单位签署栏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推荐单位负责人签名（推荐单位盖章）：　　  　　   　  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推荐单位负责人签名（推荐单位盖章）：　　  　　   　  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推荐单位负责人签名（推荐单位盖章）：　　  　　   　  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推荐单位负责人签名（推荐单位盖章）：　　  　　   　  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推荐单位负责人签名（推荐单位盖章）：　　  　　   　  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推荐单位负责人签名（推荐单位盖章）：　　  　　   　  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推荐单位负责人签名（推荐单位盖章）：　　  　　   　  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8. 推荐单位负责人签名（推荐单位盖章）：　　  　　   　  　日期：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七、备注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备注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十、推荐单位签署信息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推荐单位负责人签名（推荐单位盖章）：　　  　　   　  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推荐单位负责人签名（推荐单位盖章）：　　  　　   　  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推荐单位负责人签名（推荐单位盖章）：　　  　　   　  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推荐单位负责人签名（推荐单位盖章）：　　  　　   　  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推荐单位负责人签名（推荐单位盖章）：　　  　　   　  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推荐单位负责人签名（推荐单位盖章）：　　  　　   　  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推荐单位负责人签名（推荐单位盖章）：　　  　　   　  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8. 推荐单位负责人签名（推荐单位盖章）：　　  　　   　  　日期：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七、备注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备注：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十、推荐单位签署信息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推荐单位负责人签名（推荐单位盖章）：　　  　　   　  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推荐单位负责人签名（推荐单位盖章）：　　  　　   　  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推荐单位负责人签名（推荐单位盖章）：　　  　　   　  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推荐单位负责人签名（推荐单位盖章）：　　  　　   　  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推荐单位负责人签名（推荐单位盖章）：　　  　　   　  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推荐单位负责人签名（推荐单位盖章）：　　  　　   　  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推荐单位负责人签名（推荐单位盖章）：　　  　　   　  　日期：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8. 推荐单位负责人签名（推荐单位盖章）：　　  　　   　  　日期：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七、备注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备注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