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上海电力大学2026 年招收优秀应届本科毕业生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切实做好2026年招收优秀应届本科毕业生推荐免试攻读研究生（以下简称推免生）工作，保证招生工作的科学、规范、公平、公正，根据教育部、上海市教育考试院对2026年推免工作相关要求，结合本校实际，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一、招生专业和招生计划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经我校研究生招生工作领导小组审议、报校长办公会批准，确定我校2026年推免生招生专业范围和招生计划数。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我校所有全日制硕士研究生专业，均可招收推免生。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申请者可登录“全国推荐免试攻读研究生（免初试、转段）信息公开暨管理服务系统”（以下简称“全国推免服务系统”，网址：https://yz.chsi.com.cn/tm）查看具体的招生专业和招生计划数。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各专业招收推免生的最终人数将在招生计划数范围内，根据实际生源情况确定。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二、申请条件和要求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热爱祖国，拥护中国共产党的领导，拥护社会主义制度，遵纪守法，品德良好。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取得所在高校推荐资格的优秀应届本科生，以“全国推免服务系统”公示名单为准。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符合报考专业所在学院的申请条件和要求。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身体健康状况符合国家规定的体检要求。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三、招收程序和安排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我校各学院按照教育部及学校招收推免生工作要求，制定本学院的招收推免生工作细则，并在学院网站发布（网址及咨询方式详见文末附件）。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具有推荐免试资格的考生可在国家规定的时间内（9月22日-10月20日）登录“全国推免服务系统”，申请我校相关专业。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各学院审核考生申请信息，对符合报考专业申请条件的考生通过“全国推免服务系统”发送复试通知。考生接到复试通知，应在招生学院规定时间内确认是否参加复试，逾期视为主动放弃。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复试采用面试的方式，除了考察申请者的思想政治素质和品德考核外，重点对其专业素养、研究能力、外语水平、科研志趣和创新潜质等进行考核评价。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综合考核成绩由材料审核成绩和复试面试成绩两部分组成，根据综合考核成绩确定各专业拟录取名单。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学校通过“全国推免服务系统”向拟录取的推免生发送待录取通知。考生收到待录取通知后，须在规定的时间内在“全国推免服务系统”予以确认，否则视为放弃。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学校研究生招生工作领导小组审定推免生拟录取名单，对外统一公示，公示无异议者上报教育部。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在推免过程中弄虚作假的，一经查实，取消其拟录取资格。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拟录取推免生入学前，未取得本科毕业证书或学士学位证书，或受到处分的，取消其拟录取资格。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体检工作统一放在新生开学报到期间进行。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拟录取推免生不得再报名参加当年全国硕士研究生招生考试，否则取消其推免录取资格。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单位代码：10256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联系部门：上海电力大学研究生院招生办公室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电子信箱：shiepyzb@126.com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网址：https://yjsc.shiep.edu.cn/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微信公众号：上海电力大学研究生招生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附件：上海电力大学各学院研究生招生信息发布网址及学院咨询方式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研招网址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咨询老师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咨询电话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咨询邮箱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https://energy.shiep.edu.cn/ssyjszs/list.htm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021-61655270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shiepxfw@163.com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环境与化学工程学院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https://hhxy.shiep.edu.cn/5567/list.htm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021-61655230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yymhha@shiep.edu.cn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https://dqxy.shiep.edu.cn/2510/list.htm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021-35303155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dqyz@shiep.edu.cn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https://zdhxy.shiep.edu.cn/2032/list.htm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021-35303284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shiepauto@163.com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电子与信息工程学院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https://dxxy.shiep.edu.cn/5189/list.htm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shiepdxxy@126.com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https://jgxy.shiep.edu.cn/3638/list.htm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021-61655181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jjsjgxy@163.com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https://slxy.shiep.edu.cn/2131/list.htm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021-61655165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suepslyjs@163.com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https://jsjxy.shiep.edu.cn/yjszs/list.htm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ljshdl@shiep.edu.cn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https://wgyxy.shiep.edu.cn/xwdt/list.htm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骆老师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021-61655261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sdwyyjs@163.com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