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地球科学学院2026年全国优秀大学生夏令营通知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浙江大学地球科学学院前身为1936年由竺可桢先生创办的史地系，现有地质学博士后流动站和地质学一级学科博士点，下设构造地质学、矿物学岩石学矿床学、地球化学、第四纪地质学、资源勘查与地球物理、遥感与地理信息系统、资源环境与区域规划、地球气候与环境8个二级学科博士点，以及资源与环境专业学位点。2026年夏令营将按照地质学、地球物理学、遥感与地理信息系统、大气科学学科开展，期间安排专业介绍、学术讲座、师生交流等活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一、时间及形式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预计2026年7月线下开展夏令营活动，具体时间另行通知。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拥护中国共产党的领导，具有正确的政治方向，热爱祖国，品德良好，遵纪守法。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热爱且有志于从事地球科学研究工作（包括地质学、地球物理、遥感与地理信息、大气科学等领域），有较好科研潜力的2027届优秀应届本科毕业生（即在读大三本科生）。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学习成绩优秀，具有较好的英语能力。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三、招收计划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各夏令营招生人数根据实际报名生源情况确定，一般不超过30人。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四、报名流程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网上报名：即日起至2026年6月22日，登录浙江大学研究生夏令营报名系统（https://yjsy.zju.edu.cn/grsinfo/zs/user/login）完成网上申请，填报后不做修改。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网上报名专业选择：按实际兴趣方向选择，地质学方向可选矿物学岩石学矿床学、地球化学或构造地质学；地球物理学方向选资源勘查与地球物理；遥感与地理信息系统方向可选遥感与地理信息系统、资源环境与区域规划或资源与环境；大气科学方向选地球气候与环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电子材料准备：最晚于2026年6月22日前，将以下材料按序合成1个PDF文件，命名为“学校+院系+姓名+2026地质学/地球物理学/遥感与地理信息系统/大气科学夏令营申请”，发送至对应夏令营电子材料接收邮箱：①系统导出申请表1份；②本科成绩单1份（加盖教务处或院系公章，注明专业总人数及本人排名）；③一位任课教师的推荐信（须有推荐人手写签字）；④自我陈述（感兴趣的研究方向/研究目标，500字左右）；⑤其他材料（如英语等级证书、发表论文首页、各类获奖或资格证书等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电子材料接收邮箱：0916268@zju.edu.cn（邱老师）、fengcheng@zju.edu.cn（程老师）、zjgislab@zju.edu.cn（吴老师）、qinmengnan@zju.edu.cn（秦老师）。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申请者应保证提交所有材料的真实性、有效性和完整性，如因不实信息或伪造材料所造成的后果由本人承担。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五、审核录取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择优确定各组夏令营营员名单，预计2026年6月30日左右在申请系统中公布结果。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六、资助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夏令营不收注册费，学院将为营员提供夏令营期间的食宿及参观学习费用，并按硬卧或动车二等车厢及以下标准凭据实额报销营员高校（或家庭）所在地到杭州往返路费。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来自杭州市高校的营员需自行解决住宿问题。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联系人：姜老师，咨询电话：0571-87953809。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学院地址：余杭塘路866号，紫金港校区海纳苑1幢，浙江大学地球科学学院，邮编：310058。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学院电话：+86-571-87952453，邮箱：dkxy@zju.edu.cn。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