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华中农业大学动物科学技术学院、动物医学院2026年招收推免资格学生的通知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物科学技术学院、动物医学院2026年招收推免资格学生的通知，全院2026年推免整体招生指标约250人，文件未拆分各细分专业名额。涵盖学院全部学硕、专硕、直博招生专业，文件未拆分各细分专业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已取得本科院校推免资格。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夏令营A类营员、优秀营员优先安排复试。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品行端正，无学术不端、违纪处分，入学前取得本科毕业证与学位证。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有意畜牧兽医方向均可申报。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预报名系统截止时间：9月17日12:00；未参加夏令营的考生9月15日12:00前完成预报名。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复试考核暂定9月中下旬，具体复试时段、考核形式以学院官网、QQ群通知为准。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分类填报通道：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（1）夏令营优秀营员：专用意向表上传至指定链接，加入专属QQ群755029488。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（2）普通推免生：推免预报名系统填报，复试QQ群738596824。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三、录取规则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文件仅说明按复试考核综合成绩择优录取，未公示具体打分权重、计算公式；复试、录取细则等待学院后续单独发布。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夏令营优秀营员：推免资格证明、院校盖章排名证明上传意向汇总表系统。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普通推免考生：预报名系统按要求合并PDF上传全套材料，包含本科成绩单、专业排名证明、外语证明、竞赛/论文/专利成果、个人陈述。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所有纸质材料复试现场核验，材料不实取消复试与录取资格。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