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中国石油大学（北京）克拉玛依校区各学院2026年接收推免生拟录取名单汇总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中国石油大学（北京）克拉玛依校区各学院2026年接收推免生拟录取名单汇总，发布日期为2025-10-20。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发布日期：2025年10月20日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一、拟录取名单汇总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本通知汇总了中国石油大学（北京）克拉玛依校区各学院2026年接收推免生拟录取名单，涵盖石油学院、工学院、文理学院/文化艺术学院、工商管理学院/马克思主义学院。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各学院拟录取名单具体如下：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（1）石油学院：https://www.cupk.edu.cn/syxy/c/2025-10-20/530485.shtml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（2）工学院：https://www.cupk.edu.cn/gxy/c/2025-10-20/530483.shtml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（3）文理学院/文化艺术学院：https://www.cupk.edu.cn/wlxy/c/2025-10-20/530486.shtml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（4）工商管理学院/马克思主义学院：https://www.cupk.edu.cn/smxy/c/2025-10-20/530487.shtml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发布单位：中国石油大学（北京）克拉玛依校区研究生部/克拉玛依联合研究生院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邮编：834000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