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广州体育学院2026 年接收推荐免试攻读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根据《广州体育学院2026年接收推荐免试攻读硕士研究生复试及录取办法》，经校长办公会审议通过，现将推免生拟录取名单进行公示。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发布日期：2025年10月24日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公示时间：2025年10月24日至10月30日。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公示期间，对拟录取名单持有不同意见，请联系广州体育学院研究生招生办公室。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联系人：温老师；联系电话：020-38025613。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本次拟录取推免生共5人，具体名单如下：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报考专业代码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报考专业名称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陈昭煌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体育教育训练学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李雨洁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0403Z3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运动康复学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岑健俊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体育教育训练学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045201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体育教学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伍佳豪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040303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体育教育训练学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附件：广州体育学院2026年接收推免生拟录取名单。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广州体育学院研究生招生办公室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2025年10月24日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广州体育学院研究生院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