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湖南工商大学资源环境学院 2026 年推荐优秀应届本科毕业生免试攻读硕士学位研究生工作的通知</w:t>
      </w:r>
    </w:p>
    <w:p>
      <w:pPr>
        <w:spacing w:after="80" w:lineRule="auto" w:line="360"/>
        <w:ind w:firstLine="482"/>
        <w:jc w:val="both"/>
      </w:pPr>
      <w:r>
        <w:rPr>
          <w:rFonts w:ascii="Times New Roman" w:hAnsi="Times New Roman" w:eastAsia="宋体"/>
          <w:b w:val="0"/>
          <w:sz w:val="24"/>
        </w:rPr>
        <w:t>根据《湖南工商大学推荐优秀应届本科毕业生免试攻读硕士学位研究生工作管理办法（试行）》和《关于做好我校2026年推荐优秀应届本科毕业生免试攻读研究生工作的通知》等文件精神，为做好学院2026年推荐优秀应届本科毕业生免试攻读硕士学位研究生（以下简称：“推免生”）工作，现将相关工作通知如下：</w:t>
      </w:r>
    </w:p>
    <w:p>
      <w:pPr>
        <w:spacing w:after="80" w:lineRule="auto" w:line="360"/>
        <w:ind w:firstLine="482"/>
        <w:jc w:val="both"/>
      </w:pPr>
      <w:r>
        <w:rPr>
          <w:rFonts w:ascii="Times New Roman" w:hAnsi="Times New Roman" w:eastAsia="宋体"/>
          <w:b w:val="0"/>
          <w:sz w:val="24"/>
        </w:rPr>
        <w:t>发布日期：2025年8月22日</w:t>
      </w:r>
    </w:p>
    <w:p>
      <w:pPr>
        <w:spacing w:before="160" w:after="80" w:lineRule="auto" w:line="360"/>
        <w:jc w:val="left"/>
      </w:pPr>
      <w:r>
        <w:rPr>
          <w:rFonts w:ascii="Times New Roman" w:hAnsi="Times New Roman" w:eastAsia="宋体"/>
          <w:b/>
          <w:sz w:val="28"/>
        </w:rPr>
        <w:t>一、年度推免生指标分配</w:t>
      </w:r>
    </w:p>
    <w:p>
      <w:pPr>
        <w:spacing w:after="80" w:lineRule="auto" w:line="360"/>
        <w:ind w:firstLine="482"/>
        <w:jc w:val="both"/>
      </w:pPr>
      <w:r>
        <w:rPr>
          <w:rFonts w:ascii="Times New Roman" w:hAnsi="Times New Roman" w:eastAsia="宋体"/>
          <w:b w:val="0"/>
          <w:sz w:val="24"/>
        </w:rPr>
        <w:t>推免具体指标由学校分配到学院后，根据学院各专业毕业生人数，严格按照比例分配各专业具体指标数。</w:t>
      </w:r>
    </w:p>
    <w:p>
      <w:pPr>
        <w:spacing w:before="160" w:after="80" w:lineRule="auto" w:line="360"/>
        <w:jc w:val="left"/>
      </w:pPr>
      <w:r>
        <w:rPr>
          <w:rFonts w:ascii="Times New Roman" w:hAnsi="Times New Roman" w:eastAsia="宋体"/>
          <w:b/>
          <w:sz w:val="28"/>
        </w:rPr>
        <w:t>二、评价方法</w:t>
      </w:r>
    </w:p>
    <w:p>
      <w:pPr>
        <w:spacing w:after="80" w:lineRule="auto" w:line="360"/>
        <w:ind w:firstLine="482"/>
        <w:jc w:val="both"/>
      </w:pPr>
      <w:r>
        <w:rPr>
          <w:rFonts w:ascii="Times New Roman" w:hAnsi="Times New Roman" w:eastAsia="宋体"/>
          <w:b w:val="0"/>
          <w:sz w:val="24"/>
        </w:rPr>
        <w:t>学院对申请推免生进行综合评价，坚持德智体美劳全面衡量，以德为先，科学遴选，突出创新能力。推免生遴选综合成绩由学业成绩（满分100分）和学术专长成绩（满分100分）以及综合素质评价成绩（满分10分）相加组成。综合成绩满分210分。具体评价方法和流程见附件1和附件2。</w:t>
      </w:r>
    </w:p>
    <w:p>
      <w:pPr>
        <w:spacing w:before="160" w:after="80" w:lineRule="auto" w:line="360"/>
        <w:jc w:val="left"/>
      </w:pPr>
      <w:r>
        <w:rPr>
          <w:rFonts w:ascii="Times New Roman" w:hAnsi="Times New Roman" w:eastAsia="宋体"/>
          <w:b/>
          <w:sz w:val="28"/>
        </w:rPr>
        <w:t>三、课程平均学分绩点排名公示</w:t>
      </w:r>
    </w:p>
    <w:p>
      <w:pPr>
        <w:spacing w:after="80" w:lineRule="auto" w:line="360"/>
        <w:ind w:firstLine="482"/>
        <w:jc w:val="both"/>
      </w:pPr>
      <w:r>
        <w:rPr>
          <w:rFonts w:ascii="Times New Roman" w:hAnsi="Times New Roman" w:eastAsia="宋体"/>
          <w:b w:val="0"/>
          <w:sz w:val="24"/>
        </w:rPr>
        <w:t>2022级各专业前三年所修全部课程的平均学分绩点排名（首考成绩），在专业年级前30%的学生名单（由学校本科生院出具）。公示截止日期为8月24日18：00，若有疑问请在公示截止日前与学院业务办刘人春老师联系，联系电话：0731-88688117，13874994450。</w:t>
      </w:r>
    </w:p>
    <w:p>
      <w:pPr>
        <w:spacing w:before="160" w:after="80" w:lineRule="auto" w:line="360"/>
        <w:jc w:val="left"/>
      </w:pPr>
      <w:r>
        <w:rPr>
          <w:rFonts w:ascii="Times New Roman" w:hAnsi="Times New Roman" w:eastAsia="宋体"/>
          <w:b/>
          <w:sz w:val="28"/>
        </w:rPr>
        <w:t>四、学生申请</w:t>
      </w:r>
    </w:p>
    <w:p>
      <w:pPr>
        <w:spacing w:after="80" w:lineRule="auto" w:line="360"/>
        <w:ind w:firstLine="482"/>
        <w:jc w:val="both"/>
      </w:pPr>
      <w:r>
        <w:rPr>
          <w:rFonts w:ascii="Times New Roman" w:hAnsi="Times New Roman" w:eastAsia="宋体"/>
          <w:b w:val="0"/>
          <w:sz w:val="24"/>
        </w:rPr>
        <w:t>符合申请条件的学生，填写《资源环境学院2026年推荐优秀应届本科毕业生免试攻读硕士学位研究生申请表》（附件3）和《资源环境学院2026年推免生思想品德鉴定表》（附件4），按要求向学院推免遴选工作组提交申请及相关证明材料原件及复印件至湘江楼1318办公室（联系人：刘人春老师，咨询电话：0731-88688117，13874994450），申请材料电子版发至邮箱632344093@qq.com，如有需要回避情况请填写《学院推免相关工作人员及学生回避报备表》（附件5），所有材料逾期未提交者视为自动放弃推免生资格。</w:t>
      </w:r>
    </w:p>
    <w:p>
      <w:pPr>
        <w:spacing w:after="80" w:lineRule="auto" w:line="360"/>
        <w:ind w:firstLine="482"/>
        <w:jc w:val="both"/>
      </w:pPr>
      <w:r>
        <w:rPr>
          <w:rFonts w:ascii="Times New Roman" w:hAnsi="Times New Roman" w:eastAsia="宋体"/>
          <w:b w:val="0"/>
          <w:sz w:val="24"/>
        </w:rPr>
        <w:t>截止时间：2025年8月25日下午18：00前。</w:t>
      </w:r>
    </w:p>
    <w:p>
      <w:pPr>
        <w:spacing w:after="80" w:lineRule="auto" w:line="360"/>
        <w:ind w:firstLine="482"/>
        <w:jc w:val="both"/>
      </w:pPr>
      <w:r>
        <w:rPr>
          <w:rFonts w:ascii="Times New Roman" w:hAnsi="Times New Roman" w:eastAsia="宋体"/>
          <w:b w:val="0"/>
          <w:sz w:val="24"/>
        </w:rPr>
        <w:t>湖南工商大学资源环境学院</w:t>
      </w:r>
    </w:p>
    <w:p>
      <w:pPr>
        <w:spacing w:after="80" w:lineRule="auto" w:line="360"/>
        <w:ind w:firstLine="482"/>
        <w:jc w:val="both"/>
      </w:pPr>
      <w:r>
        <w:rPr>
          <w:rFonts w:ascii="Times New Roman" w:hAnsi="Times New Roman" w:eastAsia="宋体"/>
          <w:b w:val="0"/>
          <w:sz w:val="24"/>
        </w:rPr>
        <w:t>2025年8月22日</w:t>
      </w:r>
    </w:p>
    <w:p>
      <w:pPr>
        <w:spacing w:after="80" w:lineRule="auto" w:line="360"/>
        <w:ind w:firstLine="482"/>
        <w:jc w:val="both"/>
      </w:pPr>
      <w:r>
        <w:rPr>
          <w:rFonts w:ascii="Times New Roman" w:hAnsi="Times New Roman" w:eastAsia="宋体"/>
          <w:b w:val="0"/>
          <w:sz w:val="24"/>
        </w:rPr>
        <w:t>附件1 资环学院2026年推荐优秀应届本科毕业生免试攻读硕士学位研究生实施细则.pdf</w:t>
      </w:r>
    </w:p>
    <w:p>
      <w:pPr>
        <w:spacing w:after="80" w:lineRule="auto" w:line="360"/>
        <w:ind w:firstLine="482"/>
        <w:jc w:val="both"/>
      </w:pPr>
      <w:r>
        <w:rPr>
          <w:rFonts w:ascii="Times New Roman" w:hAnsi="Times New Roman" w:eastAsia="宋体"/>
          <w:b w:val="0"/>
          <w:sz w:val="24"/>
        </w:rPr>
        <w:t>附件2 资环学院2026年推荐优秀应届本科毕业生免试攻读硕士学位研究生学术专长成绩和综合评价认定标准.pdf</w:t>
      </w:r>
    </w:p>
    <w:p>
      <w:pPr>
        <w:spacing w:after="80" w:lineRule="auto" w:line="360"/>
        <w:ind w:firstLine="482"/>
        <w:jc w:val="both"/>
      </w:pPr>
      <w:r>
        <w:rPr>
          <w:rFonts w:ascii="Times New Roman" w:hAnsi="Times New Roman" w:eastAsia="宋体"/>
          <w:b w:val="0"/>
          <w:sz w:val="24"/>
        </w:rPr>
        <w:t>附件3 资源环境学院2026年推荐优秀应届本科毕业生免试攻读硕士学位研究生申请表.docx</w:t>
      </w:r>
    </w:p>
    <w:p>
      <w:pPr>
        <w:spacing w:after="80" w:lineRule="auto" w:line="360"/>
        <w:ind w:firstLine="482"/>
        <w:jc w:val="both"/>
      </w:pPr>
      <w:r>
        <w:rPr>
          <w:rFonts w:ascii="Times New Roman" w:hAnsi="Times New Roman" w:eastAsia="宋体"/>
          <w:b w:val="0"/>
          <w:sz w:val="24"/>
        </w:rPr>
        <w:t>附件4 思想品德鉴定表.docx</w:t>
      </w:r>
    </w:p>
    <w:p>
      <w:pPr>
        <w:spacing w:after="80" w:lineRule="auto" w:line="360"/>
        <w:ind w:firstLine="482"/>
        <w:jc w:val="both"/>
      </w:pPr>
      <w:r>
        <w:rPr>
          <w:rFonts w:ascii="Times New Roman" w:hAnsi="Times New Roman" w:eastAsia="宋体"/>
          <w:b w:val="0"/>
          <w:sz w:val="24"/>
        </w:rPr>
        <w:t>附件5 学院推免相关工作人员及学生回避报备表.docx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