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清华大学2026年推免生拟录取名单（院系代码：092）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清华大学2026年推免生拟录取名单（院系代码：092）。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发布日期（推定）：2026年8月24日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名单名称：清华大学2026年推免生拟录取名单（院系代码：092）。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发布日期：未标注。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名单人数：原文未标注具体人数。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涵盖专业：原文未标注具体专业。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公示期：原文标注“已过公示期”，具体公示起止日期未标注。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其他重要说明：原文未标注考核通过、未通过或递补名单信息。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