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外国语学院2026年接收优秀应届本科毕业生推荐免试攻读全日制硕士研究生复试录取工作细则</w:t>
      </w:r>
    </w:p>
    <w:p>
      <w:pPr>
        <w:spacing w:after="80" w:lineRule="auto" w:line="360"/>
        <w:ind w:firstLine="482"/>
        <w:jc w:val="both"/>
      </w:pPr>
      <w:r>
        <w:rPr>
          <w:rFonts w:ascii="Times New Roman" w:hAnsi="Times New Roman" w:eastAsia="宋体"/>
          <w:b w:val="0"/>
          <w:sz w:val="24"/>
        </w:rPr>
        <w:t>发布日期：2025-09-20</w:t>
      </w:r>
    </w:p>
    <w:p>
      <w:pPr>
        <w:spacing w:before="160" w:after="80" w:lineRule="auto" w:line="360"/>
        <w:jc w:val="left"/>
      </w:pPr>
      <w:r>
        <w:rPr>
          <w:rFonts w:ascii="Times New Roman" w:hAnsi="Times New Roman" w:eastAsia="宋体"/>
          <w:b/>
          <w:sz w:val="28"/>
        </w:rPr>
        <w:t>一、复试网上报到</w:t>
      </w:r>
    </w:p>
    <w:p>
      <w:pPr>
        <w:spacing w:after="80" w:lineRule="auto" w:line="360"/>
        <w:ind w:firstLine="482"/>
        <w:jc w:val="both"/>
      </w:pPr>
      <w:r>
        <w:rPr>
          <w:rFonts w:ascii="Times New Roman" w:hAnsi="Times New Roman" w:eastAsia="宋体"/>
          <w:b w:val="0"/>
          <w:sz w:val="24"/>
        </w:rPr>
        <w:t>1. 获复试资格的申请人即日起加入考务QQ群：1004112571，加群请备注“报考专业+姓名”，进行实名认证后方可进群。</w:t>
      </w:r>
    </w:p>
    <w:p>
      <w:pPr>
        <w:spacing w:after="80" w:lineRule="auto" w:line="360"/>
        <w:ind w:firstLine="482"/>
        <w:jc w:val="both"/>
      </w:pPr>
      <w:r>
        <w:rPr>
          <w:rFonts w:ascii="Times New Roman" w:hAnsi="Times New Roman" w:eastAsia="宋体"/>
          <w:b w:val="0"/>
          <w:sz w:val="24"/>
        </w:rPr>
        <w:t>2. 入群截止时间为2025年9月19日16:00，逾期未入群视为自动放弃复试资格。</w:t>
      </w:r>
    </w:p>
    <w:p>
      <w:pPr>
        <w:spacing w:before="160" w:after="80" w:lineRule="auto" w:line="360"/>
        <w:jc w:val="left"/>
      </w:pPr>
      <w:r>
        <w:rPr>
          <w:rFonts w:ascii="Times New Roman" w:hAnsi="Times New Roman" w:eastAsia="宋体"/>
          <w:b/>
          <w:sz w:val="28"/>
        </w:rPr>
        <w:t>二、复试安排</w:t>
      </w:r>
    </w:p>
    <w:p>
      <w:pPr>
        <w:spacing w:after="80" w:lineRule="auto" w:line="360"/>
        <w:ind w:firstLine="482"/>
        <w:jc w:val="both"/>
      </w:pPr>
      <w:r>
        <w:rPr>
          <w:rFonts w:ascii="Times New Roman" w:hAnsi="Times New Roman" w:eastAsia="宋体"/>
          <w:b w:val="0"/>
          <w:sz w:val="24"/>
        </w:rPr>
        <w:t>1. 复试时间：2025年9月20日上午8:30开始。</w:t>
      </w:r>
    </w:p>
    <w:p>
      <w:pPr>
        <w:spacing w:after="80" w:lineRule="auto" w:line="360"/>
        <w:ind w:firstLine="482"/>
        <w:jc w:val="both"/>
      </w:pPr>
      <w:r>
        <w:rPr>
          <w:rFonts w:ascii="Times New Roman" w:hAnsi="Times New Roman" w:eastAsia="宋体"/>
          <w:b w:val="0"/>
          <w:sz w:val="24"/>
        </w:rPr>
        <w:t>2. 复试方式：网络远程面试（腾讯会议），每位考生面试时长不超过20分钟。</w:t>
      </w:r>
    </w:p>
    <w:p>
      <w:pPr>
        <w:spacing w:after="80" w:lineRule="auto" w:line="360"/>
        <w:ind w:firstLine="482"/>
        <w:jc w:val="both"/>
      </w:pPr>
      <w:r>
        <w:rPr>
          <w:rFonts w:ascii="Times New Roman" w:hAnsi="Times New Roman" w:eastAsia="宋体"/>
          <w:b w:val="0"/>
          <w:sz w:val="24"/>
        </w:rPr>
        <w:t>3. 各方向面试的腾讯会议会场安排将通过各方向复试QQ群通知，请密切关注；未按通知时间进入腾讯会议者视为自动放弃。</w:t>
      </w:r>
    </w:p>
    <w:p>
      <w:pPr>
        <w:spacing w:before="160" w:after="80" w:lineRule="auto" w:line="360"/>
        <w:jc w:val="left"/>
      </w:pPr>
      <w:r>
        <w:rPr>
          <w:rFonts w:ascii="Times New Roman" w:hAnsi="Times New Roman" w:eastAsia="宋体"/>
          <w:b/>
          <w:sz w:val="28"/>
        </w:rPr>
        <w:t>三、复试人员名单</w:t>
      </w:r>
    </w:p>
    <w:p>
      <w:pPr>
        <w:spacing w:after="80" w:lineRule="auto" w:line="360"/>
        <w:ind w:firstLine="482"/>
        <w:jc w:val="both"/>
      </w:pPr>
      <w:r>
        <w:rPr>
          <w:rFonts w:ascii="Times New Roman" w:hAnsi="Times New Roman" w:eastAsia="宋体"/>
          <w:b w:val="0"/>
          <w:sz w:val="24"/>
        </w:rPr>
        <w:t>1. 进入复试人员名单详见附件《外国语学院2026年推免生复试人员名单.pdf》。</w:t>
      </w:r>
    </w:p>
    <w:p>
      <w:pPr>
        <w:spacing w:before="160" w:after="80" w:lineRule="auto" w:line="360"/>
        <w:jc w:val="left"/>
      </w:pPr>
      <w:r>
        <w:rPr>
          <w:rFonts w:ascii="Times New Roman" w:hAnsi="Times New Roman" w:eastAsia="宋体"/>
          <w:b/>
          <w:sz w:val="28"/>
        </w:rPr>
        <w:t>四、复试注意事项</w:t>
      </w:r>
    </w:p>
    <w:p>
      <w:pPr>
        <w:spacing w:after="80" w:lineRule="auto" w:line="360"/>
        <w:ind w:firstLine="482"/>
        <w:jc w:val="both"/>
      </w:pPr>
      <w:r>
        <w:rPr>
          <w:rFonts w:ascii="Times New Roman" w:hAnsi="Times New Roman" w:eastAsia="宋体"/>
          <w:b w:val="0"/>
          <w:sz w:val="24"/>
        </w:rPr>
        <w:t>1. 复试前，考生需提前安装腾讯会议软件，按要求布置复试环境，确保设备电量、网络流量充裕；复试全程关闭手机通话、录音、录屏、直播、外放音乐、闹钟等可能影响复试的应用程序。</w:t>
      </w:r>
    </w:p>
    <w:p>
      <w:pPr>
        <w:spacing w:after="80" w:lineRule="auto" w:line="360"/>
        <w:ind w:firstLine="482"/>
        <w:jc w:val="both"/>
      </w:pPr>
      <w:r>
        <w:rPr>
          <w:rFonts w:ascii="Times New Roman" w:hAnsi="Times New Roman" w:eastAsia="宋体"/>
          <w:b w:val="0"/>
          <w:sz w:val="24"/>
        </w:rPr>
        <w:t>2. 复试期间，考生面部和双手须全程在面试设备摄像范围内。</w:t>
      </w:r>
    </w:p>
    <w:p>
      <w:pPr>
        <w:spacing w:after="80" w:lineRule="auto" w:line="360"/>
        <w:ind w:firstLine="482"/>
        <w:jc w:val="both"/>
      </w:pPr>
      <w:r>
        <w:rPr>
          <w:rFonts w:ascii="Times New Roman" w:hAnsi="Times New Roman" w:eastAsia="宋体"/>
          <w:b w:val="0"/>
          <w:sz w:val="24"/>
        </w:rPr>
        <w:t>3. 考生进入考场后，教师将对考生身份进行核验，考生须配合。</w:t>
      </w:r>
    </w:p>
    <w:p>
      <w:pPr>
        <w:spacing w:after="80" w:lineRule="auto" w:line="360"/>
        <w:ind w:firstLine="482"/>
        <w:jc w:val="both"/>
      </w:pPr>
      <w:r>
        <w:rPr>
          <w:rFonts w:ascii="Times New Roman" w:hAnsi="Times New Roman" w:eastAsia="宋体"/>
          <w:b w:val="0"/>
          <w:sz w:val="24"/>
        </w:rPr>
        <w:t>4. 未按要求设置设备和软件的考生，视为无效面试，成绩取消。</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咨询电话：027-67865916</w:t>
      </w:r>
    </w:p>
    <w:p>
      <w:pPr>
        <w:spacing w:after="80" w:lineRule="auto" w:line="360"/>
        <w:ind w:firstLine="482"/>
        <w:jc w:val="both"/>
      </w:pPr>
      <w:r>
        <w:rPr>
          <w:rFonts w:ascii="Times New Roman" w:hAnsi="Times New Roman" w:eastAsia="宋体"/>
          <w:b w:val="0"/>
          <w:sz w:val="24"/>
        </w:rPr>
        <w:t>2. 申诉电话：027-67868298</w:t>
      </w:r>
    </w:p>
    <w:p>
      <w:pPr>
        <w:spacing w:after="80" w:lineRule="auto" w:line="360"/>
        <w:ind w:firstLine="482"/>
        <w:jc w:val="both"/>
      </w:pPr>
      <w:r>
        <w:rPr>
          <w:rFonts w:ascii="Times New Roman" w:hAnsi="Times New Roman" w:eastAsia="宋体"/>
          <w:b w:val="0"/>
          <w:sz w:val="24"/>
        </w:rPr>
        <w:t>3. 申诉联系人：肖老师</w:t>
      </w:r>
    </w:p>
    <w:p>
      <w:pPr>
        <w:spacing w:after="80" w:lineRule="auto" w:line="360"/>
        <w:ind w:firstLine="482"/>
        <w:jc w:val="both"/>
      </w:pPr>
      <w:r>
        <w:rPr>
          <w:rFonts w:ascii="Times New Roman" w:hAnsi="Times New Roman" w:eastAsia="宋体"/>
          <w:b w:val="0"/>
          <w:sz w:val="24"/>
        </w:rPr>
        <w:t>4. 申诉邮箱：xzg@ccnu.edu.cn</w:t>
      </w:r>
    </w:p>
    <w:p>
      <w:pPr>
        <w:spacing w:after="80" w:lineRule="auto" w:line="360"/>
        <w:ind w:firstLine="482"/>
        <w:jc w:val="both"/>
      </w:pPr>
      <w:r>
        <w:rPr>
          <w:rFonts w:ascii="Times New Roman" w:hAnsi="Times New Roman" w:eastAsia="宋体"/>
          <w:b w:val="0"/>
          <w:sz w:val="24"/>
        </w:rPr>
        <w:t>（本通知为华中师范大学外国语学院2026年推免生复试录取工作细则，面向已获复试资格的推免申请人，不涉及预推免或正式推免报名流程。）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