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北京信息科技大学信息与通信工程学院2026年接收推免生进入复试名单-第一批（公示）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北京信息科技大学信息与通信工程学院2026年接收推免生进入复试名单-第一批（公示）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发布日期（推定）：2026年6月18日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一、公示内容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本通知为北京信息科技大学信息与通信工程学院2026年接收推免生进入复试名单（第一批）的公示。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公示名单具体内容详见原网页附件或相关链接。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二、公示说明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本名单为第一批进入复试的推免生名单，后续批次安排请关注学院后续通知。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如有异议或疑问，请通过学院官方渠道联系咨询。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（本通知为复试名单公示，不涉及预推免或正式推免流程的完整说明）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