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农业与生物技术学院关于公示2026届符合免试攻读研究生推荐资格学生名单排序情况的通知</w:t>
      </w:r>
    </w:p>
    <w:p/>
    <w:p>
      <w:r>
        <w:t>发布人：高梓涛</w:t>
      </w:r>
    </w:p>
    <w:p/>
    <w:p>
      <w:r>
        <w:t>根据《中山大学推荐应届本科毕业生免试攻读研究生工作实施办法》（中大教务〔2025〕2号）、《农业与生物技术学院推免资格认定遴选细则》（农生〔2025〕7号），经学生申请、学院审核，我院9名同学符合推免基本要求，现将名单（含次序）予以公示。</w:t>
      </w:r>
    </w:p>
    <w:p/>
    <w:p>
      <w:r>
        <w:t>我校2026届本科毕业生推免工作采用等额推荐方式，推荐名额数按学校教务部正式下达我院的推荐名额数执行。</w:t>
      </w:r>
    </w:p>
    <w:p/>
    <w:p>
      <w:r>
        <w:t>如有异议，请在公示期内实名向学院推免工作小组反馈，否则不予受理。</w:t>
      </w:r>
    </w:p>
    <w:p/>
    <w:p>
      <w:r>
        <w:t>公示时间：2025年9月8日- 9月11日</w:t>
      </w:r>
    </w:p>
    <w:p/>
    <w:p>
      <w:r>
        <w:t>联系电话：0755-23260261（院系推免工作小组）</w:t>
      </w:r>
    </w:p>
    <w:p>
      <w:r>
        <w:t>020-84115582（校纪委、监察专员办）</w:t>
      </w:r>
    </w:p>
    <w:p/>
    <w:p>
      <w:r>
        <w:t>电子邮箱：gaozt3@mail.sysu.edu.cn（院系推免工作小组）</w:t>
      </w:r>
    </w:p>
    <w:p/>
    <w:p>
      <w:r>
        <w:t>附件：拟推荐名单</w:t>
      </w:r>
    </w:p>
    <w:p/>
    <w:p>
      <w:r>
        <w:t>农业与生物技术学院</w:t>
      </w:r>
    </w:p>
    <w:p>
      <w:r>
        <w:t>2025年9月8日</w:t>
      </w:r>
    </w:p>
    <w:p/>
    <w:p>
      <w:r>
        <w:t>附件</w:t>
      </w:r>
    </w:p>
    <w:p/>
    <w:p>
      <w:r>
        <w:t>拟推荐名单</w:t>
      </w:r>
    </w:p>
    <w:p/>
    <w:p>
      <w:r>
        <w:t>年级专业：22级农学</w:t>
      </w:r>
    </w:p>
    <w:p>
      <w:r>
        <w:t>姓名：宋美睿</w:t>
      </w:r>
    </w:p>
    <w:p>
      <w:r>
        <w:t>拟推荐次序：1</w:t>
      </w:r>
    </w:p>
    <w:p/>
    <w:p>
      <w:r>
        <w:t>年级专业：22级农学</w:t>
      </w:r>
    </w:p>
    <w:p>
      <w:r>
        <w:t>姓名：陈毅琳</w:t>
      </w:r>
    </w:p>
    <w:p>
      <w:r>
        <w:t>拟推荐次序：2</w:t>
      </w:r>
    </w:p>
    <w:p/>
    <w:p>
      <w:r>
        <w:t>年级专业：22级农学</w:t>
      </w:r>
    </w:p>
    <w:p>
      <w:r>
        <w:t>姓名：黄瑞</w:t>
      </w:r>
    </w:p>
    <w:p>
      <w:r>
        <w:t>拟推荐次序：3</w:t>
      </w:r>
    </w:p>
    <w:p/>
    <w:p>
      <w:r>
        <w:t>年级专业：22级农学</w:t>
      </w:r>
    </w:p>
    <w:p>
      <w:r>
        <w:t>姓名：孙雨溪</w:t>
      </w:r>
    </w:p>
    <w:p>
      <w:r>
        <w:t>拟推荐次序：4</w:t>
      </w:r>
    </w:p>
    <w:p/>
    <w:p>
      <w:r>
        <w:t>年级专业：22级农学</w:t>
      </w:r>
    </w:p>
    <w:p>
      <w:r>
        <w:t>姓名：王志华</w:t>
      </w:r>
    </w:p>
    <w:p>
      <w:r>
        <w:t>拟推荐次序：5</w:t>
      </w:r>
    </w:p>
    <w:p/>
    <w:p>
      <w:r>
        <w:t>年级专业：22级农学</w:t>
      </w:r>
    </w:p>
    <w:p>
      <w:r>
        <w:t>姓名：李恺睿</w:t>
      </w:r>
    </w:p>
    <w:p>
      <w:r>
        <w:t>拟推荐次序：6</w:t>
      </w:r>
    </w:p>
    <w:p/>
    <w:p>
      <w:r>
        <w:t>年级专业：22级农学</w:t>
      </w:r>
    </w:p>
    <w:p>
      <w:r>
        <w:t>姓名：王浩楠</w:t>
      </w:r>
    </w:p>
    <w:p>
      <w:r>
        <w:t>拟推荐次序：7</w:t>
      </w:r>
    </w:p>
    <w:p/>
    <w:p>
      <w:r>
        <w:t>年级专业：22级农学</w:t>
      </w:r>
    </w:p>
    <w:p>
      <w:r>
        <w:t>姓名：张柏淳</w:t>
      </w:r>
    </w:p>
    <w:p>
      <w:r>
        <w:t>拟推荐次序：8</w:t>
      </w:r>
    </w:p>
    <w:p/>
    <w:p>
      <w:r>
        <w:t>年级专业：22级农学</w:t>
      </w:r>
    </w:p>
    <w:p>
      <w:r>
        <w:t>姓名：杨浩</w:t>
      </w:r>
    </w:p>
    <w:p>
      <w:r>
        <w:t>拟推荐次序：9</w:t>
      </w:r>
    </w:p>
    <w:p/>
    <w:p>
      <w:r>
        <w:t>常用链接</w:t>
      </w:r>
    </w:p>
    <w:p/>
    <w:p>
      <w:r>
        <w:t>中山大学</w:t>
      </w:r>
    </w:p>
    <w:p>
      <w:r>
        <w:t>中山大学统一门户</w:t>
      </w:r>
    </w:p>
    <w:p>
      <w:r>
        <w:t>发展规划办公室</w:t>
      </w:r>
    </w:p>
    <w:p>
      <w:r>
        <w:t>党委学生工作部</w:t>
      </w:r>
    </w:p>
    <w:p>
      <w:r>
        <w:t>教务部</w:t>
      </w:r>
    </w:p>
    <w:p>
      <w:r>
        <w:t>研究生院</w:t>
      </w:r>
    </w:p>
    <w:p>
      <w:r>
        <w:t>科学研究院</w:t>
      </w:r>
    </w:p>
    <w:p>
      <w:r>
        <w:t>人力资源管理处</w:t>
      </w:r>
    </w:p>
    <w:p/>
    <w:p>
      <w:r>
        <w:t>联系我们</w:t>
      </w:r>
    </w:p>
    <w:p/>
    <w:p>
      <w:r>
        <w:t>邮编：518107</w:t>
      </w:r>
    </w:p>
    <w:p>
      <w:r>
        <w:t>邮箱：sysunxy@mail.sysu.edu.cn</w:t>
      </w:r>
    </w:p>
    <w:p>
      <w:r>
        <w:t>地址：深圳市光明区公常路66号中山大学深圳校区</w:t>
      </w:r>
    </w:p>
    <w:p/>
    <w:p>
      <w:r>
        <w:t>关注我们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