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外语学院2024年推免研究生结果公示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研究生处《云南农业大学关于做好2024年推荐优秀应届本科毕业生免试攻读硕士研究生工作的通知》等推免工作相关文件要求，学院对提交申请的同学进行了资格审查和综合面试。经过考核，确定按照分数排名推荐得分最高的前三名同学，分别为陈智泓、向捷、付瑗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公示期：2023年9月19日-21日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异议反映方式：如对公示结果有异议，请实名以书面形式反映。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联系人：冯军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联系方式：0871-65227560，耕读楼505办公室。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云南农业大学外语学院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2023年9月19日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