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关于印发《地理科学与规划学院2026年推免工作实施细则》的通知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本通知由宁夏大学地理科学与规划学院发布，旨在规范和推进2026年推荐优秀应届本科毕业生免试攻读研究生（推免）工作。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实施细则依据国家和宁夏大学相关推免政策制定，适用于学院2026年推免工作。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二、推免工作实施细则要点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接收条件：面向学院符合条件的应届本科毕业生，具体条件包括学业成绩、综合表现等，以学院审核为准。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申请流程：学生需按学院规定提交推免申请，经学院审核、公示后确定推荐名单。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材料清单：申请学生需准备成绩单、获奖证明、科研成果等材料，具体清单详见实施细则原文。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时间节点：推免工作各环节时间安排以学院后续通知为准，学生需关注学院通知公告。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接收名额：推免名额由学校统一分配，学院具体名额以学校下达为准。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三、联系方式与补充说明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联系单位：宁夏大学地理科学与规划学院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本通知为实施细则印发通知，具体操作细节请查阅附件或联系学院办公室。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