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关于2026年中国文化之旅夏令营推荐学生名单的公示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根据学校《关于开展2026年中国文化之旅夏令营活动的通知》及相关名额分配要求，经学生个人申请、学院本科生学生工作委员会审核及综合考量，现将哲学与社会发展学院推荐学生名单公示如下：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发布日期：2026年5月28日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一、推荐学生名单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正选：吴诺彤，2024级哲学2班。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备选：马川恒，2023级哲学1班。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公示时间：2026年5月28日—6月1日。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公示邮箱：35616@hqu.edu.cn。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公示单位：哲学与社会发展学院。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公示日期：2026年5月28日。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联系地址：福建省厦门市集美区集美大道668号F4区。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联系电话：0592-6167008。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