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您的位置：通知公告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您的位置：通知公告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发布日期：2026年4月9日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一、通知公告列表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标题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日期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东华理工大学测绘与空间信息工程学院2026年硕士研究生入学考试成...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2026-04-09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东华理工大学测绘与空间信息工程学院 （北斗学院）2026年硕士研...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2026-03-27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东华理工大学测绘与空间信息工程学院2026年硕士研究生入学考试成...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2026-03-24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测绘与空间信息工程学院 2026 年硕士研究生复试录取工作方案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2026-03-18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东华理工大学测绘与空间信息工程学院（北斗学院）关于公布2026年...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2026-01-12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测绘与空间信息工程学院推选江西省优秀硕士学位论文名单公示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2025-08-18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测绘与空间信息工程学院关于2025级研究生党员组织关系转接的通知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2025-06-05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测绘与空间信息工程学院2025年博士研究生普通招考方式分数线、综...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2025-05-26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测绘与空间信息工程学院2025年博士研究生招生考试录取工作方案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2025-05-08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测绘与空间信息工程学院关于2025级硕士研究生下载调档函的通知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2025-04-30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东华理工大学测绘与空间信息工程学院（北斗学院）2025年硕士研究...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2025-03-31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测绘与空间信息工程学院（北斗学院）地图学与地理信息系统硕士研...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2025-03-28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测绘与空间信息工程学院 2025年硕士研究生复试录取工作方案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2025-03-24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东华理工大学测绘与空间信息工程学院（北斗学院）关于公布2025年...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2025-02-23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二、分页信息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14 50 2 4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