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2：光华口腔医学院2026届本科毕业生免试攻读研究生学位推荐名单（5+3）专业名称学号姓名性别全部平均学分绩点百分制成绩加分项成绩综合成绩（百分制，保留两位小数）综合成绩排名推荐/候补推荐次序口腔医学（5+3）21308059王馨悦女3.891488.914387.471/31推荐1口腔医学（5+3）21308656曾子祥男3.875888.7582.186.422/31推荐2口腔医学（5+3）21308051刘彦君女3.858388.5831.9586.13/31推荐3口腔医学（5+3）21308512王雯琪女4.048290.482085.964/31推荐4口腔医学（5+3）21308312肖牛男3.827188.2711.585.365/31推荐5口腔医学（5+3）21308430陈璨然女3.869388.6930.985.166/31推荐6口腔医学（5+3）21308032吴晓莹女3.738587.3851.9584.977/31推荐7口腔医学（5+3）21308399郑树烁男3.928689.286084.828/31推荐8口腔医学（5+3）21308265王丹女3.722787.2271.9584.829/31推荐9口腔医学（5+3）21308287邱龙诗语女3.924589.245084.7810/31推荐10口腔医学（5+3）21308133蔡亦华女3.865188.651084.2211/31推荐11口腔医学（5+3）21308247张元彪男3.857688.576084.1512/31推荐12口腔医学（5+3）21308123秦伟杰男3.849288.492084.0713/31推荐13口腔医学（5+3）21308402李聆女3.802688.026083.6214/31推荐14口腔医学（5+3）21308523陈海玲男3.796987.969083.5715/31推荐15口腔医学（5+3）21308626段舒婷女3.675386.7530.983.3216/31推荐16口腔医学（5+3）21308041陈依琳女3.743887.438083.0717/31推荐17口腔医学（5+3）21308126苏钰女3.735287.352082.9818/31推荐18口腔医学（5+3）21308340刁任菲女3.708987.089082.7319/31推荐19口腔医学（5+3）21308044吴静妮女3.708687.086082.7320/31推荐20口腔医学（5+3）21308423丰灏男3.696486.964082.6221/31推荐21口腔医学（5+3）21308510唐玉丽女3.682686.826082.4822/31推荐22口腔医学（5+3）21308352张宇恬女3.666486.664082.3323/31推荐23口腔医学（5+3）21308294李果然女3.647986.479082.1624/31推荐24口腔医学（5+3）21308547赵丽欣女3.633686.336082.0225/31推荐25口腔医学（5+3）21308419黄路斯男3.426884.2681.958226/31推荐26口腔医学（5+3）21308336王之悦女3.559685.5960.6381.9527/31推荐27口腔医学（5+3）21308141赵冠杰男3.595385.953081.6628/31推荐28口腔医学（5+3）21308248黄鹏杰男3.547485.474081.229/31推荐29口腔医学（5+3）21308084林烁宏男3.082880.828076.7930/31推荐30口腔医学（5+3）20980006胡景旭男2.937879.378075.4131/31推荐31</w:t>
      </w:r>
    </w:p>
    <w:p>
      <w:pPr>
        <w:spacing w:before="160" w:after="80" w:lineRule="auto" w:line="360"/>
        <w:jc w:val="left"/>
      </w:pPr>
      <w:r>
        <w:rPr>
          <w:rFonts w:ascii="Times New Roman" w:hAnsi="Times New Roman" w:eastAsia="宋体"/>
          <w:b/>
          <w:sz w:val="28"/>
        </w:rPr>
        <w:t>一、名单概况</w:t>
      </w:r>
    </w:p>
    <w:p>
      <w:pPr>
        <w:spacing w:after="80" w:lineRule="auto" w:line="360"/>
        <w:ind w:firstLine="482"/>
        <w:jc w:val="both"/>
      </w:pPr>
      <w:r>
        <w:rPr>
          <w:rFonts w:ascii="Times New Roman" w:hAnsi="Times New Roman" w:eastAsia="宋体"/>
          <w:b w:val="0"/>
          <w:sz w:val="24"/>
        </w:rPr>
        <w:t>发布日期（推定）：2025年9月10日</w:t>
      </w:r>
    </w:p>
    <w:p>
      <w:pPr>
        <w:spacing w:after="80" w:lineRule="auto" w:line="360"/>
        <w:ind w:firstLine="482"/>
        <w:jc w:val="both"/>
      </w:pPr>
      <w:r>
        <w:rPr>
          <w:rFonts w:ascii="Times New Roman" w:hAnsi="Times New Roman" w:eastAsia="宋体"/>
          <w:b w:val="0"/>
          <w:sz w:val="24"/>
        </w:rPr>
        <w:t>本附件为光华口腔医学院2026届本科毕业生免试攻读研究生学位推荐名单（5+3），专业名称为口腔医学（5+3），共31人，推荐次序为1至31，推荐类型均为推荐。</w:t>
      </w:r>
    </w:p>
    <w:p>
      <w:pPr>
        <w:spacing w:before="160" w:after="80" w:lineRule="auto" w:line="360"/>
        <w:jc w:val="left"/>
      </w:pPr>
      <w:r>
        <w:rPr>
          <w:rFonts w:ascii="Times New Roman" w:hAnsi="Times New Roman" w:eastAsia="宋体"/>
          <w:b/>
          <w:sz w:val="28"/>
        </w:rPr>
        <w:t>二、成绩与排名方式</w:t>
      </w:r>
    </w:p>
    <w:p>
      <w:pPr>
        <w:spacing w:after="80" w:lineRule="auto" w:line="360"/>
        <w:ind w:firstLine="482"/>
        <w:jc w:val="both"/>
      </w:pPr>
      <w:r>
        <w:rPr>
          <w:rFonts w:ascii="Times New Roman" w:hAnsi="Times New Roman" w:eastAsia="宋体"/>
          <w:b w:val="0"/>
          <w:sz w:val="24"/>
        </w:rPr>
        <w:t>名单按综合成绩（百分制，保留两位小数）排名，综合成绩由全部平均学分绩点、百分制成绩、加分项成绩计算得出。全部平均学分绩点、百分制成绩、加分项成绩、综合成绩及综合成绩排名均按学生逐一列示。</w:t>
      </w:r>
    </w:p>
    <w:p>
      <w:pPr>
        <w:spacing w:before="160" w:after="80" w:lineRule="auto" w:line="360"/>
        <w:jc w:val="left"/>
      </w:pPr>
      <w:r>
        <w:rPr>
          <w:rFonts w:ascii="Times New Roman" w:hAnsi="Times New Roman" w:eastAsia="宋体"/>
          <w:b/>
          <w:sz w:val="28"/>
        </w:rPr>
        <w:t>三、推荐名单明细</w:t>
      </w:r>
    </w:p>
    <w:tbl>
      <w:tblPr>
        <w:tblStyle w:val="TableGrid"/>
        <w:tblW w:type="auto" w:w="0"/>
        <w:jc w:val="center"/>
        <w:tblLook w:firstColumn="1" w:firstRow="1" w:lastColumn="0" w:lastRow="0" w:noHBand="0" w:noVBand="1" w:val="04A0"/>
      </w:tblPr>
      <w:tblGrid>
        <w:gridCol w:w="785"/>
        <w:gridCol w:w="785"/>
        <w:gridCol w:w="785"/>
        <w:gridCol w:w="785"/>
        <w:gridCol w:w="785"/>
        <w:gridCol w:w="785"/>
        <w:gridCol w:w="785"/>
        <w:gridCol w:w="785"/>
        <w:gridCol w:w="785"/>
        <w:gridCol w:w="785"/>
        <w:gridCol w:w="785"/>
      </w:tblGrid>
      <w:tr>
        <w:tc>
          <w:tcPr>
            <w:tcW w:type="dxa" w:w="785"/>
          </w:tcPr>
          <w:p>
            <w:pPr>
              <w:spacing w:after="20" w:before="20"/>
            </w:pPr>
            <w:r/>
            <w:r>
              <w:rPr>
                <w:rFonts w:ascii="Times New Roman" w:hAnsi="Times New Roman" w:eastAsia="宋体"/>
                <w:b/>
                <w:sz w:val="21"/>
              </w:rPr>
              <w:t>专业名称</w:t>
            </w:r>
          </w:p>
        </w:tc>
        <w:tc>
          <w:tcPr>
            <w:tcW w:type="dxa" w:w="785"/>
          </w:tcPr>
          <w:p>
            <w:pPr>
              <w:spacing w:after="20" w:before="20"/>
            </w:pPr>
            <w:r/>
            <w:r>
              <w:rPr>
                <w:rFonts w:ascii="Times New Roman" w:hAnsi="Times New Roman" w:eastAsia="宋体"/>
                <w:b/>
                <w:sz w:val="21"/>
              </w:rPr>
              <w:t>学号</w:t>
            </w:r>
          </w:p>
        </w:tc>
        <w:tc>
          <w:tcPr>
            <w:tcW w:type="dxa" w:w="785"/>
          </w:tcPr>
          <w:p>
            <w:pPr>
              <w:spacing w:after="20" w:before="20"/>
            </w:pPr>
            <w:r/>
            <w:r>
              <w:rPr>
                <w:rFonts w:ascii="Times New Roman" w:hAnsi="Times New Roman" w:eastAsia="宋体"/>
                <w:b/>
                <w:sz w:val="21"/>
              </w:rPr>
              <w:t>姓名</w:t>
            </w:r>
          </w:p>
        </w:tc>
        <w:tc>
          <w:tcPr>
            <w:tcW w:type="dxa" w:w="785"/>
          </w:tcPr>
          <w:p>
            <w:pPr>
              <w:spacing w:after="20" w:before="20"/>
            </w:pPr>
            <w:r/>
            <w:r>
              <w:rPr>
                <w:rFonts w:ascii="Times New Roman" w:hAnsi="Times New Roman" w:eastAsia="宋体"/>
                <w:b/>
                <w:sz w:val="21"/>
              </w:rPr>
              <w:t>性别</w:t>
            </w:r>
          </w:p>
        </w:tc>
        <w:tc>
          <w:tcPr>
            <w:tcW w:type="dxa" w:w="785"/>
          </w:tcPr>
          <w:p>
            <w:pPr>
              <w:spacing w:after="20" w:before="20"/>
            </w:pPr>
            <w:r/>
            <w:r>
              <w:rPr>
                <w:rFonts w:ascii="Times New Roman" w:hAnsi="Times New Roman" w:eastAsia="宋体"/>
                <w:b/>
                <w:sz w:val="21"/>
              </w:rPr>
              <w:t>全部平均学分绩点</w:t>
            </w:r>
          </w:p>
        </w:tc>
        <w:tc>
          <w:tcPr>
            <w:tcW w:type="dxa" w:w="785"/>
          </w:tcPr>
          <w:p>
            <w:pPr>
              <w:spacing w:after="20" w:before="20"/>
            </w:pPr>
            <w:r/>
            <w:r>
              <w:rPr>
                <w:rFonts w:ascii="Times New Roman" w:hAnsi="Times New Roman" w:eastAsia="宋体"/>
                <w:b/>
                <w:sz w:val="21"/>
              </w:rPr>
              <w:t>百分制成绩</w:t>
            </w:r>
          </w:p>
        </w:tc>
        <w:tc>
          <w:tcPr>
            <w:tcW w:type="dxa" w:w="785"/>
          </w:tcPr>
          <w:p>
            <w:pPr>
              <w:spacing w:after="20" w:before="20"/>
            </w:pPr>
            <w:r/>
            <w:r>
              <w:rPr>
                <w:rFonts w:ascii="Times New Roman" w:hAnsi="Times New Roman" w:eastAsia="宋体"/>
                <w:b/>
                <w:sz w:val="21"/>
              </w:rPr>
              <w:t>加分项成绩</w:t>
            </w:r>
          </w:p>
        </w:tc>
        <w:tc>
          <w:tcPr>
            <w:tcW w:type="dxa" w:w="785"/>
          </w:tcPr>
          <w:p>
            <w:pPr>
              <w:spacing w:after="20" w:before="20"/>
            </w:pPr>
            <w:r/>
            <w:r>
              <w:rPr>
                <w:rFonts w:ascii="Times New Roman" w:hAnsi="Times New Roman" w:eastAsia="宋体"/>
                <w:b/>
                <w:sz w:val="21"/>
              </w:rPr>
              <w:t>综合成绩（百分制，保留两位小数）</w:t>
            </w:r>
          </w:p>
        </w:tc>
        <w:tc>
          <w:tcPr>
            <w:tcW w:type="dxa" w:w="785"/>
          </w:tcPr>
          <w:p>
            <w:pPr>
              <w:spacing w:after="20" w:before="20"/>
            </w:pPr>
            <w:r/>
            <w:r>
              <w:rPr>
                <w:rFonts w:ascii="Times New Roman" w:hAnsi="Times New Roman" w:eastAsia="宋体"/>
                <w:b/>
                <w:sz w:val="21"/>
              </w:rPr>
              <w:t>综合成绩排名</w:t>
            </w:r>
          </w:p>
        </w:tc>
        <w:tc>
          <w:tcPr>
            <w:tcW w:type="dxa" w:w="785"/>
          </w:tcPr>
          <w:p>
            <w:pPr>
              <w:spacing w:after="20" w:before="20"/>
            </w:pPr>
            <w:r/>
            <w:r>
              <w:rPr>
                <w:rFonts w:ascii="Times New Roman" w:hAnsi="Times New Roman" w:eastAsia="宋体"/>
                <w:b/>
                <w:sz w:val="21"/>
              </w:rPr>
              <w:t>推荐/候补</w:t>
            </w:r>
          </w:p>
        </w:tc>
        <w:tc>
          <w:tcPr>
            <w:tcW w:type="dxa" w:w="785"/>
          </w:tcPr>
          <w:p>
            <w:pPr>
              <w:spacing w:after="20" w:before="20"/>
            </w:pPr>
            <w:r/>
            <w:r>
              <w:rPr>
                <w:rFonts w:ascii="Times New Roman" w:hAnsi="Times New Roman" w:eastAsia="宋体"/>
                <w:b/>
                <w:sz w:val="21"/>
              </w:rPr>
              <w:t>推荐次序</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21308059</w:t>
            </w:r>
          </w:p>
        </w:tc>
        <w:tc>
          <w:tcPr>
            <w:tcW w:type="dxa" w:w="785"/>
          </w:tcPr>
          <w:p>
            <w:pPr>
              <w:spacing w:after="20" w:before="20"/>
            </w:pPr>
            <w:r/>
            <w:r>
              <w:rPr>
                <w:rFonts w:ascii="Times New Roman" w:hAnsi="Times New Roman" w:eastAsia="宋体"/>
                <w:b w:val="0"/>
                <w:sz w:val="21"/>
              </w:rPr>
              <w:t>王馨悦</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3.8914</w:t>
            </w:r>
          </w:p>
        </w:tc>
        <w:tc>
          <w:tcPr>
            <w:tcW w:type="dxa" w:w="785"/>
          </w:tcPr>
          <w:p>
            <w:pPr>
              <w:spacing w:after="20" w:before="20"/>
            </w:pPr>
            <w:r/>
            <w:r>
              <w:rPr>
                <w:rFonts w:ascii="Times New Roman" w:hAnsi="Times New Roman" w:eastAsia="宋体"/>
                <w:b w:val="0"/>
                <w:sz w:val="21"/>
              </w:rPr>
              <w:t>88.914</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t>87.47</w:t>
            </w:r>
          </w:p>
        </w:tc>
        <w:tc>
          <w:tcPr>
            <w:tcW w:type="dxa" w:w="785"/>
          </w:tcPr>
          <w:p>
            <w:pPr>
              <w:spacing w:after="20" w:before="20"/>
            </w:pPr>
            <w:r/>
            <w:r>
              <w:rPr>
                <w:rFonts w:ascii="Times New Roman" w:hAnsi="Times New Roman" w:eastAsia="宋体"/>
                <w:b w:val="0"/>
                <w:sz w:val="21"/>
              </w:rPr>
              <w:t>1/31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21308656</w:t>
            </w:r>
          </w:p>
        </w:tc>
        <w:tc>
          <w:tcPr>
            <w:tcW w:type="dxa" w:w="785"/>
          </w:tcPr>
          <w:p>
            <w:pPr>
              <w:spacing w:after="20" w:before="20"/>
            </w:pPr>
            <w:r/>
            <w:r>
              <w:rPr>
                <w:rFonts w:ascii="Times New Roman" w:hAnsi="Times New Roman" w:eastAsia="宋体"/>
                <w:b w:val="0"/>
                <w:sz w:val="21"/>
              </w:rPr>
              <w:t>曾子祥</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3.8758</w:t>
            </w:r>
          </w:p>
        </w:tc>
        <w:tc>
          <w:tcPr>
            <w:tcW w:type="dxa" w:w="785"/>
          </w:tcPr>
          <w:p>
            <w:pPr>
              <w:spacing w:after="20" w:before="20"/>
            </w:pPr>
            <w:r/>
            <w:r>
              <w:rPr>
                <w:rFonts w:ascii="Times New Roman" w:hAnsi="Times New Roman" w:eastAsia="宋体"/>
                <w:b w:val="0"/>
                <w:sz w:val="21"/>
              </w:rPr>
              <w:t>88.758</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86.42</w:t>
            </w:r>
          </w:p>
        </w:tc>
        <w:tc>
          <w:tcPr>
            <w:tcW w:type="dxa" w:w="785"/>
          </w:tcPr>
          <w:p>
            <w:pPr>
              <w:spacing w:after="20" w:before="20"/>
            </w:pPr>
            <w:r/>
            <w:r>
              <w:rPr>
                <w:rFonts w:ascii="Times New Roman" w:hAnsi="Times New Roman" w:eastAsia="宋体"/>
                <w:b w:val="0"/>
                <w:sz w:val="21"/>
              </w:rPr>
              <w:t>2/31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21308051</w:t>
            </w:r>
          </w:p>
        </w:tc>
        <w:tc>
          <w:tcPr>
            <w:tcW w:type="dxa" w:w="785"/>
          </w:tcPr>
          <w:p>
            <w:pPr>
              <w:spacing w:after="20" w:before="20"/>
            </w:pPr>
            <w:r/>
            <w:r>
              <w:rPr>
                <w:rFonts w:ascii="Times New Roman" w:hAnsi="Times New Roman" w:eastAsia="宋体"/>
                <w:b w:val="0"/>
                <w:sz w:val="21"/>
              </w:rPr>
              <w:t>刘彦君</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3.8583</w:t>
            </w:r>
          </w:p>
        </w:tc>
        <w:tc>
          <w:tcPr>
            <w:tcW w:type="dxa" w:w="785"/>
          </w:tcPr>
          <w:p>
            <w:pPr>
              <w:spacing w:after="20" w:before="20"/>
            </w:pPr>
            <w:r/>
            <w:r>
              <w:rPr>
                <w:rFonts w:ascii="Times New Roman" w:hAnsi="Times New Roman" w:eastAsia="宋体"/>
                <w:b w:val="0"/>
                <w:sz w:val="21"/>
              </w:rPr>
              <w:t>88.583</w:t>
            </w:r>
          </w:p>
        </w:tc>
        <w:tc>
          <w:tcPr>
            <w:tcW w:type="dxa" w:w="785"/>
          </w:tcPr>
          <w:p>
            <w:pPr>
              <w:spacing w:after="20" w:before="20"/>
            </w:pPr>
            <w:r/>
            <w:r>
              <w:rPr>
                <w:rFonts w:ascii="Times New Roman" w:hAnsi="Times New Roman" w:eastAsia="宋体"/>
                <w:b w:val="0"/>
                <w:sz w:val="21"/>
              </w:rPr>
              <w:t>1.95</w:t>
            </w:r>
          </w:p>
        </w:tc>
        <w:tc>
          <w:tcPr>
            <w:tcW w:type="dxa" w:w="785"/>
          </w:tcPr>
          <w:p>
            <w:pPr>
              <w:spacing w:after="20" w:before="20"/>
            </w:pPr>
            <w:r/>
            <w:r>
              <w:rPr>
                <w:rFonts w:ascii="Times New Roman" w:hAnsi="Times New Roman" w:eastAsia="宋体"/>
                <w:b w:val="0"/>
                <w:sz w:val="21"/>
              </w:rPr>
              <w:t>86.1</w:t>
            </w:r>
          </w:p>
        </w:tc>
        <w:tc>
          <w:tcPr>
            <w:tcW w:type="dxa" w:w="785"/>
          </w:tcPr>
          <w:p>
            <w:pPr>
              <w:spacing w:after="20" w:before="20"/>
            </w:pPr>
            <w:r/>
            <w:r>
              <w:rPr>
                <w:rFonts w:ascii="Times New Roman" w:hAnsi="Times New Roman" w:eastAsia="宋体"/>
                <w:b w:val="0"/>
                <w:sz w:val="21"/>
              </w:rPr>
              <w:t>3/31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3</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21308512</w:t>
            </w:r>
          </w:p>
        </w:tc>
        <w:tc>
          <w:tcPr>
            <w:tcW w:type="dxa" w:w="785"/>
          </w:tcPr>
          <w:p>
            <w:pPr>
              <w:spacing w:after="20" w:before="20"/>
            </w:pPr>
            <w:r/>
            <w:r>
              <w:rPr>
                <w:rFonts w:ascii="Times New Roman" w:hAnsi="Times New Roman" w:eastAsia="宋体"/>
                <w:b w:val="0"/>
                <w:sz w:val="21"/>
              </w:rPr>
              <w:t>王雯琪</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4.0482</w:t>
            </w:r>
          </w:p>
        </w:tc>
        <w:tc>
          <w:tcPr>
            <w:tcW w:type="dxa" w:w="785"/>
          </w:tcPr>
          <w:p>
            <w:pPr>
              <w:spacing w:after="20" w:before="20"/>
            </w:pPr>
            <w:r/>
            <w:r>
              <w:rPr>
                <w:rFonts w:ascii="Times New Roman" w:hAnsi="Times New Roman" w:eastAsia="宋体"/>
                <w:b w:val="0"/>
                <w:sz w:val="21"/>
              </w:rPr>
              <w:t>90.482</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85.96</w:t>
            </w:r>
          </w:p>
        </w:tc>
        <w:tc>
          <w:tcPr>
            <w:tcW w:type="dxa" w:w="785"/>
          </w:tcPr>
          <w:p>
            <w:pPr>
              <w:spacing w:after="20" w:before="20"/>
            </w:pPr>
            <w:r/>
            <w:r>
              <w:rPr>
                <w:rFonts w:ascii="Times New Roman" w:hAnsi="Times New Roman" w:eastAsia="宋体"/>
                <w:b w:val="0"/>
                <w:sz w:val="21"/>
              </w:rPr>
              <w:t>4/31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4</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21308312</w:t>
            </w:r>
          </w:p>
        </w:tc>
        <w:tc>
          <w:tcPr>
            <w:tcW w:type="dxa" w:w="785"/>
          </w:tcPr>
          <w:p>
            <w:pPr>
              <w:spacing w:after="20" w:before="20"/>
            </w:pPr>
            <w:r/>
            <w:r>
              <w:rPr>
                <w:rFonts w:ascii="Times New Roman" w:hAnsi="Times New Roman" w:eastAsia="宋体"/>
                <w:b w:val="0"/>
                <w:sz w:val="21"/>
              </w:rPr>
              <w:t>肖牛</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3.8271</w:t>
            </w:r>
          </w:p>
        </w:tc>
        <w:tc>
          <w:tcPr>
            <w:tcW w:type="dxa" w:w="785"/>
          </w:tcPr>
          <w:p>
            <w:pPr>
              <w:spacing w:after="20" w:before="20"/>
            </w:pPr>
            <w:r/>
            <w:r>
              <w:rPr>
                <w:rFonts w:ascii="Times New Roman" w:hAnsi="Times New Roman" w:eastAsia="宋体"/>
                <w:b w:val="0"/>
                <w:sz w:val="21"/>
              </w:rPr>
              <w:t>88.271</w:t>
            </w:r>
          </w:p>
        </w:tc>
        <w:tc>
          <w:tcPr>
            <w:tcW w:type="dxa" w:w="785"/>
          </w:tcPr>
          <w:p>
            <w:pPr>
              <w:spacing w:after="20" w:before="20"/>
            </w:pPr>
            <w:r/>
            <w:r>
              <w:rPr>
                <w:rFonts w:ascii="Times New Roman" w:hAnsi="Times New Roman" w:eastAsia="宋体"/>
                <w:b w:val="0"/>
                <w:sz w:val="21"/>
              </w:rPr>
              <w:t>1.5</w:t>
            </w:r>
          </w:p>
        </w:tc>
        <w:tc>
          <w:tcPr>
            <w:tcW w:type="dxa" w:w="785"/>
          </w:tcPr>
          <w:p>
            <w:pPr>
              <w:spacing w:after="20" w:before="20"/>
            </w:pPr>
            <w:r/>
            <w:r>
              <w:rPr>
                <w:rFonts w:ascii="Times New Roman" w:hAnsi="Times New Roman" w:eastAsia="宋体"/>
                <w:b w:val="0"/>
                <w:sz w:val="21"/>
              </w:rPr>
              <w:t>85.36</w:t>
            </w:r>
          </w:p>
        </w:tc>
        <w:tc>
          <w:tcPr>
            <w:tcW w:type="dxa" w:w="785"/>
          </w:tcPr>
          <w:p>
            <w:pPr>
              <w:spacing w:after="20" w:before="20"/>
            </w:pPr>
            <w:r/>
            <w:r>
              <w:rPr>
                <w:rFonts w:ascii="Times New Roman" w:hAnsi="Times New Roman" w:eastAsia="宋体"/>
                <w:b w:val="0"/>
                <w:sz w:val="21"/>
              </w:rPr>
              <w:t>5/31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5</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21308430</w:t>
            </w:r>
          </w:p>
        </w:tc>
        <w:tc>
          <w:tcPr>
            <w:tcW w:type="dxa" w:w="785"/>
          </w:tcPr>
          <w:p>
            <w:pPr>
              <w:spacing w:after="20" w:before="20"/>
            </w:pPr>
            <w:r/>
            <w:r>
              <w:rPr>
                <w:rFonts w:ascii="Times New Roman" w:hAnsi="Times New Roman" w:eastAsia="宋体"/>
                <w:b w:val="0"/>
                <w:sz w:val="21"/>
              </w:rPr>
              <w:t>陈璨然</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3.8693</w:t>
            </w:r>
          </w:p>
        </w:tc>
        <w:tc>
          <w:tcPr>
            <w:tcW w:type="dxa" w:w="785"/>
          </w:tcPr>
          <w:p>
            <w:pPr>
              <w:spacing w:after="20" w:before="20"/>
            </w:pPr>
            <w:r/>
            <w:r>
              <w:rPr>
                <w:rFonts w:ascii="Times New Roman" w:hAnsi="Times New Roman" w:eastAsia="宋体"/>
                <w:b w:val="0"/>
                <w:sz w:val="21"/>
              </w:rPr>
              <w:t>88.693</w:t>
            </w:r>
          </w:p>
        </w:tc>
        <w:tc>
          <w:tcPr>
            <w:tcW w:type="dxa" w:w="785"/>
          </w:tcPr>
          <w:p>
            <w:pPr>
              <w:spacing w:after="20" w:before="20"/>
            </w:pPr>
            <w:r/>
            <w:r>
              <w:rPr>
                <w:rFonts w:ascii="Times New Roman" w:hAnsi="Times New Roman" w:eastAsia="宋体"/>
                <w:b w:val="0"/>
                <w:sz w:val="21"/>
              </w:rPr>
              <w:t>0.9</w:t>
            </w:r>
          </w:p>
        </w:tc>
        <w:tc>
          <w:tcPr>
            <w:tcW w:type="dxa" w:w="785"/>
          </w:tcPr>
          <w:p>
            <w:pPr>
              <w:spacing w:after="20" w:before="20"/>
            </w:pPr>
            <w:r/>
            <w:r>
              <w:rPr>
                <w:rFonts w:ascii="Times New Roman" w:hAnsi="Times New Roman" w:eastAsia="宋体"/>
                <w:b w:val="0"/>
                <w:sz w:val="21"/>
              </w:rPr>
              <w:t>85.16</w:t>
            </w:r>
          </w:p>
        </w:tc>
        <w:tc>
          <w:tcPr>
            <w:tcW w:type="dxa" w:w="785"/>
          </w:tcPr>
          <w:p>
            <w:pPr>
              <w:spacing w:after="20" w:before="20"/>
            </w:pPr>
            <w:r/>
            <w:r>
              <w:rPr>
                <w:rFonts w:ascii="Times New Roman" w:hAnsi="Times New Roman" w:eastAsia="宋体"/>
                <w:b w:val="0"/>
                <w:sz w:val="21"/>
              </w:rPr>
              <w:t>6/31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6</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21308032</w:t>
            </w:r>
          </w:p>
        </w:tc>
        <w:tc>
          <w:tcPr>
            <w:tcW w:type="dxa" w:w="785"/>
          </w:tcPr>
          <w:p>
            <w:pPr>
              <w:spacing w:after="20" w:before="20"/>
            </w:pPr>
            <w:r/>
            <w:r>
              <w:rPr>
                <w:rFonts w:ascii="Times New Roman" w:hAnsi="Times New Roman" w:eastAsia="宋体"/>
                <w:b w:val="0"/>
                <w:sz w:val="21"/>
              </w:rPr>
              <w:t>吴晓莹</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3.7385</w:t>
            </w:r>
          </w:p>
        </w:tc>
        <w:tc>
          <w:tcPr>
            <w:tcW w:type="dxa" w:w="785"/>
          </w:tcPr>
          <w:p>
            <w:pPr>
              <w:spacing w:after="20" w:before="20"/>
            </w:pPr>
            <w:r/>
            <w:r>
              <w:rPr>
                <w:rFonts w:ascii="Times New Roman" w:hAnsi="Times New Roman" w:eastAsia="宋体"/>
                <w:b w:val="0"/>
                <w:sz w:val="21"/>
              </w:rPr>
              <w:t>87.385</w:t>
            </w:r>
          </w:p>
        </w:tc>
        <w:tc>
          <w:tcPr>
            <w:tcW w:type="dxa" w:w="785"/>
          </w:tcPr>
          <w:p>
            <w:pPr>
              <w:spacing w:after="20" w:before="20"/>
            </w:pPr>
            <w:r/>
            <w:r>
              <w:rPr>
                <w:rFonts w:ascii="Times New Roman" w:hAnsi="Times New Roman" w:eastAsia="宋体"/>
                <w:b w:val="0"/>
                <w:sz w:val="21"/>
              </w:rPr>
              <w:t>1.95</w:t>
            </w:r>
          </w:p>
        </w:tc>
        <w:tc>
          <w:tcPr>
            <w:tcW w:type="dxa" w:w="785"/>
          </w:tcPr>
          <w:p>
            <w:pPr>
              <w:spacing w:after="20" w:before="20"/>
            </w:pPr>
            <w:r/>
            <w:r>
              <w:rPr>
                <w:rFonts w:ascii="Times New Roman" w:hAnsi="Times New Roman" w:eastAsia="宋体"/>
                <w:b w:val="0"/>
                <w:sz w:val="21"/>
              </w:rPr>
              <w:t>84.97</w:t>
            </w:r>
          </w:p>
        </w:tc>
        <w:tc>
          <w:tcPr>
            <w:tcW w:type="dxa" w:w="785"/>
          </w:tcPr>
          <w:p>
            <w:pPr>
              <w:spacing w:after="20" w:before="20"/>
            </w:pPr>
            <w:r/>
            <w:r>
              <w:rPr>
                <w:rFonts w:ascii="Times New Roman" w:hAnsi="Times New Roman" w:eastAsia="宋体"/>
                <w:b w:val="0"/>
                <w:sz w:val="21"/>
              </w:rPr>
              <w:t>7/31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7</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21308399</w:t>
            </w:r>
          </w:p>
        </w:tc>
        <w:tc>
          <w:tcPr>
            <w:tcW w:type="dxa" w:w="785"/>
          </w:tcPr>
          <w:p>
            <w:pPr>
              <w:spacing w:after="20" w:before="20"/>
            </w:pPr>
            <w:r/>
            <w:r>
              <w:rPr>
                <w:rFonts w:ascii="Times New Roman" w:hAnsi="Times New Roman" w:eastAsia="宋体"/>
                <w:b w:val="0"/>
                <w:sz w:val="21"/>
              </w:rPr>
              <w:t>郑树烁</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3.9286</w:t>
            </w:r>
          </w:p>
        </w:tc>
        <w:tc>
          <w:tcPr>
            <w:tcW w:type="dxa" w:w="785"/>
          </w:tcPr>
          <w:p>
            <w:pPr>
              <w:spacing w:after="20" w:before="20"/>
            </w:pPr>
            <w:r/>
            <w:r>
              <w:rPr>
                <w:rFonts w:ascii="Times New Roman" w:hAnsi="Times New Roman" w:eastAsia="宋体"/>
                <w:b w:val="0"/>
                <w:sz w:val="21"/>
              </w:rPr>
              <w:t>89.286</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84.82</w:t>
            </w:r>
          </w:p>
        </w:tc>
        <w:tc>
          <w:tcPr>
            <w:tcW w:type="dxa" w:w="785"/>
          </w:tcPr>
          <w:p>
            <w:pPr>
              <w:spacing w:after="20" w:before="20"/>
            </w:pPr>
            <w:r/>
            <w:r>
              <w:rPr>
                <w:rFonts w:ascii="Times New Roman" w:hAnsi="Times New Roman" w:eastAsia="宋体"/>
                <w:b w:val="0"/>
                <w:sz w:val="21"/>
              </w:rPr>
              <w:t>8/31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8</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21308265</w:t>
            </w:r>
          </w:p>
        </w:tc>
        <w:tc>
          <w:tcPr>
            <w:tcW w:type="dxa" w:w="785"/>
          </w:tcPr>
          <w:p>
            <w:pPr>
              <w:spacing w:after="20" w:before="20"/>
            </w:pPr>
            <w:r/>
            <w:r>
              <w:rPr>
                <w:rFonts w:ascii="Times New Roman" w:hAnsi="Times New Roman" w:eastAsia="宋体"/>
                <w:b w:val="0"/>
                <w:sz w:val="21"/>
              </w:rPr>
              <w:t>王丹</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3.7227</w:t>
            </w:r>
          </w:p>
        </w:tc>
        <w:tc>
          <w:tcPr>
            <w:tcW w:type="dxa" w:w="785"/>
          </w:tcPr>
          <w:p>
            <w:pPr>
              <w:spacing w:after="20" w:before="20"/>
            </w:pPr>
            <w:r/>
            <w:r>
              <w:rPr>
                <w:rFonts w:ascii="Times New Roman" w:hAnsi="Times New Roman" w:eastAsia="宋体"/>
                <w:b w:val="0"/>
                <w:sz w:val="21"/>
              </w:rPr>
              <w:t>87.227</w:t>
            </w:r>
          </w:p>
        </w:tc>
        <w:tc>
          <w:tcPr>
            <w:tcW w:type="dxa" w:w="785"/>
          </w:tcPr>
          <w:p>
            <w:pPr>
              <w:spacing w:after="20" w:before="20"/>
            </w:pPr>
            <w:r/>
            <w:r>
              <w:rPr>
                <w:rFonts w:ascii="Times New Roman" w:hAnsi="Times New Roman" w:eastAsia="宋体"/>
                <w:b w:val="0"/>
                <w:sz w:val="21"/>
              </w:rPr>
              <w:t>1.95</w:t>
            </w:r>
          </w:p>
        </w:tc>
        <w:tc>
          <w:tcPr>
            <w:tcW w:type="dxa" w:w="785"/>
          </w:tcPr>
          <w:p>
            <w:pPr>
              <w:spacing w:after="20" w:before="20"/>
            </w:pPr>
            <w:r/>
            <w:r>
              <w:rPr>
                <w:rFonts w:ascii="Times New Roman" w:hAnsi="Times New Roman" w:eastAsia="宋体"/>
                <w:b w:val="0"/>
                <w:sz w:val="21"/>
              </w:rPr>
              <w:t>84.82</w:t>
            </w:r>
          </w:p>
        </w:tc>
        <w:tc>
          <w:tcPr>
            <w:tcW w:type="dxa" w:w="785"/>
          </w:tcPr>
          <w:p>
            <w:pPr>
              <w:spacing w:after="20" w:before="20"/>
            </w:pPr>
            <w:r/>
            <w:r>
              <w:rPr>
                <w:rFonts w:ascii="Times New Roman" w:hAnsi="Times New Roman" w:eastAsia="宋体"/>
                <w:b w:val="0"/>
                <w:sz w:val="21"/>
              </w:rPr>
              <w:t>9/31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9</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21308287</w:t>
            </w:r>
          </w:p>
        </w:tc>
        <w:tc>
          <w:tcPr>
            <w:tcW w:type="dxa" w:w="785"/>
          </w:tcPr>
          <w:p>
            <w:pPr>
              <w:spacing w:after="20" w:before="20"/>
            </w:pPr>
            <w:r/>
            <w:r>
              <w:rPr>
                <w:rFonts w:ascii="Times New Roman" w:hAnsi="Times New Roman" w:eastAsia="宋体"/>
                <w:b w:val="0"/>
                <w:sz w:val="21"/>
              </w:rPr>
              <w:t>邱龙诗语</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3.9245</w:t>
            </w:r>
          </w:p>
        </w:tc>
        <w:tc>
          <w:tcPr>
            <w:tcW w:type="dxa" w:w="785"/>
          </w:tcPr>
          <w:p>
            <w:pPr>
              <w:spacing w:after="20" w:before="20"/>
            </w:pPr>
            <w:r/>
            <w:r>
              <w:rPr>
                <w:rFonts w:ascii="Times New Roman" w:hAnsi="Times New Roman" w:eastAsia="宋体"/>
                <w:b w:val="0"/>
                <w:sz w:val="21"/>
              </w:rPr>
              <w:t>89.245</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84.78</w:t>
            </w:r>
          </w:p>
        </w:tc>
        <w:tc>
          <w:tcPr>
            <w:tcW w:type="dxa" w:w="785"/>
          </w:tcPr>
          <w:p>
            <w:pPr>
              <w:spacing w:after="20" w:before="20"/>
            </w:pPr>
            <w:r/>
            <w:r>
              <w:rPr>
                <w:rFonts w:ascii="Times New Roman" w:hAnsi="Times New Roman" w:eastAsia="宋体"/>
                <w:b w:val="0"/>
                <w:sz w:val="21"/>
              </w:rPr>
              <w:t>10/31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10</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21308133</w:t>
            </w:r>
          </w:p>
        </w:tc>
        <w:tc>
          <w:tcPr>
            <w:tcW w:type="dxa" w:w="785"/>
          </w:tcPr>
          <w:p>
            <w:pPr>
              <w:spacing w:after="20" w:before="20"/>
            </w:pPr>
            <w:r/>
            <w:r>
              <w:rPr>
                <w:rFonts w:ascii="Times New Roman" w:hAnsi="Times New Roman" w:eastAsia="宋体"/>
                <w:b w:val="0"/>
                <w:sz w:val="21"/>
              </w:rPr>
              <w:t>蔡亦华</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3.8651</w:t>
            </w:r>
          </w:p>
        </w:tc>
        <w:tc>
          <w:tcPr>
            <w:tcW w:type="dxa" w:w="785"/>
          </w:tcPr>
          <w:p>
            <w:pPr>
              <w:spacing w:after="20" w:before="20"/>
            </w:pPr>
            <w:r/>
            <w:r>
              <w:rPr>
                <w:rFonts w:ascii="Times New Roman" w:hAnsi="Times New Roman" w:eastAsia="宋体"/>
                <w:b w:val="0"/>
                <w:sz w:val="21"/>
              </w:rPr>
              <w:t>88.651</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84.22</w:t>
            </w:r>
          </w:p>
        </w:tc>
        <w:tc>
          <w:tcPr>
            <w:tcW w:type="dxa" w:w="785"/>
          </w:tcPr>
          <w:p>
            <w:pPr>
              <w:spacing w:after="20" w:before="20"/>
            </w:pPr>
            <w:r/>
            <w:r>
              <w:rPr>
                <w:rFonts w:ascii="Times New Roman" w:hAnsi="Times New Roman" w:eastAsia="宋体"/>
                <w:b w:val="0"/>
                <w:sz w:val="21"/>
              </w:rPr>
              <w:t>11/31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11</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21308247</w:t>
            </w:r>
          </w:p>
        </w:tc>
        <w:tc>
          <w:tcPr>
            <w:tcW w:type="dxa" w:w="785"/>
          </w:tcPr>
          <w:p>
            <w:pPr>
              <w:spacing w:after="20" w:before="20"/>
            </w:pPr>
            <w:r/>
            <w:r>
              <w:rPr>
                <w:rFonts w:ascii="Times New Roman" w:hAnsi="Times New Roman" w:eastAsia="宋体"/>
                <w:b w:val="0"/>
                <w:sz w:val="21"/>
              </w:rPr>
              <w:t>张元彪</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3.8576</w:t>
            </w:r>
          </w:p>
        </w:tc>
        <w:tc>
          <w:tcPr>
            <w:tcW w:type="dxa" w:w="785"/>
          </w:tcPr>
          <w:p>
            <w:pPr>
              <w:spacing w:after="20" w:before="20"/>
            </w:pPr>
            <w:r/>
            <w:r>
              <w:rPr>
                <w:rFonts w:ascii="Times New Roman" w:hAnsi="Times New Roman" w:eastAsia="宋体"/>
                <w:b w:val="0"/>
                <w:sz w:val="21"/>
              </w:rPr>
              <w:t>88.576</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84.15</w:t>
            </w:r>
          </w:p>
        </w:tc>
        <w:tc>
          <w:tcPr>
            <w:tcW w:type="dxa" w:w="785"/>
          </w:tcPr>
          <w:p>
            <w:pPr>
              <w:spacing w:after="20" w:before="20"/>
            </w:pPr>
            <w:r/>
            <w:r>
              <w:rPr>
                <w:rFonts w:ascii="Times New Roman" w:hAnsi="Times New Roman" w:eastAsia="宋体"/>
                <w:b w:val="0"/>
                <w:sz w:val="21"/>
              </w:rPr>
              <w:t>12/31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12</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21308123</w:t>
            </w:r>
          </w:p>
        </w:tc>
        <w:tc>
          <w:tcPr>
            <w:tcW w:type="dxa" w:w="785"/>
          </w:tcPr>
          <w:p>
            <w:pPr>
              <w:spacing w:after="20" w:before="20"/>
            </w:pPr>
            <w:r/>
            <w:r>
              <w:rPr>
                <w:rFonts w:ascii="Times New Roman" w:hAnsi="Times New Roman" w:eastAsia="宋体"/>
                <w:b w:val="0"/>
                <w:sz w:val="21"/>
              </w:rPr>
              <w:t>秦伟杰</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3.8492</w:t>
            </w:r>
          </w:p>
        </w:tc>
        <w:tc>
          <w:tcPr>
            <w:tcW w:type="dxa" w:w="785"/>
          </w:tcPr>
          <w:p>
            <w:pPr>
              <w:spacing w:after="20" w:before="20"/>
            </w:pPr>
            <w:r/>
            <w:r>
              <w:rPr>
                <w:rFonts w:ascii="Times New Roman" w:hAnsi="Times New Roman" w:eastAsia="宋体"/>
                <w:b w:val="0"/>
                <w:sz w:val="21"/>
              </w:rPr>
              <w:t>88.492</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84.07</w:t>
            </w:r>
          </w:p>
        </w:tc>
        <w:tc>
          <w:tcPr>
            <w:tcW w:type="dxa" w:w="785"/>
          </w:tcPr>
          <w:p>
            <w:pPr>
              <w:spacing w:after="20" w:before="20"/>
            </w:pPr>
            <w:r/>
            <w:r>
              <w:rPr>
                <w:rFonts w:ascii="Times New Roman" w:hAnsi="Times New Roman" w:eastAsia="宋体"/>
                <w:b w:val="0"/>
                <w:sz w:val="21"/>
              </w:rPr>
              <w:t>13/31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13</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21308402</w:t>
            </w:r>
          </w:p>
        </w:tc>
        <w:tc>
          <w:tcPr>
            <w:tcW w:type="dxa" w:w="785"/>
          </w:tcPr>
          <w:p>
            <w:pPr>
              <w:spacing w:after="20" w:before="20"/>
            </w:pPr>
            <w:r/>
            <w:r>
              <w:rPr>
                <w:rFonts w:ascii="Times New Roman" w:hAnsi="Times New Roman" w:eastAsia="宋体"/>
                <w:b w:val="0"/>
                <w:sz w:val="21"/>
              </w:rPr>
              <w:t>李聆</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3.8026</w:t>
            </w:r>
          </w:p>
        </w:tc>
        <w:tc>
          <w:tcPr>
            <w:tcW w:type="dxa" w:w="785"/>
          </w:tcPr>
          <w:p>
            <w:pPr>
              <w:spacing w:after="20" w:before="20"/>
            </w:pPr>
            <w:r/>
            <w:r>
              <w:rPr>
                <w:rFonts w:ascii="Times New Roman" w:hAnsi="Times New Roman" w:eastAsia="宋体"/>
                <w:b w:val="0"/>
                <w:sz w:val="21"/>
              </w:rPr>
              <w:t>88.026</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83.62</w:t>
            </w:r>
          </w:p>
        </w:tc>
        <w:tc>
          <w:tcPr>
            <w:tcW w:type="dxa" w:w="785"/>
          </w:tcPr>
          <w:p>
            <w:pPr>
              <w:spacing w:after="20" w:before="20"/>
            </w:pPr>
            <w:r/>
            <w:r>
              <w:rPr>
                <w:rFonts w:ascii="Times New Roman" w:hAnsi="Times New Roman" w:eastAsia="宋体"/>
                <w:b w:val="0"/>
                <w:sz w:val="21"/>
              </w:rPr>
              <w:t>14/31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14</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21308523</w:t>
            </w:r>
          </w:p>
        </w:tc>
        <w:tc>
          <w:tcPr>
            <w:tcW w:type="dxa" w:w="785"/>
          </w:tcPr>
          <w:p>
            <w:pPr>
              <w:spacing w:after="20" w:before="20"/>
            </w:pPr>
            <w:r/>
            <w:r>
              <w:rPr>
                <w:rFonts w:ascii="Times New Roman" w:hAnsi="Times New Roman" w:eastAsia="宋体"/>
                <w:b w:val="0"/>
                <w:sz w:val="21"/>
              </w:rPr>
              <w:t>陈海玲</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3.7969</w:t>
            </w:r>
          </w:p>
        </w:tc>
        <w:tc>
          <w:tcPr>
            <w:tcW w:type="dxa" w:w="785"/>
          </w:tcPr>
          <w:p>
            <w:pPr>
              <w:spacing w:after="20" w:before="20"/>
            </w:pPr>
            <w:r/>
            <w:r>
              <w:rPr>
                <w:rFonts w:ascii="Times New Roman" w:hAnsi="Times New Roman" w:eastAsia="宋体"/>
                <w:b w:val="0"/>
                <w:sz w:val="21"/>
              </w:rPr>
              <w:t>87.969</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83.57</w:t>
            </w:r>
          </w:p>
        </w:tc>
        <w:tc>
          <w:tcPr>
            <w:tcW w:type="dxa" w:w="785"/>
          </w:tcPr>
          <w:p>
            <w:pPr>
              <w:spacing w:after="20" w:before="20"/>
            </w:pPr>
            <w:r/>
            <w:r>
              <w:rPr>
                <w:rFonts w:ascii="Times New Roman" w:hAnsi="Times New Roman" w:eastAsia="宋体"/>
                <w:b w:val="0"/>
                <w:sz w:val="21"/>
              </w:rPr>
              <w:t>15/31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15</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21308626</w:t>
            </w:r>
          </w:p>
        </w:tc>
        <w:tc>
          <w:tcPr>
            <w:tcW w:type="dxa" w:w="785"/>
          </w:tcPr>
          <w:p>
            <w:pPr>
              <w:spacing w:after="20" w:before="20"/>
            </w:pPr>
            <w:r/>
            <w:r>
              <w:rPr>
                <w:rFonts w:ascii="Times New Roman" w:hAnsi="Times New Roman" w:eastAsia="宋体"/>
                <w:b w:val="0"/>
                <w:sz w:val="21"/>
              </w:rPr>
              <w:t>段舒婷</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3.6753</w:t>
            </w:r>
          </w:p>
        </w:tc>
        <w:tc>
          <w:tcPr>
            <w:tcW w:type="dxa" w:w="785"/>
          </w:tcPr>
          <w:p>
            <w:pPr>
              <w:spacing w:after="20" w:before="20"/>
            </w:pPr>
            <w:r/>
            <w:r>
              <w:rPr>
                <w:rFonts w:ascii="Times New Roman" w:hAnsi="Times New Roman" w:eastAsia="宋体"/>
                <w:b w:val="0"/>
                <w:sz w:val="21"/>
              </w:rPr>
              <w:t>86.753</w:t>
            </w:r>
          </w:p>
        </w:tc>
        <w:tc>
          <w:tcPr>
            <w:tcW w:type="dxa" w:w="785"/>
          </w:tcPr>
          <w:p>
            <w:pPr>
              <w:spacing w:after="20" w:before="20"/>
            </w:pPr>
            <w:r/>
            <w:r>
              <w:rPr>
                <w:rFonts w:ascii="Times New Roman" w:hAnsi="Times New Roman" w:eastAsia="宋体"/>
                <w:b w:val="0"/>
                <w:sz w:val="21"/>
              </w:rPr>
              <w:t>0.9</w:t>
            </w:r>
          </w:p>
        </w:tc>
        <w:tc>
          <w:tcPr>
            <w:tcW w:type="dxa" w:w="785"/>
          </w:tcPr>
          <w:p>
            <w:pPr>
              <w:spacing w:after="20" w:before="20"/>
            </w:pPr>
            <w:r/>
            <w:r>
              <w:rPr>
                <w:rFonts w:ascii="Times New Roman" w:hAnsi="Times New Roman" w:eastAsia="宋体"/>
                <w:b w:val="0"/>
                <w:sz w:val="21"/>
              </w:rPr>
              <w:t>83.32</w:t>
            </w:r>
          </w:p>
        </w:tc>
        <w:tc>
          <w:tcPr>
            <w:tcW w:type="dxa" w:w="785"/>
          </w:tcPr>
          <w:p>
            <w:pPr>
              <w:spacing w:after="20" w:before="20"/>
            </w:pPr>
            <w:r/>
            <w:r>
              <w:rPr>
                <w:rFonts w:ascii="Times New Roman" w:hAnsi="Times New Roman" w:eastAsia="宋体"/>
                <w:b w:val="0"/>
                <w:sz w:val="21"/>
              </w:rPr>
              <w:t>16/31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16</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21308041</w:t>
            </w:r>
          </w:p>
        </w:tc>
        <w:tc>
          <w:tcPr>
            <w:tcW w:type="dxa" w:w="785"/>
          </w:tcPr>
          <w:p>
            <w:pPr>
              <w:spacing w:after="20" w:before="20"/>
            </w:pPr>
            <w:r/>
            <w:r>
              <w:rPr>
                <w:rFonts w:ascii="Times New Roman" w:hAnsi="Times New Roman" w:eastAsia="宋体"/>
                <w:b w:val="0"/>
                <w:sz w:val="21"/>
              </w:rPr>
              <w:t>陈依琳</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3.7438</w:t>
            </w:r>
          </w:p>
        </w:tc>
        <w:tc>
          <w:tcPr>
            <w:tcW w:type="dxa" w:w="785"/>
          </w:tcPr>
          <w:p>
            <w:pPr>
              <w:spacing w:after="20" w:before="20"/>
            </w:pPr>
            <w:r/>
            <w:r>
              <w:rPr>
                <w:rFonts w:ascii="Times New Roman" w:hAnsi="Times New Roman" w:eastAsia="宋体"/>
                <w:b w:val="0"/>
                <w:sz w:val="21"/>
              </w:rPr>
              <w:t>87.438</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83.07</w:t>
            </w:r>
          </w:p>
        </w:tc>
        <w:tc>
          <w:tcPr>
            <w:tcW w:type="dxa" w:w="785"/>
          </w:tcPr>
          <w:p>
            <w:pPr>
              <w:spacing w:after="20" w:before="20"/>
            </w:pPr>
            <w:r/>
            <w:r>
              <w:rPr>
                <w:rFonts w:ascii="Times New Roman" w:hAnsi="Times New Roman" w:eastAsia="宋体"/>
                <w:b w:val="0"/>
                <w:sz w:val="21"/>
              </w:rPr>
              <w:t>17/31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17</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21308126</w:t>
            </w:r>
          </w:p>
        </w:tc>
        <w:tc>
          <w:tcPr>
            <w:tcW w:type="dxa" w:w="785"/>
          </w:tcPr>
          <w:p>
            <w:pPr>
              <w:spacing w:after="20" w:before="20"/>
            </w:pPr>
            <w:r/>
            <w:r>
              <w:rPr>
                <w:rFonts w:ascii="Times New Roman" w:hAnsi="Times New Roman" w:eastAsia="宋体"/>
                <w:b w:val="0"/>
                <w:sz w:val="21"/>
              </w:rPr>
              <w:t>苏钰</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3.7352</w:t>
            </w:r>
          </w:p>
        </w:tc>
        <w:tc>
          <w:tcPr>
            <w:tcW w:type="dxa" w:w="785"/>
          </w:tcPr>
          <w:p>
            <w:pPr>
              <w:spacing w:after="20" w:before="20"/>
            </w:pPr>
            <w:r/>
            <w:r>
              <w:rPr>
                <w:rFonts w:ascii="Times New Roman" w:hAnsi="Times New Roman" w:eastAsia="宋体"/>
                <w:b w:val="0"/>
                <w:sz w:val="21"/>
              </w:rPr>
              <w:t>87.352</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82.98</w:t>
            </w:r>
          </w:p>
        </w:tc>
        <w:tc>
          <w:tcPr>
            <w:tcW w:type="dxa" w:w="785"/>
          </w:tcPr>
          <w:p>
            <w:pPr>
              <w:spacing w:after="20" w:before="20"/>
            </w:pPr>
            <w:r/>
            <w:r>
              <w:rPr>
                <w:rFonts w:ascii="Times New Roman" w:hAnsi="Times New Roman" w:eastAsia="宋体"/>
                <w:b w:val="0"/>
                <w:sz w:val="21"/>
              </w:rPr>
              <w:t>18/31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18</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21308340</w:t>
            </w:r>
          </w:p>
        </w:tc>
        <w:tc>
          <w:tcPr>
            <w:tcW w:type="dxa" w:w="785"/>
          </w:tcPr>
          <w:p>
            <w:pPr>
              <w:spacing w:after="20" w:before="20"/>
            </w:pPr>
            <w:r/>
            <w:r>
              <w:rPr>
                <w:rFonts w:ascii="Times New Roman" w:hAnsi="Times New Roman" w:eastAsia="宋体"/>
                <w:b w:val="0"/>
                <w:sz w:val="21"/>
              </w:rPr>
              <w:t>刁任菲</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3.7089</w:t>
            </w:r>
          </w:p>
        </w:tc>
        <w:tc>
          <w:tcPr>
            <w:tcW w:type="dxa" w:w="785"/>
          </w:tcPr>
          <w:p>
            <w:pPr>
              <w:spacing w:after="20" w:before="20"/>
            </w:pPr>
            <w:r/>
            <w:r>
              <w:rPr>
                <w:rFonts w:ascii="Times New Roman" w:hAnsi="Times New Roman" w:eastAsia="宋体"/>
                <w:b w:val="0"/>
                <w:sz w:val="21"/>
              </w:rPr>
              <w:t>87.089</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82.73</w:t>
            </w:r>
          </w:p>
        </w:tc>
        <w:tc>
          <w:tcPr>
            <w:tcW w:type="dxa" w:w="785"/>
          </w:tcPr>
          <w:p>
            <w:pPr>
              <w:spacing w:after="20" w:before="20"/>
            </w:pPr>
            <w:r/>
            <w:r>
              <w:rPr>
                <w:rFonts w:ascii="Times New Roman" w:hAnsi="Times New Roman" w:eastAsia="宋体"/>
                <w:b w:val="0"/>
                <w:sz w:val="21"/>
              </w:rPr>
              <w:t>19/31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19</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21308044</w:t>
            </w:r>
          </w:p>
        </w:tc>
        <w:tc>
          <w:tcPr>
            <w:tcW w:type="dxa" w:w="785"/>
          </w:tcPr>
          <w:p>
            <w:pPr>
              <w:spacing w:after="20" w:before="20"/>
            </w:pPr>
            <w:r/>
            <w:r>
              <w:rPr>
                <w:rFonts w:ascii="Times New Roman" w:hAnsi="Times New Roman" w:eastAsia="宋体"/>
                <w:b w:val="0"/>
                <w:sz w:val="21"/>
              </w:rPr>
              <w:t>吴静妮</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3.7086</w:t>
            </w:r>
          </w:p>
        </w:tc>
        <w:tc>
          <w:tcPr>
            <w:tcW w:type="dxa" w:w="785"/>
          </w:tcPr>
          <w:p>
            <w:pPr>
              <w:spacing w:after="20" w:before="20"/>
            </w:pPr>
            <w:r/>
            <w:r>
              <w:rPr>
                <w:rFonts w:ascii="Times New Roman" w:hAnsi="Times New Roman" w:eastAsia="宋体"/>
                <w:b w:val="0"/>
                <w:sz w:val="21"/>
              </w:rPr>
              <w:t>87.086</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82.73</w:t>
            </w:r>
          </w:p>
        </w:tc>
        <w:tc>
          <w:tcPr>
            <w:tcW w:type="dxa" w:w="785"/>
          </w:tcPr>
          <w:p>
            <w:pPr>
              <w:spacing w:after="20" w:before="20"/>
            </w:pPr>
            <w:r/>
            <w:r>
              <w:rPr>
                <w:rFonts w:ascii="Times New Roman" w:hAnsi="Times New Roman" w:eastAsia="宋体"/>
                <w:b w:val="0"/>
                <w:sz w:val="21"/>
              </w:rPr>
              <w:t>20/31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20</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21308423</w:t>
            </w:r>
          </w:p>
        </w:tc>
        <w:tc>
          <w:tcPr>
            <w:tcW w:type="dxa" w:w="785"/>
          </w:tcPr>
          <w:p>
            <w:pPr>
              <w:spacing w:after="20" w:before="20"/>
            </w:pPr>
            <w:r/>
            <w:r>
              <w:rPr>
                <w:rFonts w:ascii="Times New Roman" w:hAnsi="Times New Roman" w:eastAsia="宋体"/>
                <w:b w:val="0"/>
                <w:sz w:val="21"/>
              </w:rPr>
              <w:t>丰灏</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3.6964</w:t>
            </w:r>
          </w:p>
        </w:tc>
        <w:tc>
          <w:tcPr>
            <w:tcW w:type="dxa" w:w="785"/>
          </w:tcPr>
          <w:p>
            <w:pPr>
              <w:spacing w:after="20" w:before="20"/>
            </w:pPr>
            <w:r/>
            <w:r>
              <w:rPr>
                <w:rFonts w:ascii="Times New Roman" w:hAnsi="Times New Roman" w:eastAsia="宋体"/>
                <w:b w:val="0"/>
                <w:sz w:val="21"/>
              </w:rPr>
              <w:t>86.964</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82.62</w:t>
            </w:r>
          </w:p>
        </w:tc>
        <w:tc>
          <w:tcPr>
            <w:tcW w:type="dxa" w:w="785"/>
          </w:tcPr>
          <w:p>
            <w:pPr>
              <w:spacing w:after="20" w:before="20"/>
            </w:pPr>
            <w:r/>
            <w:r>
              <w:rPr>
                <w:rFonts w:ascii="Times New Roman" w:hAnsi="Times New Roman" w:eastAsia="宋体"/>
                <w:b w:val="0"/>
                <w:sz w:val="21"/>
              </w:rPr>
              <w:t>21/31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21</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21308510</w:t>
            </w:r>
          </w:p>
        </w:tc>
        <w:tc>
          <w:tcPr>
            <w:tcW w:type="dxa" w:w="785"/>
          </w:tcPr>
          <w:p>
            <w:pPr>
              <w:spacing w:after="20" w:before="20"/>
            </w:pPr>
            <w:r/>
            <w:r>
              <w:rPr>
                <w:rFonts w:ascii="Times New Roman" w:hAnsi="Times New Roman" w:eastAsia="宋体"/>
                <w:b w:val="0"/>
                <w:sz w:val="21"/>
              </w:rPr>
              <w:t>唐玉丽</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3.6826</w:t>
            </w:r>
          </w:p>
        </w:tc>
        <w:tc>
          <w:tcPr>
            <w:tcW w:type="dxa" w:w="785"/>
          </w:tcPr>
          <w:p>
            <w:pPr>
              <w:spacing w:after="20" w:before="20"/>
            </w:pPr>
            <w:r/>
            <w:r>
              <w:rPr>
                <w:rFonts w:ascii="Times New Roman" w:hAnsi="Times New Roman" w:eastAsia="宋体"/>
                <w:b w:val="0"/>
                <w:sz w:val="21"/>
              </w:rPr>
              <w:t>86.826</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82.48</w:t>
            </w:r>
          </w:p>
        </w:tc>
        <w:tc>
          <w:tcPr>
            <w:tcW w:type="dxa" w:w="785"/>
          </w:tcPr>
          <w:p>
            <w:pPr>
              <w:spacing w:after="20" w:before="20"/>
            </w:pPr>
            <w:r/>
            <w:r>
              <w:rPr>
                <w:rFonts w:ascii="Times New Roman" w:hAnsi="Times New Roman" w:eastAsia="宋体"/>
                <w:b w:val="0"/>
                <w:sz w:val="21"/>
              </w:rPr>
              <w:t>22/31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22</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21308352</w:t>
            </w:r>
          </w:p>
        </w:tc>
        <w:tc>
          <w:tcPr>
            <w:tcW w:type="dxa" w:w="785"/>
          </w:tcPr>
          <w:p>
            <w:pPr>
              <w:spacing w:after="20" w:before="20"/>
            </w:pPr>
            <w:r/>
            <w:r>
              <w:rPr>
                <w:rFonts w:ascii="Times New Roman" w:hAnsi="Times New Roman" w:eastAsia="宋体"/>
                <w:b w:val="0"/>
                <w:sz w:val="21"/>
              </w:rPr>
              <w:t>张宇恬</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3.6664</w:t>
            </w:r>
          </w:p>
        </w:tc>
        <w:tc>
          <w:tcPr>
            <w:tcW w:type="dxa" w:w="785"/>
          </w:tcPr>
          <w:p>
            <w:pPr>
              <w:spacing w:after="20" w:before="20"/>
            </w:pPr>
            <w:r/>
            <w:r>
              <w:rPr>
                <w:rFonts w:ascii="Times New Roman" w:hAnsi="Times New Roman" w:eastAsia="宋体"/>
                <w:b w:val="0"/>
                <w:sz w:val="21"/>
              </w:rPr>
              <w:t>86.664</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82.33</w:t>
            </w:r>
          </w:p>
        </w:tc>
        <w:tc>
          <w:tcPr>
            <w:tcW w:type="dxa" w:w="785"/>
          </w:tcPr>
          <w:p>
            <w:pPr>
              <w:spacing w:after="20" w:before="20"/>
            </w:pPr>
            <w:r/>
            <w:r>
              <w:rPr>
                <w:rFonts w:ascii="Times New Roman" w:hAnsi="Times New Roman" w:eastAsia="宋体"/>
                <w:b w:val="0"/>
                <w:sz w:val="21"/>
              </w:rPr>
              <w:t>23/31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23</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21308294</w:t>
            </w:r>
          </w:p>
        </w:tc>
        <w:tc>
          <w:tcPr>
            <w:tcW w:type="dxa" w:w="785"/>
          </w:tcPr>
          <w:p>
            <w:pPr>
              <w:spacing w:after="20" w:before="20"/>
            </w:pPr>
            <w:r/>
            <w:r>
              <w:rPr>
                <w:rFonts w:ascii="Times New Roman" w:hAnsi="Times New Roman" w:eastAsia="宋体"/>
                <w:b w:val="0"/>
                <w:sz w:val="21"/>
              </w:rPr>
              <w:t>李果然</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3.6479</w:t>
            </w:r>
          </w:p>
        </w:tc>
        <w:tc>
          <w:tcPr>
            <w:tcW w:type="dxa" w:w="785"/>
          </w:tcPr>
          <w:p>
            <w:pPr>
              <w:spacing w:after="20" w:before="20"/>
            </w:pPr>
            <w:r/>
            <w:r>
              <w:rPr>
                <w:rFonts w:ascii="Times New Roman" w:hAnsi="Times New Roman" w:eastAsia="宋体"/>
                <w:b w:val="0"/>
                <w:sz w:val="21"/>
              </w:rPr>
              <w:t>86.479</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82.16</w:t>
            </w:r>
          </w:p>
        </w:tc>
        <w:tc>
          <w:tcPr>
            <w:tcW w:type="dxa" w:w="785"/>
          </w:tcPr>
          <w:p>
            <w:pPr>
              <w:spacing w:after="20" w:before="20"/>
            </w:pPr>
            <w:r/>
            <w:r>
              <w:rPr>
                <w:rFonts w:ascii="Times New Roman" w:hAnsi="Times New Roman" w:eastAsia="宋体"/>
                <w:b w:val="0"/>
                <w:sz w:val="21"/>
              </w:rPr>
              <w:t>24/31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24</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21308547</w:t>
            </w:r>
          </w:p>
        </w:tc>
        <w:tc>
          <w:tcPr>
            <w:tcW w:type="dxa" w:w="785"/>
          </w:tcPr>
          <w:p>
            <w:pPr>
              <w:spacing w:after="20" w:before="20"/>
            </w:pPr>
            <w:r/>
            <w:r>
              <w:rPr>
                <w:rFonts w:ascii="Times New Roman" w:hAnsi="Times New Roman" w:eastAsia="宋体"/>
                <w:b w:val="0"/>
                <w:sz w:val="21"/>
              </w:rPr>
              <w:t>赵丽欣</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3.6336</w:t>
            </w:r>
          </w:p>
        </w:tc>
        <w:tc>
          <w:tcPr>
            <w:tcW w:type="dxa" w:w="785"/>
          </w:tcPr>
          <w:p>
            <w:pPr>
              <w:spacing w:after="20" w:before="20"/>
            </w:pPr>
            <w:r/>
            <w:r>
              <w:rPr>
                <w:rFonts w:ascii="Times New Roman" w:hAnsi="Times New Roman" w:eastAsia="宋体"/>
                <w:b w:val="0"/>
                <w:sz w:val="21"/>
              </w:rPr>
              <w:t>86.336</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82.02</w:t>
            </w:r>
          </w:p>
        </w:tc>
        <w:tc>
          <w:tcPr>
            <w:tcW w:type="dxa" w:w="785"/>
          </w:tcPr>
          <w:p>
            <w:pPr>
              <w:spacing w:after="20" w:before="20"/>
            </w:pPr>
            <w:r/>
            <w:r>
              <w:rPr>
                <w:rFonts w:ascii="Times New Roman" w:hAnsi="Times New Roman" w:eastAsia="宋体"/>
                <w:b w:val="0"/>
                <w:sz w:val="21"/>
              </w:rPr>
              <w:t>25/31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25</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21308419</w:t>
            </w:r>
          </w:p>
        </w:tc>
        <w:tc>
          <w:tcPr>
            <w:tcW w:type="dxa" w:w="785"/>
          </w:tcPr>
          <w:p>
            <w:pPr>
              <w:spacing w:after="20" w:before="20"/>
            </w:pPr>
            <w:r/>
            <w:r>
              <w:rPr>
                <w:rFonts w:ascii="Times New Roman" w:hAnsi="Times New Roman" w:eastAsia="宋体"/>
                <w:b w:val="0"/>
                <w:sz w:val="21"/>
              </w:rPr>
              <w:t>黄路斯</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3.4268</w:t>
            </w:r>
          </w:p>
        </w:tc>
        <w:tc>
          <w:tcPr>
            <w:tcW w:type="dxa" w:w="785"/>
          </w:tcPr>
          <w:p>
            <w:pPr>
              <w:spacing w:after="20" w:before="20"/>
            </w:pPr>
            <w:r/>
            <w:r>
              <w:rPr>
                <w:rFonts w:ascii="Times New Roman" w:hAnsi="Times New Roman" w:eastAsia="宋体"/>
                <w:b w:val="0"/>
                <w:sz w:val="21"/>
              </w:rPr>
              <w:t>84.268</w:t>
            </w:r>
          </w:p>
        </w:tc>
        <w:tc>
          <w:tcPr>
            <w:tcW w:type="dxa" w:w="785"/>
          </w:tcPr>
          <w:p>
            <w:pPr>
              <w:spacing w:after="20" w:before="20"/>
            </w:pPr>
            <w:r/>
            <w:r>
              <w:rPr>
                <w:rFonts w:ascii="Times New Roman" w:hAnsi="Times New Roman" w:eastAsia="宋体"/>
                <w:b w:val="0"/>
                <w:sz w:val="21"/>
              </w:rPr>
              <w:t>1.95</w:t>
            </w:r>
          </w:p>
        </w:tc>
        <w:tc>
          <w:tcPr>
            <w:tcW w:type="dxa" w:w="785"/>
          </w:tcPr>
          <w:p>
            <w:pPr>
              <w:spacing w:after="20" w:before="20"/>
            </w:pPr>
            <w:r/>
            <w:r>
              <w:rPr>
                <w:rFonts w:ascii="Times New Roman" w:hAnsi="Times New Roman" w:eastAsia="宋体"/>
                <w:b w:val="0"/>
                <w:sz w:val="21"/>
              </w:rPr>
              <w:t>82</w:t>
            </w:r>
          </w:p>
        </w:tc>
        <w:tc>
          <w:tcPr>
            <w:tcW w:type="dxa" w:w="785"/>
          </w:tcPr>
          <w:p>
            <w:pPr>
              <w:spacing w:after="20" w:before="20"/>
            </w:pPr>
            <w:r/>
            <w:r>
              <w:rPr>
                <w:rFonts w:ascii="Times New Roman" w:hAnsi="Times New Roman" w:eastAsia="宋体"/>
                <w:b w:val="0"/>
                <w:sz w:val="21"/>
              </w:rPr>
              <w:t>26/31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26</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21308336</w:t>
            </w:r>
          </w:p>
        </w:tc>
        <w:tc>
          <w:tcPr>
            <w:tcW w:type="dxa" w:w="785"/>
          </w:tcPr>
          <w:p>
            <w:pPr>
              <w:spacing w:after="20" w:before="20"/>
            </w:pPr>
            <w:r/>
            <w:r>
              <w:rPr>
                <w:rFonts w:ascii="Times New Roman" w:hAnsi="Times New Roman" w:eastAsia="宋体"/>
                <w:b w:val="0"/>
                <w:sz w:val="21"/>
              </w:rPr>
              <w:t>王之悦</w:t>
            </w:r>
          </w:p>
        </w:tc>
        <w:tc>
          <w:tcPr>
            <w:tcW w:type="dxa" w:w="785"/>
          </w:tcPr>
          <w:p>
            <w:pPr>
              <w:spacing w:after="20" w:before="20"/>
            </w:pPr>
            <w:r/>
            <w:r>
              <w:rPr>
                <w:rFonts w:ascii="Times New Roman" w:hAnsi="Times New Roman" w:eastAsia="宋体"/>
                <w:b w:val="0"/>
                <w:sz w:val="21"/>
              </w:rPr>
              <w:t>女</w:t>
            </w:r>
          </w:p>
        </w:tc>
        <w:tc>
          <w:tcPr>
            <w:tcW w:type="dxa" w:w="785"/>
          </w:tcPr>
          <w:p>
            <w:pPr>
              <w:spacing w:after="20" w:before="20"/>
            </w:pPr>
            <w:r/>
            <w:r>
              <w:rPr>
                <w:rFonts w:ascii="Times New Roman" w:hAnsi="Times New Roman" w:eastAsia="宋体"/>
                <w:b w:val="0"/>
                <w:sz w:val="21"/>
              </w:rPr>
              <w:t>3.5596</w:t>
            </w:r>
          </w:p>
        </w:tc>
        <w:tc>
          <w:tcPr>
            <w:tcW w:type="dxa" w:w="785"/>
          </w:tcPr>
          <w:p>
            <w:pPr>
              <w:spacing w:after="20" w:before="20"/>
            </w:pPr>
            <w:r/>
            <w:r>
              <w:rPr>
                <w:rFonts w:ascii="Times New Roman" w:hAnsi="Times New Roman" w:eastAsia="宋体"/>
                <w:b w:val="0"/>
                <w:sz w:val="21"/>
              </w:rPr>
              <w:t>85.596</w:t>
            </w:r>
          </w:p>
        </w:tc>
        <w:tc>
          <w:tcPr>
            <w:tcW w:type="dxa" w:w="785"/>
          </w:tcPr>
          <w:p>
            <w:pPr>
              <w:spacing w:after="20" w:before="20"/>
            </w:pPr>
            <w:r/>
            <w:r>
              <w:rPr>
                <w:rFonts w:ascii="Times New Roman" w:hAnsi="Times New Roman" w:eastAsia="宋体"/>
                <w:b w:val="0"/>
                <w:sz w:val="21"/>
              </w:rPr>
              <w:t>0.63</w:t>
            </w:r>
          </w:p>
        </w:tc>
        <w:tc>
          <w:tcPr>
            <w:tcW w:type="dxa" w:w="785"/>
          </w:tcPr>
          <w:p>
            <w:pPr>
              <w:spacing w:after="20" w:before="20"/>
            </w:pPr>
            <w:r/>
            <w:r>
              <w:rPr>
                <w:rFonts w:ascii="Times New Roman" w:hAnsi="Times New Roman" w:eastAsia="宋体"/>
                <w:b w:val="0"/>
                <w:sz w:val="21"/>
              </w:rPr>
              <w:t>81.95</w:t>
            </w:r>
          </w:p>
        </w:tc>
        <w:tc>
          <w:tcPr>
            <w:tcW w:type="dxa" w:w="785"/>
          </w:tcPr>
          <w:p>
            <w:pPr>
              <w:spacing w:after="20" w:before="20"/>
            </w:pPr>
            <w:r/>
            <w:r>
              <w:rPr>
                <w:rFonts w:ascii="Times New Roman" w:hAnsi="Times New Roman" w:eastAsia="宋体"/>
                <w:b w:val="0"/>
                <w:sz w:val="21"/>
              </w:rPr>
              <w:t>27/31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27</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21308141</w:t>
            </w:r>
          </w:p>
        </w:tc>
        <w:tc>
          <w:tcPr>
            <w:tcW w:type="dxa" w:w="785"/>
          </w:tcPr>
          <w:p>
            <w:pPr>
              <w:spacing w:after="20" w:before="20"/>
            </w:pPr>
            <w:r/>
            <w:r>
              <w:rPr>
                <w:rFonts w:ascii="Times New Roman" w:hAnsi="Times New Roman" w:eastAsia="宋体"/>
                <w:b w:val="0"/>
                <w:sz w:val="21"/>
              </w:rPr>
              <w:t>赵冠杰</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3.5953</w:t>
            </w:r>
          </w:p>
        </w:tc>
        <w:tc>
          <w:tcPr>
            <w:tcW w:type="dxa" w:w="785"/>
          </w:tcPr>
          <w:p>
            <w:pPr>
              <w:spacing w:after="20" w:before="20"/>
            </w:pPr>
            <w:r/>
            <w:r>
              <w:rPr>
                <w:rFonts w:ascii="Times New Roman" w:hAnsi="Times New Roman" w:eastAsia="宋体"/>
                <w:b w:val="0"/>
                <w:sz w:val="21"/>
              </w:rPr>
              <w:t>85.953</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81.66</w:t>
            </w:r>
          </w:p>
        </w:tc>
        <w:tc>
          <w:tcPr>
            <w:tcW w:type="dxa" w:w="785"/>
          </w:tcPr>
          <w:p>
            <w:pPr>
              <w:spacing w:after="20" w:before="20"/>
            </w:pPr>
            <w:r/>
            <w:r>
              <w:rPr>
                <w:rFonts w:ascii="Times New Roman" w:hAnsi="Times New Roman" w:eastAsia="宋体"/>
                <w:b w:val="0"/>
                <w:sz w:val="21"/>
              </w:rPr>
              <w:t>28/31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28</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21308248</w:t>
            </w:r>
          </w:p>
        </w:tc>
        <w:tc>
          <w:tcPr>
            <w:tcW w:type="dxa" w:w="785"/>
          </w:tcPr>
          <w:p>
            <w:pPr>
              <w:spacing w:after="20" w:before="20"/>
            </w:pPr>
            <w:r/>
            <w:r>
              <w:rPr>
                <w:rFonts w:ascii="Times New Roman" w:hAnsi="Times New Roman" w:eastAsia="宋体"/>
                <w:b w:val="0"/>
                <w:sz w:val="21"/>
              </w:rPr>
              <w:t>黄鹏杰</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3.5474</w:t>
            </w:r>
          </w:p>
        </w:tc>
        <w:tc>
          <w:tcPr>
            <w:tcW w:type="dxa" w:w="785"/>
          </w:tcPr>
          <w:p>
            <w:pPr>
              <w:spacing w:after="20" w:before="20"/>
            </w:pPr>
            <w:r/>
            <w:r>
              <w:rPr>
                <w:rFonts w:ascii="Times New Roman" w:hAnsi="Times New Roman" w:eastAsia="宋体"/>
                <w:b w:val="0"/>
                <w:sz w:val="21"/>
              </w:rPr>
              <w:t>85.474</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81.2</w:t>
            </w:r>
          </w:p>
        </w:tc>
        <w:tc>
          <w:tcPr>
            <w:tcW w:type="dxa" w:w="785"/>
          </w:tcPr>
          <w:p>
            <w:pPr>
              <w:spacing w:after="20" w:before="20"/>
            </w:pPr>
            <w:r/>
            <w:r>
              <w:rPr>
                <w:rFonts w:ascii="Times New Roman" w:hAnsi="Times New Roman" w:eastAsia="宋体"/>
                <w:b w:val="0"/>
                <w:sz w:val="21"/>
              </w:rPr>
              <w:t>29/31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29</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21308084</w:t>
            </w:r>
          </w:p>
        </w:tc>
        <w:tc>
          <w:tcPr>
            <w:tcW w:type="dxa" w:w="785"/>
          </w:tcPr>
          <w:p>
            <w:pPr>
              <w:spacing w:after="20" w:before="20"/>
            </w:pPr>
            <w:r/>
            <w:r>
              <w:rPr>
                <w:rFonts w:ascii="Times New Roman" w:hAnsi="Times New Roman" w:eastAsia="宋体"/>
                <w:b w:val="0"/>
                <w:sz w:val="21"/>
              </w:rPr>
              <w:t>林烁宏</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3.0828</w:t>
            </w:r>
          </w:p>
        </w:tc>
        <w:tc>
          <w:tcPr>
            <w:tcW w:type="dxa" w:w="785"/>
          </w:tcPr>
          <w:p>
            <w:pPr>
              <w:spacing w:after="20" w:before="20"/>
            </w:pPr>
            <w:r/>
            <w:r>
              <w:rPr>
                <w:rFonts w:ascii="Times New Roman" w:hAnsi="Times New Roman" w:eastAsia="宋体"/>
                <w:b w:val="0"/>
                <w:sz w:val="21"/>
              </w:rPr>
              <w:t>80.828</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76.79</w:t>
            </w:r>
          </w:p>
        </w:tc>
        <w:tc>
          <w:tcPr>
            <w:tcW w:type="dxa" w:w="785"/>
          </w:tcPr>
          <w:p>
            <w:pPr>
              <w:spacing w:after="20" w:before="20"/>
            </w:pPr>
            <w:r/>
            <w:r>
              <w:rPr>
                <w:rFonts w:ascii="Times New Roman" w:hAnsi="Times New Roman" w:eastAsia="宋体"/>
                <w:b w:val="0"/>
                <w:sz w:val="21"/>
              </w:rPr>
              <w:t>30/31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30</w:t>
            </w:r>
          </w:p>
        </w:tc>
      </w:tr>
      <w:tr>
        <w:tc>
          <w:tcPr>
            <w:tcW w:type="dxa" w:w="785"/>
          </w:tcPr>
          <w:p>
            <w:pPr>
              <w:spacing w:after="20" w:before="20"/>
            </w:pPr>
            <w:r/>
            <w:r>
              <w:rPr>
                <w:rFonts w:ascii="Times New Roman" w:hAnsi="Times New Roman" w:eastAsia="宋体"/>
                <w:b w:val="0"/>
                <w:sz w:val="21"/>
              </w:rPr>
              <w:t>口腔医学（5+3）</w:t>
            </w:r>
          </w:p>
        </w:tc>
        <w:tc>
          <w:tcPr>
            <w:tcW w:type="dxa" w:w="785"/>
          </w:tcPr>
          <w:p>
            <w:pPr>
              <w:spacing w:after="20" w:before="20"/>
            </w:pPr>
            <w:r/>
            <w:r>
              <w:rPr>
                <w:rFonts w:ascii="Times New Roman" w:hAnsi="Times New Roman" w:eastAsia="宋体"/>
                <w:b w:val="0"/>
                <w:sz w:val="21"/>
              </w:rPr>
              <w:t>20980006</w:t>
            </w:r>
          </w:p>
        </w:tc>
        <w:tc>
          <w:tcPr>
            <w:tcW w:type="dxa" w:w="785"/>
          </w:tcPr>
          <w:p>
            <w:pPr>
              <w:spacing w:after="20" w:before="20"/>
            </w:pPr>
            <w:r/>
            <w:r>
              <w:rPr>
                <w:rFonts w:ascii="Times New Roman" w:hAnsi="Times New Roman" w:eastAsia="宋体"/>
                <w:b w:val="0"/>
                <w:sz w:val="21"/>
              </w:rPr>
              <w:t>胡景旭</w:t>
            </w:r>
          </w:p>
        </w:tc>
        <w:tc>
          <w:tcPr>
            <w:tcW w:type="dxa" w:w="785"/>
          </w:tcPr>
          <w:p>
            <w:pPr>
              <w:spacing w:after="20" w:before="20"/>
            </w:pPr>
            <w:r/>
            <w:r>
              <w:rPr>
                <w:rFonts w:ascii="Times New Roman" w:hAnsi="Times New Roman" w:eastAsia="宋体"/>
                <w:b w:val="0"/>
                <w:sz w:val="21"/>
              </w:rPr>
              <w:t>男</w:t>
            </w:r>
          </w:p>
        </w:tc>
        <w:tc>
          <w:tcPr>
            <w:tcW w:type="dxa" w:w="785"/>
          </w:tcPr>
          <w:p>
            <w:pPr>
              <w:spacing w:after="20" w:before="20"/>
            </w:pPr>
            <w:r/>
            <w:r>
              <w:rPr>
                <w:rFonts w:ascii="Times New Roman" w:hAnsi="Times New Roman" w:eastAsia="宋体"/>
                <w:b w:val="0"/>
                <w:sz w:val="21"/>
              </w:rPr>
              <w:t>2.9378</w:t>
            </w:r>
          </w:p>
        </w:tc>
        <w:tc>
          <w:tcPr>
            <w:tcW w:type="dxa" w:w="785"/>
          </w:tcPr>
          <w:p>
            <w:pPr>
              <w:spacing w:after="20" w:before="20"/>
            </w:pPr>
            <w:r/>
            <w:r>
              <w:rPr>
                <w:rFonts w:ascii="Times New Roman" w:hAnsi="Times New Roman" w:eastAsia="宋体"/>
                <w:b w:val="0"/>
                <w:sz w:val="21"/>
              </w:rPr>
              <w:t>79.378</w:t>
            </w:r>
          </w:p>
        </w:tc>
        <w:tc>
          <w:tcPr>
            <w:tcW w:type="dxa" w:w="785"/>
          </w:tcPr>
          <w:p>
            <w:pPr>
              <w:spacing w:after="20" w:before="20"/>
            </w:pPr>
            <w:r/>
            <w:r>
              <w:rPr>
                <w:rFonts w:ascii="Times New Roman" w:hAnsi="Times New Roman" w:eastAsia="宋体"/>
                <w:b w:val="0"/>
                <w:sz w:val="21"/>
              </w:rPr>
              <w:t>0</w:t>
            </w:r>
          </w:p>
        </w:tc>
        <w:tc>
          <w:tcPr>
            <w:tcW w:type="dxa" w:w="785"/>
          </w:tcPr>
          <w:p>
            <w:pPr>
              <w:spacing w:after="20" w:before="20"/>
            </w:pPr>
            <w:r/>
            <w:r>
              <w:rPr>
                <w:rFonts w:ascii="Times New Roman" w:hAnsi="Times New Roman" w:eastAsia="宋体"/>
                <w:b w:val="0"/>
                <w:sz w:val="21"/>
              </w:rPr>
              <w:t>75.41</w:t>
            </w:r>
          </w:p>
        </w:tc>
        <w:tc>
          <w:tcPr>
            <w:tcW w:type="dxa" w:w="785"/>
          </w:tcPr>
          <w:p>
            <w:pPr>
              <w:spacing w:after="20" w:before="20"/>
            </w:pPr>
            <w:r/>
            <w:r>
              <w:rPr>
                <w:rFonts w:ascii="Times New Roman" w:hAnsi="Times New Roman" w:eastAsia="宋体"/>
                <w:b w:val="0"/>
                <w:sz w:val="21"/>
              </w:rPr>
              <w:t>31/31</w:t>
            </w:r>
          </w:p>
        </w:tc>
        <w:tc>
          <w:tcPr>
            <w:tcW w:type="dxa" w:w="785"/>
          </w:tcPr>
          <w:p>
            <w:pPr>
              <w:spacing w:after="20" w:before="20"/>
            </w:pPr>
            <w:r/>
            <w:r>
              <w:rPr>
                <w:rFonts w:ascii="Times New Roman" w:hAnsi="Times New Roman" w:eastAsia="宋体"/>
                <w:b w:val="0"/>
                <w:sz w:val="21"/>
              </w:rPr>
              <w:t>推荐</w:t>
            </w:r>
          </w:p>
        </w:tc>
        <w:tc>
          <w:tcPr>
            <w:tcW w:type="dxa" w:w="785"/>
          </w:tcPr>
          <w:p>
            <w:pPr>
              <w:spacing w:after="20" w:before="20"/>
            </w:pPr>
            <w:r/>
            <w:r>
              <w:rPr>
                <w:rFonts w:ascii="Times New Roman" w:hAnsi="Times New Roman" w:eastAsia="宋体"/>
                <w:b w:val="0"/>
                <w:sz w:val="21"/>
              </w:rPr>
              <w:t>31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