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长春理工大学机电工程学院2022级申请推荐免试攻读硕士学位研究生名单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长春理工大学机电工程学院2022级申请推荐免试攻读硕士学位研究生名单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发布单位：长春理工大学机电工程学院。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内容事项：2022级申请推荐免试攻读硕士学位研究生名单。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发布日期：2025-09-05。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联系电话：0431-85582259。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电子邮箱：JDGCXY@cust.edu.cn。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联系地址：吉林省长春市卫星路7089号。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原文未提供申请条件、报名时间、活动时间、接收条件、流程、材料清单、时间节点及名额等具体信息。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