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西南大学2024年推免生数据库结构表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西南大学2024年推免生数据库结构表（法学院）信息如下。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发布日期（推定）：2022年1月6日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单位代码：10635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院系所代码：302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院系所名称：法学院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专业代码：0201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专业名称：法学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推荐类型：普通名额、院内一流（一流学科和拔尖人才推免专项计划）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排名方式：按综合成绩排名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排名人数：116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二、推免名单及成绩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</w:tblGrid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单位代码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院系所代码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院系所名称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推荐类型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排名方式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综合名次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排名人数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GPA（平均绩点）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定向或补偿单位代码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加分项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指标来源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指标来源单位名称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22201930260152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郑迅捷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10635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72.28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4.22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普通名额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222020302012020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曾德尔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10635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72.08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4.07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第七届全国学生“学宪法、讲宪法”活动重庆赛区选拔赛市级决赛高校组（专业类）知识竞赛中荣获：冠军；第七届全国学生“学宪法、讲宪法”活动全国总决赛知识竞赛团体一等奖 加分：4*20%=0.8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普通名额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222020302012095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李亚涛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10635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71.39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第九届中国国际“互联网＋”创新创业大赛重庆赛区选拔赛金奖 加分4*0.3*20%=1.2*20%=0.24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普通名额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222020302012045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郝淑慧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10635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70.98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普通名额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222019304210052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李美菱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10635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70.68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3.97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普通名额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222020302012012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郝晨仪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10635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70.45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3.97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普通名额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222020302012058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陈慧科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10635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70.10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普通名额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222020302012004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朱江波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10635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69.83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普通名额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222019324220235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刘艺涵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10635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69.81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四川法治报《公益诉讼的跨区域立法研究》，2023年8月2日；加分：2*20%=0.4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普通名额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222020302012069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刘芝麟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10635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69.28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院内一流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一流学科和拔尖人才推免专项计划</w:t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222020302012055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叶童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10635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68.98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普通名额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222020302012101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李月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10635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68.84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普通名额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本表为西南大学2024年推免生数据库结构表，涉及法学院法学专业推免生名单。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名单共12人，其中综合名次第1至第10为正式推免，第11至第12为候补。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第10名刘芝麟指标来源为“院内一流”，备注为“一流学科和拔尖人才推免专项计划”。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加分项按相应竞赛或成果折算计入综合成绩。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