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2026年“水土保持与生态科学优秀大学生夏令营”招募通知--中国科学院水利部水土保持研究所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2026年“水土保持与生态科学优秀大学生夏令营”招募通知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发布日期：2026年6月25日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了激发大学生从事水土保持与荒漠化防治学、生态学、土壤学、国土科学与工程、资源与环境等学科的科研兴趣，加强各高校优秀大学生之间的交流、促进学术互动，水土保持科学与工程学院将于2026年7月在国家杨凌农业高新技术产业示范区（陕西杨凌）主办“水土保持与生态科学暑期优秀大学生夏令营”活动。此次夏令营将安排营员感知科研过程、聆听专家讲座，与导师面对面交流，参观先进的水土保持与旱地农业研究设施与基地，感受现代农业的魅力。现面向全国高校招收营员，并将相关的安排及注意事项公告如下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一、时间与招募人数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举办时间：2026年7月中旬（具体时间，另行通知）。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招募人数：50名左右。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水土保持与荒漠化防治学、生态学、土壤学、资源与环境、植物营养学、农业水土工程、水文学、自然地理学等学科的2027届应届本科毕业生。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学习成绩优秀，在学期间无挂科，本科期间总评成绩排名在本专业前30%；在学期间无重修科目或补考记录，在校期间没有受过纪律处分；对有突出科研成果者学习成绩标准可适当放宽。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身体健康，对专业有浓厚兴趣，并有较强的或潜在的研究能力。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英语水平良好。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三、提交材料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专家书面推荐信2人（附件1），并加盖教师所在院系公章。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前三年本科成绩单和专业排名证明（需加盖教务部门公章，负责人签字，并注明专业排名和专业总人数）。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英语四/六级或其他英语成绩证明。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已发表论文的复印件，突出科研成果证明材料。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以上材料的扫描件请按顺序整理成一个PDF文件，文件命名为本科学校-专业-姓名，发至邮箱（sbyjs@nwafu.edu.cn），邮件主题为：2026年大学生夏令营-姓名。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申请学生须在学院规定时间内，登录我校夏令营报名系统（网址https://yjszs.nwafu.edu.cn/yjszs/plugins/zs/zsxsd/entrance#/entrance）填报信息并提交材料。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报名及材料递交时间为2026年7月1日至7月6日。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只通过系统报名而未发邮件材料者，报名不予受理。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参加暑期夏令营的学生必须遵守水保学院的相关规定，按照统一的安排进行活动。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提供所有学员在夏令营期间的食宿费用，外地院校学生请自行预定往返车票，我院对交通费用实施补贴（省外营员补贴标准200元/人，省内营员补贴标准100元/人，杨凌本地营员无补贴）。提前到达与推迟离开的学员请自行安排在杨凌的各项事宜；我院将为入选营员统一购买在学院活动期间的团体意外伤害保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次夏令营计划招收营员人数50人左右，采用线下方式进行。研究生部根据报名信息进行筛选，于2026年7月10前将拟接收的营员名单在水保学院官网公布并以邮件、电话、群消息等形式直接通知本人，届时未接到通知的同学皆为未入选者，不再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在申请过程中有弄虚作假行为者，取消参营资格。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E-mail: sbyjs@nwafu.edu.cn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QQ群号：971908721（2026年水保科学夏令营，请报名同学加入此群）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水土保持科学与工程学院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2026年6月25日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