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关于食品科学与工程学院推荐2026年免试研究生人员情况的公示</w:t>
      </w:r>
    </w:p>
    <w:p>
      <w:pPr>
        <w:spacing w:before="160" w:after="80" w:lineRule="auto" w:line="360"/>
        <w:jc w:val="left"/>
      </w:pPr>
      <w:r>
        <w:rPr>
          <w:rFonts w:ascii="Times New Roman" w:hAnsi="Times New Roman" w:eastAsia="宋体"/>
          <w:b/>
          <w:sz w:val="28"/>
        </w:rPr>
        <w:t>一、推荐工作基本情况</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1. 依据《广东海洋大学推荐优秀应届本科毕业生免试攻读研究生工作管理办法》（校教务〔2024〕70号）及《广东海洋大学食品科学与工程学院选拔优秀应届本科毕业生免试攻读研究生工作实施细则》开展推荐工作。</w:t>
      </w:r>
    </w:p>
    <w:p>
      <w:pPr>
        <w:spacing w:after="80" w:lineRule="auto" w:line="360"/>
        <w:ind w:firstLine="482"/>
        <w:jc w:val="both"/>
      </w:pPr>
      <w:r>
        <w:rPr>
          <w:rFonts w:ascii="Times New Roman" w:hAnsi="Times New Roman" w:eastAsia="宋体"/>
          <w:b w:val="0"/>
          <w:sz w:val="24"/>
        </w:rPr>
        <w:t>2. 学校划拨给食品科学与工程学院2026年推荐免试研究生名额为6名。</w:t>
      </w:r>
    </w:p>
    <w:p>
      <w:pPr>
        <w:spacing w:after="80" w:lineRule="auto" w:line="360"/>
        <w:ind w:firstLine="482"/>
        <w:jc w:val="both"/>
      </w:pPr>
      <w:r>
        <w:rPr>
          <w:rFonts w:ascii="Times New Roman" w:hAnsi="Times New Roman" w:eastAsia="宋体"/>
          <w:b w:val="0"/>
          <w:sz w:val="24"/>
        </w:rPr>
        <w:t>3. 截至2025年9月3日，学院共收到14名申请人员的申报材料。</w:t>
      </w:r>
    </w:p>
    <w:p>
      <w:pPr>
        <w:spacing w:before="160" w:after="80" w:lineRule="auto" w:line="360"/>
        <w:jc w:val="left"/>
      </w:pPr>
      <w:r>
        <w:rPr>
          <w:rFonts w:ascii="Times New Roman" w:hAnsi="Times New Roman" w:eastAsia="宋体"/>
          <w:b/>
          <w:sz w:val="28"/>
        </w:rPr>
        <w:t>二、审核与评定结果</w:t>
      </w:r>
    </w:p>
    <w:p>
      <w:pPr>
        <w:spacing w:after="80" w:lineRule="auto" w:line="360"/>
        <w:ind w:firstLine="482"/>
        <w:jc w:val="both"/>
      </w:pPr>
      <w:r>
        <w:rPr>
          <w:rFonts w:ascii="Times New Roman" w:hAnsi="Times New Roman" w:eastAsia="宋体"/>
          <w:b w:val="0"/>
          <w:sz w:val="24"/>
        </w:rPr>
        <w:t>1. 经学院推免工作领导小组对材料进行全面审查，共12名人员满足基本条件，2名人员未能满足基本条件。</w:t>
      </w:r>
    </w:p>
    <w:p>
      <w:pPr>
        <w:spacing w:after="80" w:lineRule="auto" w:line="360"/>
        <w:ind w:firstLine="482"/>
        <w:jc w:val="both"/>
      </w:pPr>
      <w:r>
        <w:rPr>
          <w:rFonts w:ascii="Times New Roman" w:hAnsi="Times New Roman" w:eastAsia="宋体"/>
          <w:b w:val="0"/>
          <w:sz w:val="24"/>
        </w:rPr>
        <w:t>2. 学院对满足基本条件的12名人员进行材料审核鉴定和综合评定，并将结果报学院党政联席会议审议通过。</w:t>
      </w:r>
    </w:p>
    <w:p>
      <w:pPr>
        <w:spacing w:after="80" w:lineRule="auto" w:line="360"/>
        <w:ind w:firstLine="482"/>
        <w:jc w:val="both"/>
      </w:pPr>
      <w:r>
        <w:rPr>
          <w:rFonts w:ascii="Times New Roman" w:hAnsi="Times New Roman" w:eastAsia="宋体"/>
          <w:b w:val="0"/>
          <w:sz w:val="24"/>
        </w:rPr>
        <w:t>3. 现将食品科学与工程学院推荐2026年免试研究生人员情况进行公示，具体名单见附件。</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公示时间：2025年9月5日至9月9日。</w:t>
      </w:r>
    </w:p>
    <w:p>
      <w:pPr>
        <w:spacing w:after="80" w:lineRule="auto" w:line="360"/>
        <w:ind w:firstLine="482"/>
        <w:jc w:val="both"/>
      </w:pPr>
      <w:r>
        <w:rPr>
          <w:rFonts w:ascii="Times New Roman" w:hAnsi="Times New Roman" w:eastAsia="宋体"/>
          <w:b w:val="0"/>
          <w:sz w:val="24"/>
        </w:rPr>
        <w:t>2. 公示期内如有异议，请来函来电实名反映真实情况，逾期或姓名、单位、联系电话等不齐者将不予受理。</w:t>
      </w:r>
    </w:p>
    <w:p>
      <w:pPr>
        <w:spacing w:after="80" w:lineRule="auto" w:line="360"/>
        <w:ind w:firstLine="482"/>
        <w:jc w:val="both"/>
      </w:pPr>
      <w:r>
        <w:rPr>
          <w:rFonts w:ascii="Times New Roman" w:hAnsi="Times New Roman" w:eastAsia="宋体"/>
          <w:b w:val="0"/>
          <w:sz w:val="24"/>
        </w:rPr>
        <w:t>3. 工作联系人：杜老师，电话：0662-2162225，邮箱：duyanhong@gdou.edu.cn。</w:t>
      </w:r>
    </w:p>
    <w:p>
      <w:pPr>
        <w:spacing w:after="80" w:lineRule="auto" w:line="360"/>
        <w:ind w:firstLine="482"/>
        <w:jc w:val="both"/>
      </w:pPr>
      <w:r>
        <w:rPr>
          <w:rFonts w:ascii="Times New Roman" w:hAnsi="Times New Roman" w:eastAsia="宋体"/>
          <w:b w:val="0"/>
          <w:sz w:val="24"/>
        </w:rPr>
        <w:t>4. 附件：食品科学与工程学院推荐2026年免试研究生人员情况汇总表。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