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第二阶段：职能部门审核（9 月4 日12:00-9 月6 日12:00）</w:t>
      </w:r>
    </w:p>
    <w:p>
      <w:pPr>
        <w:spacing w:after="80" w:lineRule="auto" w:line="360"/>
        <w:ind w:firstLine="482"/>
        <w:jc w:val="both"/>
      </w:pPr>
      <w:r>
        <w:rPr>
          <w:rFonts w:ascii="Times New Roman" w:hAnsi="Times New Roman" w:eastAsia="宋体"/>
          <w:b w:val="0"/>
          <w:sz w:val="24"/>
        </w:rPr>
        <w:t>本年度推荐优秀应届本科毕业生免试攻读研究生工作要紧紧围绕立德树人根本任务，树立质量意识，对推荐学生德智体美劳全面衡量，把学生思想品德考核作为推免生遴选的重要内容。加强综合考核，既要加强对推免生专业素养、研究能力和创新潜质的考查，也要加强对科学精神、学术道德、专业伦理和社会主义核心价值观等方面的考核评价，引导学生树立胸怀祖国、服务人民、追求真理、勇攀高峰、坚守学术道德、严谨治学的学习理念。按照教育部和辽宁省相关文件最新规定、依据《大连交通大学推荐优秀应届本科毕业生免试攻读研究生的管理规定》（大交大发[2024]33 号），为做好学院推荐2026 届优秀应届本科毕业生免试攻读研究生的工作，现将有关事项通知如下：</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一、学院成立推免生遴选工作领导小组。</w:t>
      </w:r>
    </w:p>
    <w:p>
      <w:pPr>
        <w:spacing w:after="80" w:lineRule="auto" w:line="360"/>
        <w:ind w:firstLine="482"/>
        <w:jc w:val="both"/>
      </w:pPr>
      <w:r>
        <w:rPr>
          <w:rFonts w:ascii="Times New Roman" w:hAnsi="Times New Roman" w:eastAsia="宋体"/>
          <w:b w:val="0"/>
          <w:sz w:val="24"/>
        </w:rPr>
        <w:t>推免生遴选工作领导小组共13 人，组长由书记和院长共同担任，小组成员包括副院长、副书记及其他相关负责人。</w:t>
      </w:r>
    </w:p>
    <w:p>
      <w:pPr>
        <w:spacing w:after="80" w:lineRule="auto" w:line="360"/>
        <w:ind w:firstLine="482"/>
        <w:jc w:val="both"/>
      </w:pPr>
      <w:r>
        <w:rPr>
          <w:rFonts w:ascii="Times New Roman" w:hAnsi="Times New Roman" w:eastAsia="宋体"/>
          <w:b w:val="0"/>
          <w:sz w:val="24"/>
        </w:rPr>
        <w:t>推免工作细则、推免名额分配确定、拟推免名单等重要事项须由学院推免生遴选工作领导小组集体研究审定。领导小组需确保学院推免工作公开、公平、公正、透明地进行。学院应建立健全回避制度，强化对本院教职工特别是领导干部子女在本院参加推免招生的监管。</w:t>
      </w:r>
    </w:p>
    <w:p>
      <w:pPr>
        <w:spacing w:before="160" w:after="80" w:lineRule="auto" w:line="360"/>
        <w:jc w:val="left"/>
      </w:pPr>
      <w:r>
        <w:rPr>
          <w:rFonts w:ascii="Times New Roman" w:hAnsi="Times New Roman" w:eastAsia="宋体"/>
          <w:b/>
          <w:sz w:val="28"/>
        </w:rPr>
        <w:t>二、学院团委及办公室负责通知及开展推免工作。</w:t>
      </w:r>
    </w:p>
    <w:p>
      <w:pPr>
        <w:spacing w:after="80" w:lineRule="auto" w:line="360"/>
        <w:ind w:firstLine="482"/>
        <w:jc w:val="both"/>
      </w:pPr>
      <w:r>
        <w:rPr>
          <w:rFonts w:ascii="Times New Roman" w:hAnsi="Times New Roman" w:eastAsia="宋体"/>
          <w:b w:val="0"/>
          <w:sz w:val="24"/>
        </w:rPr>
        <w:t>团委及办公室应协助完成组织报名、材料审核，成绩审查、学生答疑等相关事宜。所有材料审核及汇总完毕后报院推免生遴选工作领导小组审批。</w:t>
      </w:r>
    </w:p>
    <w:p>
      <w:pPr>
        <w:spacing w:before="160" w:after="80" w:lineRule="auto" w:line="360"/>
        <w:jc w:val="left"/>
      </w:pPr>
      <w:r>
        <w:rPr>
          <w:rFonts w:ascii="Times New Roman" w:hAnsi="Times New Roman" w:eastAsia="宋体"/>
          <w:b/>
          <w:sz w:val="28"/>
        </w:rPr>
        <w:t>三、推免要求。</w:t>
      </w:r>
    </w:p>
    <w:p>
      <w:pPr>
        <w:spacing w:after="80" w:lineRule="auto" w:line="360"/>
        <w:ind w:firstLine="482"/>
        <w:jc w:val="both"/>
      </w:pPr>
      <w:r>
        <w:rPr>
          <w:rFonts w:ascii="Times New Roman" w:hAnsi="Times New Roman" w:eastAsia="宋体"/>
          <w:b w:val="0"/>
          <w:sz w:val="24"/>
        </w:rPr>
        <w:t>已通过学校招生与就业处和用人单位签约的学生，需承诺与协议单位解除协议关系方可参与推免生的遴选工作。若学生获得推免资格后，在推免名单上传教育部“全国推荐优秀应届本科毕业生免试攻读研究生信息公开暨管理服务系统”（以下简称“推免服务系统”，网址：http://yz.chsi.com.cn/tm）前（9 月17 日），未能与协议单位解除协议关系的，其名额由学院候补名单学生依次替补。</w:t>
      </w:r>
    </w:p>
    <w:p>
      <w:pPr>
        <w:spacing w:before="160" w:after="80" w:lineRule="auto" w:line="360"/>
        <w:jc w:val="left"/>
      </w:pPr>
      <w:r>
        <w:rPr>
          <w:rFonts w:ascii="Times New Roman" w:hAnsi="Times New Roman" w:eastAsia="宋体"/>
          <w:b/>
          <w:sz w:val="28"/>
        </w:rPr>
        <w:t>四、以德为先。</w:t>
      </w:r>
    </w:p>
    <w:p>
      <w:pPr>
        <w:spacing w:after="80" w:lineRule="auto" w:line="360"/>
        <w:ind w:firstLine="482"/>
        <w:jc w:val="both"/>
      </w:pPr>
      <w:r>
        <w:rPr>
          <w:rFonts w:ascii="Times New Roman" w:hAnsi="Times New Roman" w:eastAsia="宋体"/>
          <w:b w:val="0"/>
          <w:sz w:val="24"/>
        </w:rPr>
        <w:t>德智体美劳全面衡量，把学生思想品德考核作为推免生遴选的首要依据，思想品德考核不合格者不予推荐。推免生思想品德考核须填写《大连交通大学推免生思想政治考核表》，纸质版报学院办公室，存档、备查。关于推免生选拔条件、加分条件、推免工作流程等请参阅《大连交通大学推荐优秀应届本科毕业生免试攻读研究生的管理规定》（大交大发[2024]33 号）。</w:t>
      </w:r>
    </w:p>
    <w:p>
      <w:pPr>
        <w:spacing w:before="160" w:after="80" w:lineRule="auto" w:line="360"/>
        <w:jc w:val="left"/>
      </w:pPr>
      <w:r>
        <w:rPr>
          <w:rFonts w:ascii="Times New Roman" w:hAnsi="Times New Roman" w:eastAsia="宋体"/>
          <w:b/>
          <w:sz w:val="28"/>
        </w:rPr>
        <w:t>五、推免生遴选工作日程安排</w:t>
      </w:r>
    </w:p>
    <w:p>
      <w:pPr>
        <w:spacing w:after="80" w:lineRule="auto" w:line="360"/>
        <w:ind w:firstLine="482"/>
        <w:jc w:val="both"/>
      </w:pPr>
      <w:r>
        <w:rPr>
          <w:rFonts w:ascii="Times New Roman" w:hAnsi="Times New Roman" w:eastAsia="宋体"/>
          <w:b w:val="0"/>
          <w:sz w:val="24"/>
        </w:rPr>
        <w:t>第一阶段：学院组织学生核对课程成绩、提交加分申请，学院汇总学生加分申请及证明材料，统一报送至相关职能部门审核。</w:t>
      </w:r>
    </w:p>
    <w:p>
      <w:pPr>
        <w:spacing w:after="80" w:lineRule="auto" w:line="360"/>
        <w:ind w:firstLine="482"/>
        <w:jc w:val="both"/>
      </w:pPr>
      <w:r>
        <w:rPr>
          <w:rFonts w:ascii="Times New Roman" w:hAnsi="Times New Roman" w:eastAsia="宋体"/>
          <w:b w:val="0"/>
          <w:sz w:val="24"/>
        </w:rPr>
        <w:t>学院推免生遴选工作领导小组负责考核申请者思想品德。符合推免加分申请条件的学生，须在规定时间内向学院提交申请，并提交相应证明材料，逾期视为无效。不允许学生单独报送本人加分材料至相关部门审核。</w:t>
      </w:r>
    </w:p>
    <w:p>
      <w:pPr>
        <w:spacing w:after="80" w:lineRule="auto" w:line="360"/>
        <w:ind w:firstLine="482"/>
        <w:jc w:val="both"/>
      </w:pPr>
      <w:r>
        <w:rPr>
          <w:rFonts w:ascii="Times New Roman" w:hAnsi="Times New Roman" w:eastAsia="宋体"/>
          <w:b w:val="0"/>
          <w:sz w:val="24"/>
        </w:rPr>
        <w:t>第二阶段：职能部门审核（9 月4 日12:00-9 月6 日12:00）</w:t>
      </w:r>
    </w:p>
    <w:p>
      <w:pPr>
        <w:spacing w:after="80" w:lineRule="auto" w:line="360"/>
        <w:ind w:firstLine="482"/>
        <w:jc w:val="both"/>
      </w:pPr>
      <w:r>
        <w:rPr>
          <w:rFonts w:ascii="Times New Roman" w:hAnsi="Times New Roman" w:eastAsia="宋体"/>
          <w:b w:val="0"/>
          <w:sz w:val="24"/>
        </w:rPr>
        <w:t>职能部门审核学生加分材料，加分结论于9 月6 日前12:00 前反馈至学院。加分审核结果须审核部门与学生所在学院共同公示3 日，公示时间9 月6 日-9 月8 日。</w:t>
      </w:r>
    </w:p>
    <w:p>
      <w:pPr>
        <w:spacing w:after="80" w:lineRule="auto" w:line="360"/>
        <w:ind w:firstLine="482"/>
        <w:jc w:val="both"/>
      </w:pPr>
      <w:r>
        <w:rPr>
          <w:rFonts w:ascii="Times New Roman" w:hAnsi="Times New Roman" w:eastAsia="宋体"/>
          <w:b w:val="0"/>
          <w:sz w:val="24"/>
        </w:rPr>
        <w:t>第三阶段：确定拟推免名单（9 月8 日12:00-9 月9 日12：00）</w:t>
      </w:r>
    </w:p>
    <w:p>
      <w:pPr>
        <w:spacing w:after="80" w:lineRule="auto" w:line="360"/>
        <w:ind w:firstLine="482"/>
        <w:jc w:val="both"/>
      </w:pPr>
      <w:r>
        <w:rPr>
          <w:rFonts w:ascii="Times New Roman" w:hAnsi="Times New Roman" w:eastAsia="宋体"/>
          <w:b w:val="0"/>
          <w:sz w:val="24"/>
        </w:rPr>
        <w:t>学院根据学生课程成绩、加分情况计算学生综合成绩排名，确定学院推免生正式名单及候补名单（推免生候补名额为正式名额的50%）。在学院网站公示3 日，无异议后，将名单、加分汇总统计表及推免材料报教务处。</w:t>
      </w:r>
    </w:p>
    <w:p>
      <w:pPr>
        <w:spacing w:after="80" w:lineRule="auto" w:line="360"/>
        <w:ind w:firstLine="482"/>
        <w:jc w:val="both"/>
      </w:pPr>
      <w:r>
        <w:rPr>
          <w:rFonts w:ascii="Times New Roman" w:hAnsi="Times New Roman" w:eastAsia="宋体"/>
          <w:b w:val="0"/>
          <w:sz w:val="24"/>
        </w:rPr>
        <w:t>第四阶段：拟推荐名单公示（9 月10 日—9 月16 日）</w:t>
      </w:r>
    </w:p>
    <w:p>
      <w:pPr>
        <w:spacing w:after="80" w:lineRule="auto" w:line="360"/>
        <w:ind w:firstLine="482"/>
        <w:jc w:val="both"/>
      </w:pPr>
      <w:r>
        <w:rPr>
          <w:rFonts w:ascii="Times New Roman" w:hAnsi="Times New Roman" w:eastAsia="宋体"/>
          <w:b w:val="0"/>
          <w:sz w:val="24"/>
        </w:rPr>
        <w:t>学校推免生遴选工作领导小组确定学校推荐名单，在学校网站进行公示，公示期为7 天，公示时间9 月10 日-9 月16 日。</w:t>
      </w:r>
    </w:p>
    <w:p>
      <w:pPr>
        <w:spacing w:after="80" w:lineRule="auto" w:line="360"/>
        <w:ind w:firstLine="482"/>
        <w:jc w:val="both"/>
      </w:pPr>
      <w:r>
        <w:rPr>
          <w:rFonts w:ascii="Times New Roman" w:hAnsi="Times New Roman" w:eastAsia="宋体"/>
          <w:b w:val="0"/>
          <w:sz w:val="24"/>
        </w:rPr>
        <w:t>学校将公示后的推免生名单在“推免服务系统”平台发布，报省级教育招生考试管理机构审核，并向教育部备案。</w:t>
      </w:r>
    </w:p>
    <w:p>
      <w:pPr>
        <w:spacing w:after="80" w:lineRule="auto" w:line="360"/>
        <w:ind w:firstLine="482"/>
        <w:jc w:val="both"/>
      </w:pPr>
      <w:r>
        <w:rPr>
          <w:rFonts w:ascii="Times New Roman" w:hAnsi="Times New Roman" w:eastAsia="宋体"/>
          <w:b w:val="0"/>
          <w:sz w:val="24"/>
        </w:rPr>
        <w:t>第五阶段：学生网上注册、提交志愿、参加复试等</w:t>
      </w:r>
    </w:p>
    <w:p>
      <w:pPr>
        <w:spacing w:after="80" w:lineRule="auto" w:line="360"/>
        <w:ind w:firstLine="482"/>
        <w:jc w:val="both"/>
      </w:pPr>
      <w:r>
        <w:rPr>
          <w:rFonts w:ascii="Times New Roman" w:hAnsi="Times New Roman" w:eastAsia="宋体"/>
          <w:b w:val="0"/>
          <w:sz w:val="24"/>
        </w:rPr>
        <w:t>按照工作时间要求，学校将于9 月17 日前将推免生名单报教育厅备案审核。9 月17 日后推免生应登录教育部“推免服务系统”，进行注册、查询本人推免生资格及相关政策，填报个人资料信息。</w:t>
      </w:r>
    </w:p>
    <w:p>
      <w:pPr>
        <w:spacing w:after="80" w:lineRule="auto" w:line="360"/>
        <w:ind w:firstLine="482"/>
        <w:jc w:val="both"/>
      </w:pPr>
      <w:r>
        <w:rPr>
          <w:rFonts w:ascii="Times New Roman" w:hAnsi="Times New Roman" w:eastAsia="宋体"/>
          <w:b w:val="0"/>
          <w:sz w:val="24"/>
        </w:rPr>
        <w:t>推免生可填报志愿，接收并确认招生单位的复试及待录取通知。推免生可通过“推免服务系统”查询招生单位的招收推免生章程和专业目录。</w:t>
      </w:r>
    </w:p>
    <w:p>
      <w:pPr>
        <w:spacing w:after="80" w:lineRule="auto" w:line="360"/>
        <w:ind w:firstLine="482"/>
        <w:jc w:val="both"/>
      </w:pPr>
      <w:r>
        <w:rPr>
          <w:rFonts w:ascii="Times New Roman" w:hAnsi="Times New Roman" w:eastAsia="宋体"/>
          <w:b w:val="0"/>
          <w:sz w:val="24"/>
        </w:rPr>
        <w:t>时间：2025 年9 月18 日—10 月20 日（具体时间以研究生招生信息网推免系统为准）</w:t>
      </w:r>
    </w:p>
    <w:p>
      <w:pPr>
        <w:spacing w:after="80" w:lineRule="auto" w:line="360"/>
        <w:ind w:firstLine="482"/>
        <w:jc w:val="both"/>
      </w:pPr>
      <w:r>
        <w:rPr>
          <w:rFonts w:ascii="Times New Roman" w:hAnsi="Times New Roman" w:eastAsia="宋体"/>
          <w:b w:val="0"/>
          <w:sz w:val="24"/>
        </w:rPr>
        <w:t>注：推免后续工作请具体关注教育部“推免服务系统”相关通知。</w:t>
      </w:r>
    </w:p>
    <w:p>
      <w:pPr>
        <w:spacing w:before="160" w:after="80" w:lineRule="auto" w:line="360"/>
        <w:jc w:val="left"/>
      </w:pPr>
      <w:r>
        <w:rPr>
          <w:rFonts w:ascii="Times New Roman" w:hAnsi="Times New Roman" w:eastAsia="宋体"/>
          <w:b/>
          <w:sz w:val="28"/>
        </w:rPr>
        <w:t>六、推免生名额分配</w:t>
      </w:r>
    </w:p>
    <w:p>
      <w:pPr>
        <w:spacing w:after="80" w:lineRule="auto" w:line="360"/>
        <w:ind w:firstLine="482"/>
        <w:jc w:val="both"/>
      </w:pPr>
      <w:r>
        <w:rPr>
          <w:rFonts w:ascii="Times New Roman" w:hAnsi="Times New Roman" w:eastAsia="宋体"/>
          <w:b w:val="0"/>
          <w:sz w:val="24"/>
        </w:rPr>
        <w:t>1.名额分配规则</w:t>
      </w:r>
    </w:p>
    <w:p>
      <w:pPr>
        <w:spacing w:after="80" w:lineRule="auto" w:line="360"/>
        <w:ind w:firstLine="482"/>
        <w:jc w:val="both"/>
      </w:pPr>
      <w:r>
        <w:rPr>
          <w:rFonts w:ascii="Times New Roman" w:hAnsi="Times New Roman" w:eastAsia="宋体"/>
          <w:b w:val="0"/>
          <w:sz w:val="24"/>
        </w:rPr>
        <w:t>根据学校的名额分配，我院共获得推免名额26 个。</w:t>
      </w:r>
    </w:p>
    <w:p>
      <w:pPr>
        <w:spacing w:after="80" w:lineRule="auto" w:line="360"/>
        <w:ind w:firstLine="482"/>
        <w:jc w:val="both"/>
      </w:pPr>
      <w:r>
        <w:rPr>
          <w:rFonts w:ascii="Times New Roman" w:hAnsi="Times New Roman" w:eastAsia="宋体"/>
          <w:b w:val="0"/>
          <w:sz w:val="24"/>
        </w:rPr>
        <w:t>专业获得名额=（专业应届本科生数÷全院应届本科生总数）×26。</w:t>
      </w:r>
    </w:p>
    <w:p>
      <w:pPr>
        <w:spacing w:after="80" w:lineRule="auto" w:line="360"/>
        <w:ind w:firstLine="482"/>
        <w:jc w:val="both"/>
      </w:pPr>
      <w:r>
        <w:rPr>
          <w:rFonts w:ascii="Times New Roman" w:hAnsi="Times New Roman" w:eastAsia="宋体"/>
          <w:b w:val="0"/>
          <w:sz w:val="24"/>
        </w:rPr>
        <w:t>学院分配名额先按专业获得名额向下取整，若名额有剩余，优先为余数数值高的专业增加名额，用完为止。</w:t>
      </w:r>
    </w:p>
    <w:p>
      <w:pPr>
        <w:spacing w:after="80" w:lineRule="auto" w:line="360"/>
        <w:ind w:firstLine="482"/>
        <w:jc w:val="both"/>
      </w:pPr>
      <w:r>
        <w:rPr>
          <w:rFonts w:ascii="Times New Roman" w:hAnsi="Times New Roman" w:eastAsia="宋体"/>
          <w:b w:val="0"/>
          <w:sz w:val="24"/>
        </w:rPr>
        <w:t>2.各专业获得推免生名额如下表：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专业名称</w:t>
            </w:r>
          </w:p>
        </w:tc>
        <w:tc>
          <w:tcPr>
            <w:tcW w:type="dxa" w:w="2878"/>
          </w:tcPr>
          <w:p>
            <w:pPr>
              <w:spacing w:after="20" w:before="20"/>
            </w:pPr>
            <w:r/>
            <w:r>
              <w:rPr>
                <w:rFonts w:ascii="Times New Roman" w:hAnsi="Times New Roman" w:eastAsia="宋体"/>
                <w:b/>
                <w:sz w:val="21"/>
              </w:rPr>
              <w:t>推免名额</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计算机科学与技术</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软件工程</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通信工程</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电子信息工程</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数据科学与大数据技术</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人工智能</w:t>
            </w:r>
          </w:p>
        </w:tc>
        <w:tc>
          <w:tcPr>
            <w:tcW w:type="dxa" w:w="2878"/>
          </w:tcPr>
          <w:p>
            <w:pPr>
              <w:spacing w:after="20" w:before="20"/>
            </w:pPr>
            <w:r/>
            <w:r>
              <w:rPr>
                <w:rFonts w:ascii="Times New Roman" w:hAnsi="Times New Roman" w:eastAsia="宋体"/>
                <w:b w:val="0"/>
                <w:sz w:val="21"/>
              </w:rPr>
              <w:t>3</w:t>
            </w:r>
          </w:p>
        </w:tc>
      </w:tr>
    </w:tbl>
    <w:p>
      <w:pPr>
        <w:spacing w:after="80" w:lineRule="auto" w:line="360"/>
        <w:ind w:firstLine="482"/>
        <w:jc w:val="both"/>
      </w:pPr>
      <w:r>
        <w:rPr>
          <w:rFonts w:ascii="Times New Roman" w:hAnsi="Times New Roman" w:eastAsia="宋体"/>
          <w:b w:val="0"/>
          <w:sz w:val="24"/>
        </w:rPr>
        <w:t>3.学院将继续以此原则，确定候补同学名单，如有同学放弃推免，则依次递补。</w:t>
      </w:r>
    </w:p>
    <w:p>
      <w:pPr>
        <w:spacing w:before="160" w:after="80" w:lineRule="auto" w:line="360"/>
        <w:jc w:val="left"/>
      </w:pPr>
      <w:r>
        <w:rPr>
          <w:rFonts w:ascii="Times New Roman" w:hAnsi="Times New Roman" w:eastAsia="宋体"/>
          <w:b/>
          <w:sz w:val="28"/>
        </w:rPr>
        <w:t>七、递补说明。</w:t>
      </w:r>
    </w:p>
    <w:p>
      <w:pPr>
        <w:spacing w:after="80" w:lineRule="auto" w:line="360"/>
        <w:ind w:firstLine="482"/>
        <w:jc w:val="both"/>
      </w:pPr>
      <w:r>
        <w:rPr>
          <w:rFonts w:ascii="Times New Roman" w:hAnsi="Times New Roman" w:eastAsia="宋体"/>
          <w:b w:val="0"/>
          <w:sz w:val="24"/>
        </w:rPr>
        <w:t>在推免生名单上报教育部“推免服务系统”前（截至2025 年9 月17 日），具有推免名额的学生因就业等其他原因放弃推免，可由学院推免生候补名单依次递补，放弃推免的学生应签字确认。</w:t>
      </w:r>
    </w:p>
    <w:p>
      <w:pPr>
        <w:spacing w:before="160" w:after="80" w:lineRule="auto" w:line="360"/>
        <w:jc w:val="left"/>
      </w:pPr>
      <w:r>
        <w:rPr>
          <w:rFonts w:ascii="Times New Roman" w:hAnsi="Times New Roman" w:eastAsia="宋体"/>
          <w:b/>
          <w:sz w:val="28"/>
        </w:rPr>
        <w:t>八、严肃纪律。</w:t>
      </w:r>
    </w:p>
    <w:p>
      <w:pPr>
        <w:spacing w:after="80" w:lineRule="auto" w:line="360"/>
        <w:ind w:firstLine="482"/>
        <w:jc w:val="both"/>
      </w:pPr>
      <w:r>
        <w:rPr>
          <w:rFonts w:ascii="Times New Roman" w:hAnsi="Times New Roman" w:eastAsia="宋体"/>
          <w:b w:val="0"/>
          <w:sz w:val="24"/>
        </w:rPr>
        <w:t>学院所有工作人员应认真执行国家推免生工作有关政策规定和学校推免生管理规定，严格掌握推荐条件、标准、方法和程序，切实保证推免生质量，维护推免生工作的权威性和严肃性。</w:t>
      </w:r>
    </w:p>
    <w:p>
      <w:pPr>
        <w:spacing w:after="80" w:lineRule="auto" w:line="360"/>
        <w:ind w:firstLine="482"/>
        <w:jc w:val="both"/>
      </w:pPr>
      <w:r>
        <w:rPr>
          <w:rFonts w:ascii="Times New Roman" w:hAnsi="Times New Roman" w:eastAsia="宋体"/>
          <w:b w:val="0"/>
          <w:sz w:val="24"/>
        </w:rPr>
        <w:t>凡是在推免生工作中出现违规行为的相关工作人员，学院将按有关规定严肃处理。</w:t>
      </w:r>
    </w:p>
    <w:p>
      <w:pPr>
        <w:spacing w:before="160" w:after="80" w:lineRule="auto" w:line="360"/>
        <w:jc w:val="left"/>
      </w:pPr>
      <w:r>
        <w:rPr>
          <w:rFonts w:ascii="Times New Roman" w:hAnsi="Times New Roman" w:eastAsia="宋体"/>
          <w:b/>
          <w:sz w:val="28"/>
        </w:rPr>
        <w:t>九、其他说明。</w:t>
      </w:r>
    </w:p>
    <w:p>
      <w:pPr>
        <w:spacing w:after="80" w:lineRule="auto" w:line="360"/>
        <w:ind w:firstLine="482"/>
        <w:jc w:val="both"/>
      </w:pPr>
      <w:r>
        <w:rPr>
          <w:rFonts w:ascii="Times New Roman" w:hAnsi="Times New Roman" w:eastAsia="宋体"/>
          <w:b w:val="0"/>
          <w:sz w:val="24"/>
        </w:rPr>
        <w:t>做好推免生的诚信教育，学生在获得推免生名额时需签订《大连交通大学优秀应届本科毕业生免试攻读研究生诚信承诺书》。</w:t>
      </w:r>
    </w:p>
    <w:p>
      <w:pPr>
        <w:spacing w:after="80" w:lineRule="auto" w:line="360"/>
        <w:ind w:firstLine="482"/>
        <w:jc w:val="both"/>
      </w:pPr>
      <w:r>
        <w:rPr>
          <w:rFonts w:ascii="Times New Roman" w:hAnsi="Times New Roman" w:eastAsia="宋体"/>
          <w:b w:val="0"/>
          <w:sz w:val="24"/>
        </w:rPr>
        <w:t>对因放弃名额而造成推免名额作废的学生，将在学生档案中如实记载。对获得推免生名额的学生，在其研究生入学之前将不予办理出国成绩单，不参加就业推荐，不签就业协议（合同）。凡在申请推免生过程中弄虚作假的学生，一经发现，即取消推免生资格，对已录取者建议录取单位取消其录取资格和学籍，按学生管理规定进行相应处理。获得推免名额后，至毕业前受到警告及警告以上处分者，建议录取单位取消其录取资格。</w:t>
      </w:r>
    </w:p>
    <w:p>
      <w:pPr>
        <w:spacing w:after="80" w:lineRule="auto" w:line="360"/>
        <w:ind w:firstLine="482"/>
        <w:jc w:val="both"/>
      </w:pPr>
      <w:r>
        <w:rPr>
          <w:rFonts w:ascii="Times New Roman" w:hAnsi="Times New Roman" w:eastAsia="宋体"/>
          <w:b w:val="0"/>
          <w:sz w:val="24"/>
        </w:rPr>
        <w:t>未尽事宜请咨询学院办公室、团委，由轨道智能工程学院推免生遴选工作领导小组负责解释。</w:t>
      </w:r>
    </w:p>
    <w:p>
      <w:pPr>
        <w:spacing w:after="80" w:lineRule="auto" w:line="360"/>
        <w:ind w:firstLine="482"/>
        <w:jc w:val="both"/>
      </w:pPr>
      <w:r>
        <w:rPr>
          <w:rFonts w:ascii="Times New Roman" w:hAnsi="Times New Roman" w:eastAsia="宋体"/>
          <w:b w:val="0"/>
          <w:sz w:val="24"/>
        </w:rPr>
        <w:t>大连交通大学轨道智能工程学院</w:t>
      </w:r>
    </w:p>
    <w:p>
      <w:pPr>
        <w:spacing w:after="80" w:lineRule="auto" w:line="360"/>
        <w:ind w:firstLine="482"/>
        <w:jc w:val="both"/>
      </w:pPr>
      <w:r>
        <w:rPr>
          <w:rFonts w:ascii="Times New Roman" w:hAnsi="Times New Roman" w:eastAsia="宋体"/>
          <w:b w:val="0"/>
          <w:sz w:val="24"/>
        </w:rPr>
        <w:t>2025 年9 月3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