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2026年华中师范大学数统学院推免生复试学生名单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数学与统计学学院2026年接收推免生复试名单公示如下。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一、复试确认与联系方式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请获复试资格的考生于9月16日下午18：00前加入QQ群（群号：1063744067），并备注“2026推免生+报考专业+姓名”进行实名认证。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放弃复试的同学，请提前电话告知熊老师（电话：027-67862070）。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二、2026年数统学院推荐免试研究生复试名单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张博涵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皮忠灿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熊雅婷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邓松林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刘娇丽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杨惠沙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刘毓晟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杨少杰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