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为规范外国语学院2026年推荐优秀应届本科毕业生免试攻读硕士学位研究生工作(以下简称“推免工作”)，深入贯彻“立德树人”的教育方针，加大拔尖创新人才培养力度，确保推免工作公开、公平、公正进行，根据教育部《全国普通高等学校推荐优秀应届本科毕业生免试攻读硕士学位研究生工作推进意见(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及学校推免相关文件精神，结合外国语学院实际，特制定本实施细则。</w:t>
      </w:r>
    </w:p>
    <w:p>
      <w:pPr>
        <w:spacing w:after="80" w:lineRule="auto" w:line="360"/>
        <w:ind w:firstLine="482"/>
        <w:jc w:val="both"/>
      </w:pPr>
      <w:r>
        <w:rPr>
          <w:rFonts w:ascii="Times New Roman" w:hAnsi="Times New Roman" w:eastAsia="宋体"/>
          <w:b w:val="0"/>
          <w:sz w:val="24"/>
        </w:rPr>
        <w:t>为规范外国语学院2026年推荐优秀应届本科毕业生免试攻读硕士学位研究生工作（以下简称“推免工作”），深入贯彻“立德树人”的教育方针，加大拔尖创新人才培养力度，确保推免工作公开、公平、公正进行，根据教育部《全国普通高等学校推荐优秀应届本科毕业生免试攻读硕士学位研究生工作推进意见（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及学校推免相关文件精神，结合外国语学院实际，特制定本实施细则。</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外国语学院成立推免生遴选工作小组和监督工作小组，由学院党、政负责人担任组长，主管本科教学工作副院长、主管本科学生工作副书记、主管研究生工作副院长、专业负责人和副高级以上专业教师代表、负责学生工作的教师代表担任成员，落实集体议事和集体决策制度。</w:t>
      </w:r>
    </w:p>
    <w:p>
      <w:pPr>
        <w:spacing w:before="160" w:after="80" w:lineRule="auto" w:line="360"/>
        <w:jc w:val="left"/>
      </w:pPr>
      <w:r>
        <w:rPr>
          <w:rFonts w:ascii="Times New Roman" w:hAnsi="Times New Roman" w:eastAsia="宋体"/>
          <w:b/>
          <w:sz w:val="28"/>
        </w:rPr>
        <w:t>二、申请推免生条件</w:t>
      </w:r>
    </w:p>
    <w:p>
      <w:pPr>
        <w:spacing w:after="80" w:lineRule="auto" w:line="360"/>
        <w:ind w:firstLine="482"/>
        <w:jc w:val="both"/>
      </w:pPr>
      <w:r>
        <w:rPr>
          <w:rFonts w:ascii="Times New Roman" w:hAnsi="Times New Roman" w:eastAsia="宋体"/>
          <w:b w:val="0"/>
          <w:sz w:val="24"/>
        </w:rPr>
        <w:t>第一条 申请推免的基本条件如下：</w:t>
      </w:r>
    </w:p>
    <w:p>
      <w:pPr>
        <w:spacing w:after="80" w:lineRule="auto" w:line="360"/>
        <w:ind w:firstLine="482"/>
        <w:jc w:val="both"/>
      </w:pPr>
      <w:r>
        <w:rPr>
          <w:rFonts w:ascii="Times New Roman" w:hAnsi="Times New Roman" w:eastAsia="宋体"/>
          <w:b w:val="0"/>
          <w:sz w:val="24"/>
        </w:rPr>
        <w:t>1. 纳入国家普通本科招生计划录取的应届毕业生（不含中职或专升本、第二学士学位学生）；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诚实守信，学风端正，无任何考试作弊和剽窃他人学术成果的记录；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勤奋学习，刻苦钻研，修完前三学年（四年制）培养方案中必修课程且首修、首考成绩全部合格。</w:t>
      </w:r>
    </w:p>
    <w:p>
      <w:pPr>
        <w:spacing w:after="80" w:lineRule="auto" w:line="360"/>
        <w:ind w:firstLine="482"/>
        <w:jc w:val="both"/>
      </w:pPr>
      <w:r>
        <w:rPr>
          <w:rFonts w:ascii="Times New Roman" w:hAnsi="Times New Roman" w:eastAsia="宋体"/>
          <w:b w:val="0"/>
          <w:sz w:val="24"/>
        </w:rPr>
        <w:t>第二条 在符合推荐基本条件基础上，申请推免资格的学生还应具备以下推荐条件之一：</w:t>
      </w:r>
    </w:p>
    <w:p>
      <w:pPr>
        <w:spacing w:after="80" w:lineRule="auto" w:line="360"/>
        <w:ind w:firstLine="482"/>
        <w:jc w:val="both"/>
      </w:pPr>
      <w:r>
        <w:rPr>
          <w:rFonts w:ascii="Times New Roman" w:hAnsi="Times New Roman" w:eastAsia="宋体"/>
          <w:b w:val="0"/>
          <w:sz w:val="24"/>
        </w:rPr>
        <w:t>1. 前三学年（四年制）学分加权平均分在本专业同年级排名在前10%（四舍五入，下同）的学生；</w:t>
      </w:r>
    </w:p>
    <w:p>
      <w:pPr>
        <w:spacing w:after="80" w:lineRule="auto" w:line="360"/>
        <w:ind w:firstLine="482"/>
        <w:jc w:val="both"/>
      </w:pPr>
      <w:r>
        <w:rPr>
          <w:rFonts w:ascii="Times New Roman" w:hAnsi="Times New Roman" w:eastAsia="宋体"/>
          <w:b w:val="0"/>
          <w:sz w:val="24"/>
        </w:rPr>
        <w:t>2. 前三学年（四年制）学分加权平均分在本专业同年级排名在前30%的学生，思想品德方面有突出表现、并在校内外有见义勇为等重大杰出道德表现、在社会上引起广泛积极影响者；</w:t>
      </w:r>
    </w:p>
    <w:p>
      <w:pPr>
        <w:spacing w:after="80" w:lineRule="auto" w:line="360"/>
        <w:ind w:firstLine="482"/>
        <w:jc w:val="both"/>
      </w:pPr>
      <w:r>
        <w:rPr>
          <w:rFonts w:ascii="Times New Roman" w:hAnsi="Times New Roman" w:eastAsia="宋体"/>
          <w:b w:val="0"/>
          <w:sz w:val="24"/>
        </w:rPr>
        <w:t>3. 前三学年（四年制）学分加权平均分在本专业同年级排名在10%-30%的学生中，拥有特殊学术专长者，须经3名及以上我校本专业教授联名推荐、学院推免生遴选工作领导小组审查同意，可申请学术专长推免生，有关说明材料和教授推荐信须进行公示。</w:t>
      </w:r>
    </w:p>
    <w:p>
      <w:pPr>
        <w:spacing w:after="80" w:lineRule="auto" w:line="360"/>
        <w:ind w:firstLine="482"/>
        <w:jc w:val="both"/>
      </w:pPr>
      <w:r>
        <w:rPr>
          <w:rFonts w:ascii="Times New Roman" w:hAnsi="Times New Roman" w:eastAsia="宋体"/>
          <w:b w:val="0"/>
          <w:sz w:val="24"/>
        </w:rPr>
        <w:t>符合以下条件之一者，方可视为有特殊学术专长，参加由教授联名推荐免试攻读硕士学位研究生申请：</w:t>
      </w:r>
    </w:p>
    <w:p>
      <w:pPr>
        <w:spacing w:after="80" w:lineRule="auto" w:line="360"/>
        <w:ind w:firstLine="482"/>
        <w:jc w:val="both"/>
      </w:pPr>
      <w:r>
        <w:rPr>
          <w:rFonts w:ascii="Times New Roman" w:hAnsi="Times New Roman" w:eastAsia="宋体"/>
          <w:b w:val="0"/>
          <w:sz w:val="24"/>
        </w:rPr>
        <w:t>（1）本科阶段以沈阳化工大学为第一署名单位，以第一作者公开发表被北大中文核心期刊、SCI、EI、SSCI、A&amp;HCI、CSSCI、CSCD或CPCI收录、与学业相关的科研论文1篇以上；</w:t>
      </w:r>
    </w:p>
    <w:p>
      <w:pPr>
        <w:spacing w:after="80" w:lineRule="auto" w:line="360"/>
        <w:ind w:firstLine="482"/>
        <w:jc w:val="both"/>
      </w:pPr>
      <w:r>
        <w:rPr>
          <w:rFonts w:ascii="Times New Roman" w:hAnsi="Times New Roman" w:eastAsia="宋体"/>
          <w:b w:val="0"/>
          <w:sz w:val="24"/>
        </w:rPr>
        <w:t>（2）本科阶段作为第一负责人参加与学业相关的权威科研竞赛全国决赛并获得三等奖及以上奖励。国内权威科研竞赛范围为：中国国际“互联网+”大学生创新创业大赛、“挑战杯”全国大学生课外学术科技作品竞赛、“挑战杯”中国大学生创业计划竞赛。</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推免生名额分配：依据学校名额按学科专业发展实际情况分配，学院不设置杰出道德和学术专长推免名额。</w:t>
      </w:r>
    </w:p>
    <w:p>
      <w:pPr>
        <w:spacing w:before="160" w:after="80" w:lineRule="auto" w:line="360"/>
        <w:jc w:val="left"/>
      </w:pPr>
      <w:r>
        <w:rPr>
          <w:rFonts w:ascii="Times New Roman" w:hAnsi="Times New Roman" w:eastAsia="宋体"/>
          <w:b/>
          <w:sz w:val="28"/>
        </w:rPr>
        <w:t>四、综合测评</w:t>
      </w:r>
    </w:p>
    <w:p>
      <w:pPr>
        <w:spacing w:after="80" w:lineRule="auto" w:line="360"/>
        <w:ind w:firstLine="482"/>
        <w:jc w:val="both"/>
      </w:pPr>
      <w:r>
        <w:rPr>
          <w:rFonts w:ascii="Times New Roman" w:hAnsi="Times New Roman" w:eastAsia="宋体"/>
          <w:b w:val="0"/>
          <w:sz w:val="24"/>
        </w:rPr>
        <w:t>推免生综合测评成绩Z由学分加权平均分P、综合能力成绩S（满分为100分）构成，计算公式Z=P*90%+S*10%。</w:t>
      </w:r>
    </w:p>
    <w:p>
      <w:pPr>
        <w:spacing w:after="80" w:lineRule="auto" w:line="360"/>
        <w:ind w:firstLine="482"/>
        <w:jc w:val="both"/>
      </w:pPr>
      <w:r>
        <w:rPr>
          <w:rFonts w:ascii="Times New Roman" w:hAnsi="Times New Roman" w:eastAsia="宋体"/>
          <w:b w:val="0"/>
          <w:sz w:val="24"/>
        </w:rPr>
        <w:t>1. 学分加权平均分计算</w:t>
      </w:r>
    </w:p>
    <w:p>
      <w:pPr>
        <w:spacing w:after="80" w:lineRule="auto" w:line="360"/>
        <w:ind w:firstLine="482"/>
        <w:jc w:val="both"/>
      </w:pPr>
      <w:r>
        <w:rPr>
          <w:rFonts w:ascii="Times New Roman" w:hAnsi="Times New Roman" w:eastAsia="宋体"/>
          <w:b w:val="0"/>
          <w:sz w:val="24"/>
        </w:rPr>
        <w:t>学分加权平均分P的计算公式为：</w:t>
      </w:r>
    </w:p>
    <w:p>
      <w:pPr>
        <w:spacing w:after="80" w:lineRule="auto" w:line="360"/>
        <w:ind w:firstLine="482"/>
        <w:jc w:val="both"/>
      </w:pPr>
      <w:r>
        <w:rPr>
          <w:rFonts w:ascii="Times New Roman" w:hAnsi="Times New Roman" w:eastAsia="宋体"/>
          <w:b w:val="0"/>
          <w:sz w:val="24"/>
        </w:rPr>
        <w:t>其中：Ci表示所修的第i门课程的学分；</w:t>
      </w:r>
    </w:p>
    <w:p>
      <w:pPr>
        <w:spacing w:after="80" w:lineRule="auto" w:line="360"/>
        <w:ind w:firstLine="482"/>
        <w:jc w:val="both"/>
      </w:pPr>
      <w:r>
        <w:rPr>
          <w:rFonts w:ascii="Times New Roman" w:hAnsi="Times New Roman" w:eastAsia="宋体"/>
          <w:b w:val="0"/>
          <w:sz w:val="24"/>
        </w:rPr>
        <w:t>Ai表示所修的第i门课程的首修、首考成绩，以百分制计。采用五级分制计分和两级分制记分的课程计算时须换算成百分制，换算标准以学校教务管理系统为准。</w:t>
      </w:r>
    </w:p>
    <w:p>
      <w:pPr>
        <w:spacing w:after="80" w:lineRule="auto" w:line="360"/>
        <w:ind w:firstLine="482"/>
        <w:jc w:val="both"/>
      </w:pPr>
      <w:r>
        <w:rPr>
          <w:rFonts w:ascii="Times New Roman" w:hAnsi="Times New Roman" w:eastAsia="宋体"/>
          <w:b w:val="0"/>
          <w:sz w:val="24"/>
        </w:rPr>
        <w:t>n（i=1，2，3，…，n）表示前三学年（四学制）本专业培养方案中规定应完成的全部必修课程和必修环节。</w:t>
      </w:r>
    </w:p>
    <w:p>
      <w:pPr>
        <w:spacing w:after="80" w:lineRule="auto" w:line="360"/>
        <w:ind w:firstLine="482"/>
        <w:jc w:val="both"/>
      </w:pPr>
      <w:r>
        <w:rPr>
          <w:rFonts w:ascii="Times New Roman" w:hAnsi="Times New Roman" w:eastAsia="宋体"/>
          <w:b w:val="0"/>
          <w:sz w:val="24"/>
        </w:rPr>
        <w:t>2. 综合能力成绩计算</w:t>
      </w:r>
    </w:p>
    <w:p>
      <w:pPr>
        <w:spacing w:after="80" w:lineRule="auto" w:line="360"/>
        <w:ind w:firstLine="482"/>
        <w:jc w:val="both"/>
      </w:pPr>
      <w:r>
        <w:rPr>
          <w:rFonts w:ascii="Times New Roman" w:hAnsi="Times New Roman" w:eastAsia="宋体"/>
          <w:b w:val="0"/>
          <w:sz w:val="24"/>
        </w:rPr>
        <w:t>（1）列入综合能力成绩的大学生创新创业竞赛、荣誉称号、学术论文及授权专利等项目，统计的截止日期为当年的8月31日。</w:t>
      </w:r>
    </w:p>
    <w:p>
      <w:pPr>
        <w:spacing w:after="80" w:lineRule="auto" w:line="360"/>
        <w:ind w:firstLine="482"/>
        <w:jc w:val="both"/>
      </w:pPr>
      <w:r>
        <w:rPr>
          <w:rFonts w:ascii="Times New Roman" w:hAnsi="Times New Roman" w:eastAsia="宋体"/>
          <w:b w:val="0"/>
          <w:sz w:val="24"/>
        </w:rPr>
        <w:t>（2）综合能力成绩S的计算公式为：</w:t>
      </w:r>
    </w:p>
    <w:p>
      <w:pPr>
        <w:spacing w:after="80" w:lineRule="auto" w:line="360"/>
        <w:ind w:firstLine="482"/>
        <w:jc w:val="both"/>
      </w:pPr>
      <w:r>
        <w:rPr>
          <w:rFonts w:ascii="Times New Roman" w:hAnsi="Times New Roman" w:eastAsia="宋体"/>
          <w:b w:val="0"/>
          <w:sz w:val="24"/>
        </w:rPr>
        <w:t>S＝S1+S2+S3+S4+……Sm</w:t>
      </w:r>
    </w:p>
    <w:p>
      <w:pPr>
        <w:spacing w:after="80" w:lineRule="auto" w:line="360"/>
        <w:ind w:firstLine="482"/>
        <w:jc w:val="both"/>
      </w:pPr>
      <w:r>
        <w:rPr>
          <w:rFonts w:ascii="Times New Roman" w:hAnsi="Times New Roman" w:eastAsia="宋体"/>
          <w:b w:val="0"/>
          <w:sz w:val="24"/>
        </w:rPr>
        <w:t>学习期间参加学校认定的大学生学科（设计）竞赛获奖：</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级别</w:t>
            </w:r>
          </w:p>
        </w:tc>
        <w:tc>
          <w:tcPr>
            <w:tcW w:type="dxa" w:w="2158"/>
          </w:tcPr>
          <w:p>
            <w:pPr>
              <w:spacing w:after="20" w:before="20"/>
            </w:pPr>
            <w:r/>
            <w:r>
              <w:rPr>
                <w:rFonts w:ascii="Times New Roman" w:hAnsi="Times New Roman" w:eastAsia="宋体"/>
                <w:b/>
                <w:sz w:val="21"/>
              </w:rPr>
              <w:t>获奖等级</w:t>
            </w:r>
          </w:p>
        </w:tc>
        <w:tc>
          <w:tcPr>
            <w:tcW w:type="dxa" w:w="2158"/>
          </w:tcPr>
          <w:p>
            <w:pPr>
              <w:spacing w:after="20" w:before="20"/>
            </w:pPr>
            <w:r/>
            <w:r>
              <w:rPr>
                <w:rFonts w:ascii="Times New Roman" w:hAnsi="Times New Roman" w:eastAsia="宋体"/>
                <w:b/>
                <w:sz w:val="21"/>
              </w:rPr>
              <w:t>排名</w:t>
            </w:r>
          </w:p>
        </w:tc>
        <w:tc>
          <w:tcPr>
            <w:tcW w:type="dxa" w:w="2158"/>
          </w:tcPr>
          <w:p>
            <w:pPr>
              <w:spacing w:after="20" w:before="20"/>
            </w:pPr>
            <w:r/>
            <w:r>
              <w:rPr>
                <w:rFonts w:ascii="Times New Roman" w:hAnsi="Times New Roman" w:eastAsia="宋体"/>
                <w:b/>
                <w:sz w:val="21"/>
              </w:rPr>
              <w:t>奖励分</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9</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8</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8</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7</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6</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6</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7</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6</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3</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3</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2</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