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数学学院（珠海）2026届本科毕业生免试攻读研究生推荐名单（含候补）（更新）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中山大学数学学院（珠海）2026届本科毕业生免试攻读研究生推荐名单（含候补）已更新，发布日期为2025年9月。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发布日期（推定）：2025年9月10日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一、推荐名单概况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本名单为中山大学数学学院（珠海）2026届本科毕业生免试攻读研究生推荐名单（含候补），已更新。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名单涵盖数学与应用数学、信息与计算科学两个专业，共57名学生。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名单中标注了每位学生的推荐状态，分为“拟推荐”“放弃”和“候补”三类。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二、数学与应用数学专业推荐名单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拟推荐学生（共27人）：魏思扬、李贵龙、苏睿、陆俊杰、邓泳乐、林钲杰、黄雯、许欣茹、王博涛、周成智、潘志然、邵嘉阳、李梓华、王楠、黄学华、李丹、方喆澍、马硕唯、许志新、蓝悦航、付烨宏、王延伦、刘坤、朱华韬、黄震鹏、温俊廷、刘蕴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放弃学生（共1人）：范裕健。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候补学生（共7人）：王鹏骏、徐思香、王斌、张镇荣、徐诗莹、李哲、陈思宇。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三、信息与计算科学专业推荐名单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拟推荐学生（共16人）：郑永逸、蔡忠航、郭钰晗、王晨飞、殷薛雄、程英琪、秦惜缘、王梓菲、吕姗姗、彭海阅、傅文翔、彭越、胡潘和、彭子聪、吴柏昆、陈戈、张子睦。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候补学生（共5人）：李思蔷、蔡涵宇、徐岩、彭毅、彭炜。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本名单为更新版本，具体推荐资格以学校最终审核结果为准。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如有疑问，请联系中山大学数学学院（珠海）教务办公室。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