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塔里木大学2026年招收推荐免试攻读硕士学位研究生工作办法-塔里木大学研究生处欢迎您！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一、通知概况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发布日期（推定）：2025年9月15日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塔里木大学发布2026年招收推荐免试攻读硕士学位研究生工作办法，相关附件及硕士研究生招生章程一并公布。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二、附件材料清单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附件1 塔里木大学2026年招收推免生专业目录.pdf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附件2 塔里木大学2026年招收推荐免试攻读硕士学位研究生登记表.docx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附件3 个人陈述.docx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附件4 诚信承诺书.docx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附件5 塔里木大学2026年招收推荐免试攻读硕士学位研究生思想政治品德考核表.docx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附件6 塔里木大学2026年招收免试攻读硕士学位研究生申请材料汇总表.docx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三、相关链接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塔里木大学2026年硕士研究生招生章程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