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附件：</w:t>
      </w:r>
    </w:p>
    <w:p>
      <w:pPr>
        <w:spacing w:after="80" w:lineRule="auto" w:line="360"/>
        <w:ind w:firstLine="482"/>
        <w:jc w:val="both"/>
      </w:pPr>
      <w:r>
        <w:rPr>
          <w:rFonts w:ascii="Times New Roman" w:hAnsi="Times New Roman" w:eastAsia="宋体"/>
          <w:b w:val="0"/>
          <w:sz w:val="24"/>
        </w:rPr>
        <w:t>附件：资源与环境科学学院学科竞赛项目名单。表中加注“*”为学院推荐参加的赛事，并注明了赛事举办时间。</w:t>
      </w:r>
    </w:p>
    <w:p>
      <w:pPr>
        <w:spacing w:after="80" w:lineRule="auto" w:line="360"/>
        <w:ind w:firstLine="482"/>
        <w:jc w:val="both"/>
      </w:pPr>
      <w:r>
        <w:rPr>
          <w:rFonts w:ascii="Times New Roman" w:hAnsi="Times New Roman" w:eastAsia="宋体"/>
          <w:b w:val="0"/>
          <w:sz w:val="24"/>
        </w:rPr>
        <w:t>发布日期（推定）：2026年4月13日</w:t>
      </w:r>
    </w:p>
    <w:p>
      <w:pPr>
        <w:spacing w:before="160" w:after="80" w:lineRule="auto" w:line="360"/>
        <w:jc w:val="left"/>
      </w:pPr>
      <w:r>
        <w:rPr>
          <w:rFonts w:ascii="Times New Roman" w:hAnsi="Times New Roman" w:eastAsia="宋体"/>
          <w:b/>
          <w:sz w:val="28"/>
        </w:rPr>
        <w:t>十、赛事目录</w:t>
      </w:r>
    </w:p>
    <w:p>
      <w:pPr>
        <w:spacing w:after="80" w:lineRule="auto" w:line="360"/>
        <w:ind w:firstLine="482"/>
        <w:jc w:val="both"/>
      </w:pPr>
      <w:r>
        <w:rPr>
          <w:rFonts w:ascii="Times New Roman" w:hAnsi="Times New Roman" w:eastAsia="宋体"/>
          <w:b w:val="0"/>
          <w:sz w:val="24"/>
        </w:rPr>
        <w:t>I 类赛事</w:t>
      </w:r>
    </w:p>
    <w:p>
      <w:pPr>
        <w:spacing w:after="80" w:lineRule="auto" w:line="360"/>
        <w:ind w:firstLine="482"/>
        <w:jc w:val="both"/>
      </w:pPr>
      <w:r>
        <w:rPr>
          <w:rFonts w:ascii="Times New Roman" w:hAnsi="Times New Roman" w:eastAsia="宋体"/>
          <w:b w:val="0"/>
          <w:sz w:val="24"/>
        </w:rPr>
        <w:t>纳入全国普通高校学科竞赛排行榜项目的全国范围内规格高、水平高、难度高、影响力大的四大赛事。</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赛事名称</w:t>
            </w:r>
          </w:p>
        </w:tc>
        <w:tc>
          <w:tcPr>
            <w:tcW w:type="dxa" w:w="2158"/>
          </w:tcPr>
          <w:p>
            <w:pPr>
              <w:spacing w:after="20" w:before="20"/>
            </w:pPr>
            <w:r/>
            <w:r>
              <w:rPr>
                <w:rFonts w:ascii="Times New Roman" w:hAnsi="Times New Roman" w:eastAsia="宋体"/>
                <w:b/>
                <w:sz w:val="21"/>
              </w:rPr>
              <w:t>赛事举办时间</w:t>
            </w:r>
          </w:p>
        </w:tc>
        <w:tc>
          <w:tcPr>
            <w:tcW w:type="dxa" w:w="2158"/>
          </w:tcPr>
          <w:p>
            <w:pPr>
              <w:spacing w:after="20" w:before="20"/>
            </w:pPr>
            <w:r/>
            <w:r>
              <w:rPr>
                <w:rFonts w:ascii="Times New Roman" w:hAnsi="Times New Roman" w:eastAsia="宋体"/>
                <w:b/>
                <w:sz w:val="21"/>
              </w:rPr>
              <w:t>赛事权重</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*中国国际大学生创新大赛</w:t>
            </w:r>
          </w:p>
        </w:tc>
        <w:tc>
          <w:tcPr>
            <w:tcW w:type="dxa" w:w="2158"/>
          </w:tcPr>
          <w:p>
            <w:pPr>
              <w:spacing w:after="20" w:before="20"/>
            </w:pPr>
            <w:r/>
            <w:r>
              <w:rPr>
                <w:rFonts w:ascii="Times New Roman" w:hAnsi="Times New Roman" w:eastAsia="宋体"/>
                <w:b w:val="0"/>
                <w:sz w:val="21"/>
              </w:rPr>
              <w:t>每年4月-10月</w:t>
            </w:r>
          </w:p>
        </w:tc>
        <w:tc>
          <w:tcPr>
            <w:tcW w:type="dxa" w:w="2158"/>
          </w:tcPr>
          <w:p>
            <w:pPr>
              <w:spacing w:after="20" w:before="20"/>
            </w:pPr>
            <w:r/>
            <w:r>
              <w:rPr>
                <w:rFonts w:ascii="Times New Roman" w:hAnsi="Times New Roman" w:eastAsia="宋体"/>
                <w:b w:val="0"/>
                <w:sz w:val="21"/>
              </w:rPr>
              <w:t>1</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*“挑战杯”全国大学生课外学术科技作品竞赛</w:t>
            </w:r>
          </w:p>
        </w:tc>
        <w:tc>
          <w:tcPr>
            <w:tcW w:type="dxa" w:w="2158"/>
          </w:tcPr>
          <w:p>
            <w:pPr>
              <w:spacing w:after="20" w:before="20"/>
            </w:pPr>
            <w:r/>
            <w:r>
              <w:rPr>
                <w:rFonts w:ascii="Times New Roman" w:hAnsi="Times New Roman" w:eastAsia="宋体"/>
                <w:b w:val="0"/>
                <w:sz w:val="21"/>
              </w:rPr>
              <w:t>单数年，3月-11月（双数年，3月-11月）</w:t>
            </w:r>
          </w:p>
        </w:tc>
        <w:tc>
          <w:tcPr>
            <w:tcW w:type="dxa" w:w="2158"/>
          </w:tcPr>
          <w:p>
            <w:pPr>
              <w:spacing w:after="20" w:before="20"/>
            </w:pPr>
            <w:r/>
            <w:r>
              <w:rPr>
                <w:rFonts w:ascii="Times New Roman" w:hAnsi="Times New Roman" w:eastAsia="宋体"/>
                <w:b w:val="0"/>
                <w:sz w:val="21"/>
              </w:rPr>
              <w:t>1</w:t>
            </w:r>
          </w:p>
        </w:tc>
      </w:tr>
      <w:tr>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*全国大学生数学建模竞赛</w:t>
            </w:r>
          </w:p>
        </w:tc>
        <w:tc>
          <w:tcPr>
            <w:tcW w:type="dxa" w:w="2158"/>
          </w:tcPr>
          <w:p>
            <w:pPr>
              <w:spacing w:after="20" w:before="20"/>
            </w:pPr>
            <w:r/>
            <w:r>
              <w:rPr>
                <w:rFonts w:ascii="Times New Roman" w:hAnsi="Times New Roman" w:eastAsia="宋体"/>
                <w:b w:val="0"/>
                <w:sz w:val="21"/>
              </w:rPr>
              <w:t>每年5月-9月</w:t>
            </w:r>
          </w:p>
        </w:tc>
        <w:tc>
          <w:tcPr>
            <w:tcW w:type="dxa" w:w="2158"/>
          </w:tcPr>
          <w:p>
            <w:pPr>
              <w:spacing w:after="20" w:before="20"/>
            </w:pPr>
            <w:r/>
            <w:r>
              <w:rPr>
                <w:rFonts w:ascii="Times New Roman" w:hAnsi="Times New Roman" w:eastAsia="宋体"/>
                <w:b w:val="0"/>
                <w:sz w:val="21"/>
              </w:rPr>
              <w:t>1</w:t>
            </w:r>
          </w:p>
        </w:tc>
      </w:tr>
      <w:tr>
        <w:tc>
          <w:tcPr>
            <w:tcW w:type="dxa" w:w="2158"/>
          </w:tcPr>
          <w:p>
            <w:pPr>
              <w:spacing w:after="20" w:before="20"/>
            </w:pPr>
            <w:r/>
            <w:r>
              <w:rPr>
                <w:rFonts w:ascii="Times New Roman" w:hAnsi="Times New Roman" w:eastAsia="宋体"/>
                <w:b w:val="0"/>
                <w:sz w:val="21"/>
              </w:rPr>
              <w:t>4</w:t>
            </w:r>
          </w:p>
        </w:tc>
        <w:tc>
          <w:tcPr>
            <w:tcW w:type="dxa" w:w="2158"/>
          </w:tcPr>
          <w:p>
            <w:pPr>
              <w:spacing w:after="20" w:before="20"/>
            </w:pPr>
            <w:r/>
            <w:r>
              <w:rPr>
                <w:rFonts w:ascii="Times New Roman" w:hAnsi="Times New Roman" w:eastAsia="宋体"/>
                <w:b w:val="0"/>
                <w:sz w:val="21"/>
              </w:rPr>
              <w:t>全国大学生电子设计竞赛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t>1</w:t>
            </w:r>
          </w:p>
        </w:tc>
      </w:tr>
    </w:tbl>
    <w:p>
      <w:pPr>
        <w:spacing w:after="80" w:lineRule="auto" w:line="360"/>
        <w:ind w:firstLine="482"/>
        <w:jc w:val="both"/>
      </w:pPr>
      <w:r>
        <w:rPr>
          <w:rFonts w:ascii="Times New Roman" w:hAnsi="Times New Roman" w:eastAsia="宋体"/>
          <w:b w:val="0"/>
          <w:sz w:val="24"/>
        </w:rPr>
        <w:t>II 类赛事</w:t>
      </w:r>
    </w:p>
    <w:p>
      <w:pPr>
        <w:spacing w:after="80" w:lineRule="auto" w:line="360"/>
        <w:ind w:firstLine="482"/>
        <w:jc w:val="both"/>
      </w:pPr>
      <w:r>
        <w:rPr>
          <w:rFonts w:ascii="Times New Roman" w:hAnsi="Times New Roman" w:eastAsia="宋体"/>
          <w:b w:val="0"/>
          <w:sz w:val="24"/>
        </w:rPr>
        <w:t>纳入学校学科竞赛立项项目范畴且与我院专业相关的赛事（已删减I类赛事，参考学校公布的2021-2025年大学生学科竞赛立项项目名单）。</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项目名称</w:t>
            </w:r>
          </w:p>
        </w:tc>
        <w:tc>
          <w:tcPr>
            <w:tcW w:type="dxa" w:w="2158"/>
          </w:tcPr>
          <w:p>
            <w:pPr>
              <w:spacing w:after="20" w:before="20"/>
            </w:pPr>
            <w:r/>
            <w:r>
              <w:rPr>
                <w:rFonts w:ascii="Times New Roman" w:hAnsi="Times New Roman" w:eastAsia="宋体"/>
                <w:b/>
                <w:sz w:val="21"/>
              </w:rPr>
              <w:t>赛事举办时间</w:t>
            </w:r>
          </w:p>
        </w:tc>
        <w:tc>
          <w:tcPr>
            <w:tcW w:type="dxa" w:w="2158"/>
          </w:tcPr>
          <w:p>
            <w:pPr>
              <w:spacing w:after="20" w:before="20"/>
            </w:pPr>
            <w:r/>
            <w:r>
              <w:rPr>
                <w:rFonts w:ascii="Times New Roman" w:hAnsi="Times New Roman" w:eastAsia="宋体"/>
                <w:b/>
                <w:sz w:val="21"/>
              </w:rPr>
              <w:t>赛事权重</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*外研社全国大学生英语系列赛</w:t>
            </w:r>
          </w:p>
        </w:tc>
        <w:tc>
          <w:tcPr>
            <w:tcW w:type="dxa" w:w="2158"/>
          </w:tcPr>
          <w:p>
            <w:pPr>
              <w:spacing w:after="20" w:before="20"/>
            </w:pPr>
            <w:r/>
            <w:r>
              <w:rPr>
                <w:rFonts w:ascii="Times New Roman" w:hAnsi="Times New Roman" w:eastAsia="宋体"/>
                <w:b w:val="0"/>
                <w:sz w:val="21"/>
              </w:rPr>
              <w:t>每年6月-12月</w:t>
            </w:r>
          </w:p>
        </w:tc>
        <w:tc>
          <w:tcPr>
            <w:tcW w:type="dxa" w:w="2158"/>
          </w:tcPr>
          <w:p>
            <w:pPr>
              <w:spacing w:after="20" w:before="20"/>
            </w:pPr>
            <w:r/>
            <w:r>
              <w:rPr>
                <w:rFonts w:ascii="Times New Roman" w:hAnsi="Times New Roman" w:eastAsia="宋体"/>
                <w:b w:val="0"/>
                <w:sz w:val="21"/>
              </w:rPr>
              <w:t>0.5</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“学创杯”全国大学生创业综合模拟大赛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t>0.2</w:t>
            </w:r>
          </w:p>
        </w:tc>
      </w:tr>
      <w:tr>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大学生市场调查与分析大赛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t>0.2</w:t>
            </w:r>
          </w:p>
        </w:tc>
      </w:tr>
      <w:tr>
        <w:tc>
          <w:tcPr>
            <w:tcW w:type="dxa" w:w="2158"/>
          </w:tcPr>
          <w:p>
            <w:pPr>
              <w:spacing w:after="20" w:before="20"/>
            </w:pPr>
            <w:r/>
            <w:r>
              <w:rPr>
                <w:rFonts w:ascii="Times New Roman" w:hAnsi="Times New Roman" w:eastAsia="宋体"/>
                <w:b w:val="0"/>
                <w:sz w:val="21"/>
              </w:rPr>
              <w:t>4</w:t>
            </w:r>
          </w:p>
        </w:tc>
        <w:tc>
          <w:tcPr>
            <w:tcW w:type="dxa" w:w="2158"/>
          </w:tcPr>
          <w:p>
            <w:pPr>
              <w:spacing w:after="20" w:before="20"/>
            </w:pPr>
            <w:r/>
            <w:r>
              <w:rPr>
                <w:rFonts w:ascii="Times New Roman" w:hAnsi="Times New Roman" w:eastAsia="宋体"/>
                <w:b w:val="0"/>
                <w:sz w:val="21"/>
              </w:rPr>
              <w:t>全国高校商业精英挑战赛-品牌策划竞赛、会展专业创新创业实践竞赛、国际贸易竞赛、创新创业竞赛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t>0.3</w:t>
            </w:r>
          </w:p>
        </w:tc>
      </w:tr>
      <w:tr>
        <w:tc>
          <w:tcPr>
            <w:tcW w:type="dxa" w:w="2158"/>
          </w:tcPr>
          <w:p>
            <w:pPr>
              <w:spacing w:after="20" w:before="20"/>
            </w:pPr>
            <w:r/>
            <w:r>
              <w:rPr>
                <w:rFonts w:ascii="Times New Roman" w:hAnsi="Times New Roman" w:eastAsia="宋体"/>
                <w:b w:val="0"/>
                <w:sz w:val="21"/>
              </w:rPr>
              <w:t>5</w:t>
            </w:r>
          </w:p>
        </w:tc>
        <w:tc>
          <w:tcPr>
            <w:tcW w:type="dxa" w:w="2158"/>
          </w:tcPr>
          <w:p>
            <w:pPr>
              <w:spacing w:after="20" w:before="20"/>
            </w:pPr>
            <w:r/>
            <w:r>
              <w:rPr>
                <w:rFonts w:ascii="Times New Roman" w:hAnsi="Times New Roman" w:eastAsia="宋体"/>
                <w:b w:val="0"/>
                <w:sz w:val="21"/>
              </w:rPr>
              <w:t>全国大学生电子商务“创新、创意及创业”挑战赛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t>0.2</w:t>
            </w:r>
          </w:p>
        </w:tc>
      </w:tr>
      <w:tr>
        <w:tc>
          <w:tcPr>
            <w:tcW w:type="dxa" w:w="2158"/>
          </w:tcPr>
          <w:p>
            <w:pPr>
              <w:spacing w:after="20" w:before="20"/>
            </w:pPr>
            <w:r/>
            <w:r>
              <w:rPr>
                <w:rFonts w:ascii="Times New Roman" w:hAnsi="Times New Roman" w:eastAsia="宋体"/>
                <w:b w:val="0"/>
                <w:sz w:val="21"/>
              </w:rPr>
              <w:t>6</w:t>
            </w:r>
          </w:p>
        </w:tc>
        <w:tc>
          <w:tcPr>
            <w:tcW w:type="dxa" w:w="2158"/>
          </w:tcPr>
          <w:p>
            <w:pPr>
              <w:spacing w:after="20" w:before="20"/>
            </w:pPr>
            <w:r/>
            <w:r>
              <w:rPr>
                <w:rFonts w:ascii="Times New Roman" w:hAnsi="Times New Roman" w:eastAsia="宋体"/>
                <w:b w:val="0"/>
                <w:sz w:val="21"/>
              </w:rPr>
              <w:t>*美国大学生数学建模竞赛</w:t>
            </w:r>
          </w:p>
        </w:tc>
        <w:tc>
          <w:tcPr>
            <w:tcW w:type="dxa" w:w="2158"/>
          </w:tcPr>
          <w:p>
            <w:pPr>
              <w:spacing w:after="20" w:before="20"/>
            </w:pPr>
            <w:r/>
            <w:r>
              <w:rPr>
                <w:rFonts w:ascii="Times New Roman" w:hAnsi="Times New Roman" w:eastAsia="宋体"/>
                <w:b w:val="0"/>
                <w:sz w:val="21"/>
              </w:rPr>
              <w:t>每年2月</w:t>
            </w:r>
          </w:p>
        </w:tc>
        <w:tc>
          <w:tcPr>
            <w:tcW w:type="dxa" w:w="2158"/>
          </w:tcPr>
          <w:p>
            <w:pPr>
              <w:spacing w:after="20" w:before="20"/>
            </w:pPr>
            <w:r/>
            <w:r>
              <w:rPr>
                <w:rFonts w:ascii="Times New Roman" w:hAnsi="Times New Roman" w:eastAsia="宋体"/>
                <w:b w:val="0"/>
                <w:sz w:val="21"/>
              </w:rPr>
              <w:t>0.5</w:t>
            </w:r>
          </w:p>
        </w:tc>
      </w:tr>
      <w:tr>
        <w:tc>
          <w:tcPr>
            <w:tcW w:type="dxa" w:w="2158"/>
          </w:tcPr>
          <w:p>
            <w:pPr>
              <w:spacing w:after="20" w:before="20"/>
            </w:pPr>
            <w:r/>
            <w:r>
              <w:rPr>
                <w:rFonts w:ascii="Times New Roman" w:hAnsi="Times New Roman" w:eastAsia="宋体"/>
                <w:b w:val="0"/>
                <w:sz w:val="21"/>
              </w:rPr>
              <w:t>7</w:t>
            </w:r>
          </w:p>
        </w:tc>
        <w:tc>
          <w:tcPr>
            <w:tcW w:type="dxa" w:w="2158"/>
          </w:tcPr>
          <w:p>
            <w:pPr>
              <w:spacing w:after="20" w:before="20"/>
            </w:pPr>
            <w:r/>
            <w:r>
              <w:rPr>
                <w:rFonts w:ascii="Times New Roman" w:hAnsi="Times New Roman" w:eastAsia="宋体"/>
                <w:b w:val="0"/>
                <w:sz w:val="21"/>
              </w:rPr>
              <w:t>*全国大学生数学竞赛</w:t>
            </w:r>
          </w:p>
        </w:tc>
        <w:tc>
          <w:tcPr>
            <w:tcW w:type="dxa" w:w="2158"/>
          </w:tcPr>
          <w:p>
            <w:pPr>
              <w:spacing w:after="20" w:before="20"/>
            </w:pPr>
            <w:r/>
            <w:r>
              <w:rPr>
                <w:rFonts w:ascii="Times New Roman" w:hAnsi="Times New Roman" w:eastAsia="宋体"/>
                <w:b w:val="0"/>
                <w:sz w:val="21"/>
              </w:rPr>
              <w:t>每年10月-次年4月</w:t>
            </w:r>
          </w:p>
        </w:tc>
        <w:tc>
          <w:tcPr>
            <w:tcW w:type="dxa" w:w="2158"/>
          </w:tcPr>
          <w:p>
            <w:pPr>
              <w:spacing w:after="20" w:before="20"/>
            </w:pPr>
            <w:r/>
            <w:r>
              <w:rPr>
                <w:rFonts w:ascii="Times New Roman" w:hAnsi="Times New Roman" w:eastAsia="宋体"/>
                <w:b w:val="0"/>
                <w:sz w:val="21"/>
              </w:rPr>
              <w:t>0.4</w:t>
            </w:r>
          </w:p>
        </w:tc>
      </w:tr>
      <w:tr>
        <w:tc>
          <w:tcPr>
            <w:tcW w:type="dxa" w:w="2158"/>
          </w:tcPr>
          <w:p>
            <w:pPr>
              <w:spacing w:after="20" w:before="20"/>
            </w:pPr>
            <w:r/>
            <w:r>
              <w:rPr>
                <w:rFonts w:ascii="Times New Roman" w:hAnsi="Times New Roman" w:eastAsia="宋体"/>
                <w:b w:val="0"/>
                <w:sz w:val="21"/>
              </w:rPr>
              <w:t>8</w:t>
            </w:r>
          </w:p>
        </w:tc>
        <w:tc>
          <w:tcPr>
            <w:tcW w:type="dxa" w:w="2158"/>
          </w:tcPr>
          <w:p>
            <w:pPr>
              <w:spacing w:after="20" w:before="20"/>
            </w:pPr>
            <w:r/>
            <w:r>
              <w:rPr>
                <w:rFonts w:ascii="Times New Roman" w:hAnsi="Times New Roman" w:eastAsia="宋体"/>
                <w:b w:val="0"/>
                <w:sz w:val="21"/>
              </w:rPr>
              <w:t>*SuperMap杯全国高校GIS大赛（开发组）</w:t>
            </w:r>
          </w:p>
        </w:tc>
        <w:tc>
          <w:tcPr>
            <w:tcW w:type="dxa" w:w="2158"/>
          </w:tcPr>
          <w:p>
            <w:pPr>
              <w:spacing w:after="20" w:before="20"/>
            </w:pPr>
            <w:r/>
            <w:r>
              <w:rPr>
                <w:rFonts w:ascii="Times New Roman" w:hAnsi="Times New Roman" w:eastAsia="宋体"/>
                <w:b w:val="0"/>
                <w:sz w:val="21"/>
              </w:rPr>
              <w:t>每年3月-12月</w:t>
            </w:r>
          </w:p>
        </w:tc>
        <w:tc>
          <w:tcPr>
            <w:tcW w:type="dxa" w:w="2158"/>
          </w:tcPr>
          <w:p>
            <w:pPr>
              <w:spacing w:after="20" w:before="20"/>
            </w:pPr>
            <w:r/>
            <w:r>
              <w:rPr>
                <w:rFonts w:ascii="Times New Roman" w:hAnsi="Times New Roman" w:eastAsia="宋体"/>
                <w:b w:val="0"/>
                <w:sz w:val="21"/>
              </w:rPr>
              <w:t>1</w:t>
            </w:r>
          </w:p>
        </w:tc>
      </w:tr>
      <w:tr>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t>*SuperMap杯全国高校GIS大赛（其它组）</w:t>
            </w:r>
          </w:p>
        </w:tc>
        <w:tc>
          <w:tcPr>
            <w:tcW w:type="dxa" w:w="2158"/>
          </w:tcPr>
          <w:p>
            <w:pPr>
              <w:spacing w:after="20" w:before="20"/>
            </w:pPr>
            <w:r/>
            <w:r>
              <w:rPr>
                <w:rFonts w:ascii="Times New Roman" w:hAnsi="Times New Roman" w:eastAsia="宋体"/>
                <w:b w:val="0"/>
                <w:sz w:val="21"/>
              </w:rPr>
              <w:t>每年3月-12月</w:t>
            </w:r>
          </w:p>
        </w:tc>
        <w:tc>
          <w:tcPr>
            <w:tcW w:type="dxa" w:w="2158"/>
          </w:tcPr>
          <w:p>
            <w:pPr>
              <w:spacing w:after="20" w:before="20"/>
            </w:pPr>
            <w:r/>
            <w:r>
              <w:rPr>
                <w:rFonts w:ascii="Times New Roman" w:hAnsi="Times New Roman" w:eastAsia="宋体"/>
                <w:b w:val="0"/>
                <w:sz w:val="21"/>
              </w:rPr>
              <w:t>0.8</w:t>
            </w:r>
          </w:p>
        </w:tc>
      </w:tr>
      <w:tr>
        <w:tc>
          <w:tcPr>
            <w:tcW w:type="dxa" w:w="2158"/>
          </w:tcPr>
          <w:p>
            <w:pPr>
              <w:spacing w:after="20" w:before="20"/>
            </w:pPr>
            <w:r/>
            <w:r>
              <w:rPr>
                <w:rFonts w:ascii="Times New Roman" w:hAnsi="Times New Roman" w:eastAsia="宋体"/>
                <w:b w:val="0"/>
                <w:sz w:val="21"/>
              </w:rPr>
              <w:t>9</w:t>
            </w:r>
          </w:p>
        </w:tc>
        <w:tc>
          <w:tcPr>
            <w:tcW w:type="dxa" w:w="2158"/>
          </w:tcPr>
          <w:p>
            <w:pPr>
              <w:spacing w:after="20" w:before="20"/>
            </w:pPr>
            <w:r/>
            <w:r>
              <w:rPr>
                <w:rFonts w:ascii="Times New Roman" w:hAnsi="Times New Roman" w:eastAsia="宋体"/>
                <w:b w:val="0"/>
                <w:sz w:val="21"/>
              </w:rPr>
              <w:t>*全国大学生节能减排社会实践与科技竞赛</w:t>
            </w:r>
          </w:p>
        </w:tc>
        <w:tc>
          <w:tcPr>
            <w:tcW w:type="dxa" w:w="2158"/>
          </w:tcPr>
          <w:p>
            <w:pPr>
              <w:spacing w:after="20" w:before="20"/>
            </w:pPr>
            <w:r/>
            <w:r>
              <w:rPr>
                <w:rFonts w:ascii="Times New Roman" w:hAnsi="Times New Roman" w:eastAsia="宋体"/>
                <w:b w:val="0"/>
                <w:sz w:val="21"/>
              </w:rPr>
              <w:t>每年12月-次年8月</w:t>
            </w:r>
          </w:p>
        </w:tc>
        <w:tc>
          <w:tcPr>
            <w:tcW w:type="dxa" w:w="2158"/>
          </w:tcPr>
          <w:p>
            <w:pPr>
              <w:spacing w:after="20" w:before="20"/>
            </w:pPr>
            <w:r/>
            <w:r>
              <w:rPr>
                <w:rFonts w:ascii="Times New Roman" w:hAnsi="Times New Roman" w:eastAsia="宋体"/>
                <w:b w:val="0"/>
                <w:sz w:val="21"/>
              </w:rPr>
              <w:t>1</w:t>
            </w:r>
          </w:p>
        </w:tc>
      </w:tr>
      <w:tr>
        <w:tc>
          <w:tcPr>
            <w:tcW w:type="dxa" w:w="2158"/>
          </w:tcPr>
          <w:p>
            <w:pPr>
              <w:spacing w:after="20" w:before="20"/>
            </w:pPr>
            <w:r/>
            <w:r>
              <w:rPr>
                <w:rFonts w:ascii="Times New Roman" w:hAnsi="Times New Roman" w:eastAsia="宋体"/>
                <w:b w:val="0"/>
                <w:sz w:val="21"/>
              </w:rPr>
              <w:t>10</w:t>
            </w:r>
          </w:p>
        </w:tc>
        <w:tc>
          <w:tcPr>
            <w:tcW w:type="dxa" w:w="2158"/>
          </w:tcPr>
          <w:p>
            <w:pPr>
              <w:spacing w:after="20" w:before="20"/>
            </w:pPr>
            <w:r/>
            <w:r>
              <w:rPr>
                <w:rFonts w:ascii="Times New Roman" w:hAnsi="Times New Roman" w:eastAsia="宋体"/>
                <w:b w:val="0"/>
                <w:sz w:val="21"/>
              </w:rPr>
              <w:t>*全国三维数字化创新设计大赛</w:t>
            </w:r>
          </w:p>
        </w:tc>
        <w:tc>
          <w:tcPr>
            <w:tcW w:type="dxa" w:w="2158"/>
          </w:tcPr>
          <w:p>
            <w:pPr>
              <w:spacing w:after="20" w:before="20"/>
            </w:pPr>
            <w:r/>
            <w:r>
              <w:rPr>
                <w:rFonts w:ascii="Times New Roman" w:hAnsi="Times New Roman" w:eastAsia="宋体"/>
                <w:b w:val="0"/>
                <w:sz w:val="21"/>
              </w:rPr>
              <w:t>每年3月-12月</w:t>
            </w:r>
          </w:p>
        </w:tc>
        <w:tc>
          <w:tcPr>
            <w:tcW w:type="dxa" w:w="2158"/>
          </w:tcPr>
          <w:p>
            <w:pPr>
              <w:spacing w:after="20" w:before="20"/>
            </w:pPr>
            <w:r/>
            <w:r>
              <w:rPr>
                <w:rFonts w:ascii="Times New Roman" w:hAnsi="Times New Roman" w:eastAsia="宋体"/>
                <w:b w:val="0"/>
                <w:sz w:val="21"/>
              </w:rPr>
              <w:t>0.6</w:t>
            </w:r>
          </w:p>
        </w:tc>
      </w:tr>
      <w:tr>
        <w:tc>
          <w:tcPr>
            <w:tcW w:type="dxa" w:w="2158"/>
          </w:tcPr>
          <w:p>
            <w:pPr>
              <w:spacing w:after="20" w:before="20"/>
            </w:pPr>
            <w:r/>
            <w:r>
              <w:rPr>
                <w:rFonts w:ascii="Times New Roman" w:hAnsi="Times New Roman" w:eastAsia="宋体"/>
                <w:b w:val="0"/>
                <w:sz w:val="21"/>
              </w:rPr>
              <w:t>11</w:t>
            </w:r>
          </w:p>
        </w:tc>
        <w:tc>
          <w:tcPr>
            <w:tcW w:type="dxa" w:w="2158"/>
          </w:tcPr>
          <w:p>
            <w:pPr>
              <w:spacing w:after="20" w:before="20"/>
            </w:pPr>
            <w:r/>
            <w:r>
              <w:rPr>
                <w:rFonts w:ascii="Times New Roman" w:hAnsi="Times New Roman" w:eastAsia="宋体"/>
                <w:b w:val="0"/>
                <w:sz w:val="21"/>
              </w:rPr>
              <w:t>全国大学生智能汽车竞赛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t>0.9</w:t>
            </w:r>
          </w:p>
        </w:tc>
      </w:tr>
      <w:tr>
        <w:tc>
          <w:tcPr>
            <w:tcW w:type="dxa" w:w="2158"/>
          </w:tcPr>
          <w:p>
            <w:pPr>
              <w:spacing w:after="20" w:before="20"/>
            </w:pPr>
            <w:r/>
            <w:r>
              <w:rPr>
                <w:rFonts w:ascii="Times New Roman" w:hAnsi="Times New Roman" w:eastAsia="宋体"/>
                <w:b w:val="0"/>
                <w:sz w:val="21"/>
              </w:rPr>
              <w:t>12</w:t>
            </w:r>
          </w:p>
        </w:tc>
        <w:tc>
          <w:tcPr>
            <w:tcW w:type="dxa" w:w="2158"/>
          </w:tcPr>
          <w:p>
            <w:pPr>
              <w:spacing w:after="20" w:before="20"/>
            </w:pPr>
            <w:r/>
            <w:r>
              <w:rPr>
                <w:rFonts w:ascii="Times New Roman" w:hAnsi="Times New Roman" w:eastAsia="宋体"/>
                <w:b w:val="0"/>
                <w:sz w:val="21"/>
              </w:rPr>
              <w:t>全国高等院校学生“斯维尔杯”BIM-CIM创新大赛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t>0.9</w:t>
            </w:r>
          </w:p>
        </w:tc>
      </w:tr>
      <w:tr>
        <w:tc>
          <w:tcPr>
            <w:tcW w:type="dxa" w:w="2158"/>
          </w:tcPr>
          <w:p>
            <w:pPr>
              <w:spacing w:after="20" w:before="20"/>
            </w:pPr>
            <w:r/>
            <w:r>
              <w:rPr>
                <w:rFonts w:ascii="Times New Roman" w:hAnsi="Times New Roman" w:eastAsia="宋体"/>
                <w:b w:val="0"/>
                <w:sz w:val="21"/>
              </w:rPr>
              <w:t>13</w:t>
            </w:r>
          </w:p>
        </w:tc>
        <w:tc>
          <w:tcPr>
            <w:tcW w:type="dxa" w:w="2158"/>
          </w:tcPr>
          <w:p>
            <w:pPr>
              <w:spacing w:after="20" w:before="20"/>
            </w:pPr>
            <w:r/>
            <w:r>
              <w:rPr>
                <w:rFonts w:ascii="Times New Roman" w:hAnsi="Times New Roman" w:eastAsia="宋体"/>
                <w:b w:val="0"/>
                <w:sz w:val="21"/>
              </w:rPr>
              <w:t>“深水杯”全国大学生给排水科技创新大赛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t>0.8</w:t>
            </w:r>
          </w:p>
        </w:tc>
      </w:tr>
      <w:tr>
        <w:tc>
          <w:tcPr>
            <w:tcW w:type="dxa" w:w="2158"/>
          </w:tcPr>
          <w:p>
            <w:pPr>
              <w:spacing w:after="20" w:before="20"/>
            </w:pPr>
            <w:r/>
            <w:r>
              <w:rPr>
                <w:rFonts w:ascii="Times New Roman" w:hAnsi="Times New Roman" w:eastAsia="宋体"/>
                <w:b w:val="0"/>
                <w:sz w:val="21"/>
              </w:rPr>
              <w:t>14</w:t>
            </w:r>
          </w:p>
        </w:tc>
        <w:tc>
          <w:tcPr>
            <w:tcW w:type="dxa" w:w="2158"/>
          </w:tcPr>
          <w:p>
            <w:pPr>
              <w:spacing w:after="20" w:before="20"/>
            </w:pPr>
            <w:r/>
            <w:r>
              <w:rPr>
                <w:rFonts w:ascii="Times New Roman" w:hAnsi="Times New Roman" w:eastAsia="宋体"/>
                <w:b w:val="0"/>
                <w:sz w:val="21"/>
              </w:rPr>
              <w:t>全国高校BIM毕业设计创新大赛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t>0.5</w:t>
            </w:r>
          </w:p>
        </w:tc>
      </w:tr>
      <w:tr>
        <w:tc>
          <w:tcPr>
            <w:tcW w:type="dxa" w:w="2158"/>
          </w:tcPr>
          <w:p>
            <w:pPr>
              <w:spacing w:after="20" w:before="20"/>
            </w:pPr>
            <w:r/>
            <w:r>
              <w:rPr>
                <w:rFonts w:ascii="Times New Roman" w:hAnsi="Times New Roman" w:eastAsia="宋体"/>
                <w:b w:val="0"/>
                <w:sz w:val="21"/>
              </w:rPr>
              <w:t>15</w:t>
            </w:r>
          </w:p>
        </w:tc>
        <w:tc>
          <w:tcPr>
            <w:tcW w:type="dxa" w:w="2158"/>
          </w:tcPr>
          <w:p>
            <w:pPr>
              <w:spacing w:after="20" w:before="20"/>
            </w:pPr>
            <w:r/>
            <w:r>
              <w:rPr>
                <w:rFonts w:ascii="Times New Roman" w:hAnsi="Times New Roman" w:eastAsia="宋体"/>
                <w:b w:val="0"/>
                <w:sz w:val="21"/>
              </w:rPr>
              <w:t>全国高校数字艺术设计大赛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t>0.5</w:t>
            </w:r>
          </w:p>
        </w:tc>
      </w:tr>
      <w:tr>
        <w:tc>
          <w:tcPr>
            <w:tcW w:type="dxa" w:w="2158"/>
          </w:tcPr>
          <w:p>
            <w:pPr>
              <w:spacing w:after="20" w:before="20"/>
            </w:pPr>
            <w:r/>
            <w:r>
              <w:rPr>
                <w:rFonts w:ascii="Times New Roman" w:hAnsi="Times New Roman" w:eastAsia="宋体"/>
                <w:b w:val="0"/>
                <w:sz w:val="21"/>
              </w:rPr>
              <w:t>16</w:t>
            </w:r>
          </w:p>
        </w:tc>
        <w:tc>
          <w:tcPr>
            <w:tcW w:type="dxa" w:w="2158"/>
          </w:tcPr>
          <w:p>
            <w:pPr>
              <w:spacing w:after="20" w:before="20"/>
            </w:pPr>
            <w:r/>
            <w:r>
              <w:rPr>
                <w:rFonts w:ascii="Times New Roman" w:hAnsi="Times New Roman" w:eastAsia="宋体"/>
                <w:b w:val="0"/>
                <w:sz w:val="21"/>
              </w:rPr>
              <w:t>国际（全国）大学生程序设计竞赛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t>0.6</w:t>
            </w:r>
          </w:p>
        </w:tc>
      </w:tr>
      <w:tr>
        <w:tc>
          <w:tcPr>
            <w:tcW w:type="dxa" w:w="2158"/>
          </w:tcPr>
          <w:p>
            <w:pPr>
              <w:spacing w:after="20" w:before="20"/>
            </w:pPr>
            <w:r/>
            <w:r>
              <w:rPr>
                <w:rFonts w:ascii="Times New Roman" w:hAnsi="Times New Roman" w:eastAsia="宋体"/>
                <w:b w:val="0"/>
                <w:sz w:val="21"/>
              </w:rPr>
              <w:t>17</w:t>
            </w:r>
          </w:p>
        </w:tc>
        <w:tc>
          <w:tcPr>
            <w:tcW w:type="dxa" w:w="2158"/>
          </w:tcPr>
          <w:p>
            <w:pPr>
              <w:spacing w:after="20" w:before="20"/>
            </w:pPr>
            <w:r/>
            <w:r>
              <w:rPr>
                <w:rFonts w:ascii="Times New Roman" w:hAnsi="Times New Roman" w:eastAsia="宋体"/>
                <w:b w:val="0"/>
                <w:sz w:val="21"/>
              </w:rPr>
              <w:t>全国大学生物联网设计竞赛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t>0.6</w:t>
            </w:r>
          </w:p>
        </w:tc>
      </w:tr>
      <w:tr>
        <w:tc>
          <w:tcPr>
            <w:tcW w:type="dxa" w:w="2158"/>
          </w:tcPr>
          <w:p>
            <w:pPr>
              <w:spacing w:after="20" w:before="20"/>
            </w:pPr>
            <w:r/>
            <w:r>
              <w:rPr>
                <w:rFonts w:ascii="Times New Roman" w:hAnsi="Times New Roman" w:eastAsia="宋体"/>
                <w:b w:val="0"/>
                <w:sz w:val="21"/>
              </w:rPr>
              <w:t>18</w:t>
            </w:r>
          </w:p>
        </w:tc>
        <w:tc>
          <w:tcPr>
            <w:tcW w:type="dxa" w:w="2158"/>
          </w:tcPr>
          <w:p>
            <w:pPr>
              <w:spacing w:after="20" w:before="20"/>
            </w:pPr>
            <w:r/>
            <w:r>
              <w:rPr>
                <w:rFonts w:ascii="Times New Roman" w:hAnsi="Times New Roman" w:eastAsia="宋体"/>
                <w:b w:val="0"/>
                <w:sz w:val="21"/>
              </w:rPr>
              <w:t>*中国大学生计算机设计大赛（软件开发与应用类、物联网应用类、大数据应用类、人工智能应用类）</w:t>
            </w:r>
          </w:p>
        </w:tc>
        <w:tc>
          <w:tcPr>
            <w:tcW w:type="dxa" w:w="2158"/>
          </w:tcPr>
          <w:p>
            <w:pPr>
              <w:spacing w:after="20" w:before="20"/>
            </w:pPr>
            <w:r/>
            <w:r>
              <w:rPr>
                <w:rFonts w:ascii="Times New Roman" w:hAnsi="Times New Roman" w:eastAsia="宋体"/>
                <w:b w:val="0"/>
                <w:sz w:val="21"/>
              </w:rPr>
              <w:t>每年1月-8月</w:t>
            </w:r>
          </w:p>
        </w:tc>
        <w:tc>
          <w:tcPr>
            <w:tcW w:type="dxa" w:w="2158"/>
          </w:tcPr>
          <w:p>
            <w:pPr>
              <w:spacing w:after="20" w:before="20"/>
            </w:pPr>
            <w:r/>
            <w:r>
              <w:rPr>
                <w:rFonts w:ascii="Times New Roman" w:hAnsi="Times New Roman" w:eastAsia="宋体"/>
                <w:b w:val="0"/>
                <w:sz w:val="21"/>
              </w:rPr>
              <w:t>0.6</w:t>
            </w:r>
          </w:p>
        </w:tc>
      </w:tr>
      <w:tr>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t>*中国大学生计算机设计大赛（其它类）</w:t>
            </w:r>
          </w:p>
        </w:tc>
        <w:tc>
          <w:tcPr>
            <w:tcW w:type="dxa" w:w="2158"/>
          </w:tcPr>
          <w:p>
            <w:pPr>
              <w:spacing w:after="20" w:before="20"/>
            </w:pPr>
            <w:r/>
            <w:r>
              <w:rPr>
                <w:rFonts w:ascii="Times New Roman" w:hAnsi="Times New Roman" w:eastAsia="宋体"/>
                <w:b w:val="0"/>
                <w:sz w:val="21"/>
              </w:rPr>
              <w:t>每年1月-8月</w:t>
            </w:r>
          </w:p>
        </w:tc>
        <w:tc>
          <w:tcPr>
            <w:tcW w:type="dxa" w:w="2158"/>
          </w:tcPr>
          <w:p>
            <w:pPr>
              <w:spacing w:after="20" w:before="20"/>
            </w:pPr>
            <w:r/>
            <w:r>
              <w:rPr>
                <w:rFonts w:ascii="Times New Roman" w:hAnsi="Times New Roman" w:eastAsia="宋体"/>
                <w:b w:val="0"/>
                <w:sz w:val="21"/>
              </w:rPr>
              <w:t>0.5</w:t>
            </w:r>
          </w:p>
        </w:tc>
      </w:tr>
      <w:tr>
        <w:tc>
          <w:tcPr>
            <w:tcW w:type="dxa" w:w="2158"/>
          </w:tcPr>
          <w:p>
            <w:pPr>
              <w:spacing w:after="20" w:before="20"/>
            </w:pPr>
            <w:r/>
            <w:r>
              <w:rPr>
                <w:rFonts w:ascii="Times New Roman" w:hAnsi="Times New Roman" w:eastAsia="宋体"/>
                <w:b w:val="0"/>
                <w:sz w:val="21"/>
              </w:rPr>
              <w:t>19</w:t>
            </w:r>
          </w:p>
        </w:tc>
        <w:tc>
          <w:tcPr>
            <w:tcW w:type="dxa" w:w="2158"/>
          </w:tcPr>
          <w:p>
            <w:pPr>
              <w:spacing w:after="20" w:before="20"/>
            </w:pPr>
            <w:r/>
            <w:r>
              <w:rPr>
                <w:rFonts w:ascii="Times New Roman" w:hAnsi="Times New Roman" w:eastAsia="宋体"/>
                <w:b w:val="0"/>
                <w:sz w:val="21"/>
              </w:rPr>
              <w:t>*蓝桥杯全国软件和信息技术专业人才大赛（软件赛、项目实战赛）</w:t>
            </w:r>
          </w:p>
        </w:tc>
        <w:tc>
          <w:tcPr>
            <w:tcW w:type="dxa" w:w="2158"/>
          </w:tcPr>
          <w:p>
            <w:pPr>
              <w:spacing w:after="20" w:before="20"/>
            </w:pPr>
            <w:r/>
            <w:r>
              <w:rPr>
                <w:rFonts w:ascii="Times New Roman" w:hAnsi="Times New Roman" w:eastAsia="宋体"/>
                <w:b w:val="0"/>
                <w:sz w:val="21"/>
              </w:rPr>
              <w:t>每年11月-次年5月</w:t>
            </w:r>
          </w:p>
        </w:tc>
        <w:tc>
          <w:tcPr>
            <w:tcW w:type="dxa" w:w="2158"/>
          </w:tcPr>
          <w:p>
            <w:pPr>
              <w:spacing w:after="20" w:before="20"/>
            </w:pPr>
            <w:r/>
            <w:r>
              <w:rPr>
                <w:rFonts w:ascii="Times New Roman" w:hAnsi="Times New Roman" w:eastAsia="宋体"/>
                <w:b w:val="0"/>
                <w:sz w:val="21"/>
              </w:rPr>
              <w:t>0.6</w:t>
            </w:r>
          </w:p>
        </w:tc>
      </w:tr>
      <w:tr>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t>*蓝桥杯全国软件和信息技术专业人才大赛（其它赛）</w:t>
            </w:r>
          </w:p>
        </w:tc>
        <w:tc>
          <w:tcPr>
            <w:tcW w:type="dxa" w:w="2158"/>
          </w:tcPr>
          <w:p>
            <w:pPr>
              <w:spacing w:after="20" w:before="20"/>
            </w:pPr>
            <w:r/>
            <w:r>
              <w:rPr>
                <w:rFonts w:ascii="Times New Roman" w:hAnsi="Times New Roman" w:eastAsia="宋体"/>
                <w:b w:val="0"/>
                <w:sz w:val="21"/>
              </w:rPr>
              <w:t>每年11月-次年5月</w:t>
            </w:r>
          </w:p>
        </w:tc>
        <w:tc>
          <w:tcPr>
            <w:tcW w:type="dxa" w:w="2158"/>
          </w:tcPr>
          <w:p>
            <w:pPr>
              <w:spacing w:after="20" w:before="20"/>
            </w:pPr>
            <w:r/>
            <w:r>
              <w:rPr>
                <w:rFonts w:ascii="Times New Roman" w:hAnsi="Times New Roman" w:eastAsia="宋体"/>
                <w:b w:val="0"/>
                <w:sz w:val="21"/>
              </w:rPr>
              <w:t>0.5</w:t>
            </w:r>
          </w:p>
        </w:tc>
      </w:tr>
      <w:tr>
        <w:tc>
          <w:tcPr>
            <w:tcW w:type="dxa" w:w="2158"/>
          </w:tcPr>
          <w:p>
            <w:pPr>
              <w:spacing w:after="20" w:before="20"/>
            </w:pPr>
            <w:r/>
            <w:r>
              <w:rPr>
                <w:rFonts w:ascii="Times New Roman" w:hAnsi="Times New Roman" w:eastAsia="宋体"/>
                <w:b w:val="0"/>
                <w:sz w:val="21"/>
              </w:rPr>
              <w:t>20</w:t>
            </w:r>
          </w:p>
        </w:tc>
        <w:tc>
          <w:tcPr>
            <w:tcW w:type="dxa" w:w="2158"/>
          </w:tcPr>
          <w:p>
            <w:pPr>
              <w:spacing w:after="20" w:before="20"/>
            </w:pPr>
            <w:r/>
            <w:r>
              <w:rPr>
                <w:rFonts w:ascii="Times New Roman" w:hAnsi="Times New Roman" w:eastAsia="宋体"/>
                <w:b w:val="0"/>
                <w:sz w:val="21"/>
              </w:rPr>
              <w:t>*中国高校计算机大赛（大数据挑战赛、团体程序设计天梯赛、人工智能创意赛、异动应用创新赛、智能交互赛）</w:t>
            </w:r>
          </w:p>
        </w:tc>
        <w:tc>
          <w:tcPr>
            <w:tcW w:type="dxa" w:w="2158"/>
          </w:tcPr>
          <w:p>
            <w:pPr>
              <w:spacing w:after="20" w:before="20"/>
            </w:pPr>
            <w:r/>
            <w:r>
              <w:rPr>
                <w:rFonts w:ascii="Times New Roman" w:hAnsi="Times New Roman" w:eastAsia="宋体"/>
                <w:b w:val="0"/>
                <w:sz w:val="21"/>
              </w:rPr>
              <w:t>每年1月-11月</w:t>
            </w:r>
          </w:p>
        </w:tc>
        <w:tc>
          <w:tcPr>
            <w:tcW w:type="dxa" w:w="2158"/>
          </w:tcPr>
          <w:p>
            <w:pPr>
              <w:spacing w:after="20" w:before="20"/>
            </w:pPr>
            <w:r/>
            <w:r>
              <w:rPr>
                <w:rFonts w:ascii="Times New Roman" w:hAnsi="Times New Roman" w:eastAsia="宋体"/>
                <w:b w:val="0"/>
                <w:sz w:val="21"/>
              </w:rPr>
              <w:t>0.6</w:t>
            </w:r>
          </w:p>
        </w:tc>
      </w:tr>
      <w:tr>
        <w:tc>
          <w:tcPr>
            <w:tcW w:type="dxa" w:w="2158"/>
          </w:tcPr>
          <w:p>
            <w:pPr>
              <w:spacing w:after="20" w:before="20"/>
            </w:pPr>
            <w:r/>
            <w:r>
              <w:rPr>
                <w:rFonts w:ascii="Times New Roman" w:hAnsi="Times New Roman" w:eastAsia="宋体"/>
                <w:b w:val="0"/>
                <w:sz w:val="21"/>
              </w:rPr>
              <w:t>21</w:t>
            </w:r>
          </w:p>
        </w:tc>
        <w:tc>
          <w:tcPr>
            <w:tcW w:type="dxa" w:w="2158"/>
          </w:tcPr>
          <w:p>
            <w:pPr>
              <w:spacing w:after="20" w:before="20"/>
            </w:pPr>
            <w:r/>
            <w:r>
              <w:rPr>
                <w:rFonts w:ascii="Times New Roman" w:hAnsi="Times New Roman" w:eastAsia="宋体"/>
                <w:b w:val="0"/>
                <w:sz w:val="21"/>
              </w:rPr>
              <w:t>全国大学生GIS应用技能大赛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t>0.6</w:t>
            </w:r>
          </w:p>
        </w:tc>
      </w:tr>
      <w:tr>
        <w:tc>
          <w:tcPr>
            <w:tcW w:type="dxa" w:w="2158"/>
          </w:tcPr>
          <w:p>
            <w:pPr>
              <w:spacing w:after="20" w:before="20"/>
            </w:pPr>
            <w:r/>
            <w:r>
              <w:rPr>
                <w:rFonts w:ascii="Times New Roman" w:hAnsi="Times New Roman" w:eastAsia="宋体"/>
                <w:b w:val="0"/>
                <w:sz w:val="21"/>
              </w:rPr>
              <w:t>22</w:t>
            </w:r>
          </w:p>
        </w:tc>
        <w:tc>
          <w:tcPr>
            <w:tcW w:type="dxa" w:w="2158"/>
          </w:tcPr>
          <w:p>
            <w:pPr>
              <w:spacing w:after="20" w:before="20"/>
            </w:pPr>
            <w:r/>
            <w:r>
              <w:rPr>
                <w:rFonts w:ascii="Times New Roman" w:hAnsi="Times New Roman" w:eastAsia="宋体"/>
                <w:b w:val="0"/>
                <w:sz w:val="21"/>
              </w:rPr>
              <w:t>*“中国软件杯”大学生软件设计大赛</w:t>
            </w:r>
          </w:p>
        </w:tc>
        <w:tc>
          <w:tcPr>
            <w:tcW w:type="dxa" w:w="2158"/>
          </w:tcPr>
          <w:p>
            <w:pPr>
              <w:spacing w:after="20" w:before="20"/>
            </w:pPr>
            <w:r/>
            <w:r>
              <w:rPr>
                <w:rFonts w:ascii="Times New Roman" w:hAnsi="Times New Roman" w:eastAsia="宋体"/>
                <w:b w:val="0"/>
                <w:sz w:val="21"/>
              </w:rPr>
              <w:t>每年1月-7月</w:t>
            </w:r>
          </w:p>
        </w:tc>
        <w:tc>
          <w:tcPr>
            <w:tcW w:type="dxa" w:w="2158"/>
          </w:tcPr>
          <w:p>
            <w:pPr>
              <w:spacing w:after="20" w:before="20"/>
            </w:pPr>
            <w:r/>
            <w:r>
              <w:rPr>
                <w:rFonts w:ascii="Times New Roman" w:hAnsi="Times New Roman" w:eastAsia="宋体"/>
                <w:b w:val="0"/>
                <w:sz w:val="21"/>
              </w:rPr>
              <w:t>0.6</w:t>
            </w:r>
          </w:p>
        </w:tc>
      </w:tr>
      <w:tr>
        <w:tc>
          <w:tcPr>
            <w:tcW w:type="dxa" w:w="2158"/>
          </w:tcPr>
          <w:p>
            <w:pPr>
              <w:spacing w:after="20" w:before="20"/>
            </w:pPr>
            <w:r/>
            <w:r>
              <w:rPr>
                <w:rFonts w:ascii="Times New Roman" w:hAnsi="Times New Roman" w:eastAsia="宋体"/>
                <w:b w:val="0"/>
                <w:sz w:val="21"/>
              </w:rPr>
              <w:t>23</w:t>
            </w:r>
          </w:p>
        </w:tc>
        <w:tc>
          <w:tcPr>
            <w:tcW w:type="dxa" w:w="2158"/>
          </w:tcPr>
          <w:p>
            <w:pPr>
              <w:spacing w:after="20" w:before="20"/>
            </w:pPr>
            <w:r/>
            <w:r>
              <w:rPr>
                <w:rFonts w:ascii="Times New Roman" w:hAnsi="Times New Roman" w:eastAsia="宋体"/>
                <w:b w:val="0"/>
                <w:sz w:val="21"/>
              </w:rPr>
              <w:t>*全国大学生测绘学科创新创业智能大赛</w:t>
            </w:r>
          </w:p>
        </w:tc>
        <w:tc>
          <w:tcPr>
            <w:tcW w:type="dxa" w:w="2158"/>
          </w:tcPr>
          <w:p>
            <w:pPr>
              <w:spacing w:after="20" w:before="20"/>
            </w:pPr>
            <w:r/>
            <w:r>
              <w:rPr>
                <w:rFonts w:ascii="Times New Roman" w:hAnsi="Times New Roman" w:eastAsia="宋体"/>
                <w:b w:val="0"/>
                <w:sz w:val="21"/>
              </w:rPr>
              <w:t>每年4月-8月</w:t>
            </w:r>
          </w:p>
        </w:tc>
        <w:tc>
          <w:tcPr>
            <w:tcW w:type="dxa" w:w="2158"/>
          </w:tcPr>
          <w:p>
            <w:pPr>
              <w:spacing w:after="20" w:before="20"/>
            </w:pPr>
            <w:r/>
            <w:r>
              <w:rPr>
                <w:rFonts w:ascii="Times New Roman" w:hAnsi="Times New Roman" w:eastAsia="宋体"/>
                <w:b w:val="0"/>
                <w:sz w:val="21"/>
              </w:rPr>
              <w:t>0.7</w:t>
            </w:r>
          </w:p>
        </w:tc>
      </w:tr>
      <w:tr>
        <w:tc>
          <w:tcPr>
            <w:tcW w:type="dxa" w:w="2158"/>
          </w:tcPr>
          <w:p>
            <w:pPr>
              <w:spacing w:after="20" w:before="20"/>
            </w:pPr>
            <w:r/>
            <w:r>
              <w:rPr>
                <w:rFonts w:ascii="Times New Roman" w:hAnsi="Times New Roman" w:eastAsia="宋体"/>
                <w:b w:val="0"/>
                <w:sz w:val="21"/>
              </w:rPr>
              <w:t>24</w:t>
            </w:r>
          </w:p>
        </w:tc>
        <w:tc>
          <w:tcPr>
            <w:tcW w:type="dxa" w:w="2158"/>
          </w:tcPr>
          <w:p>
            <w:pPr>
              <w:spacing w:after="20" w:before="20"/>
            </w:pPr>
            <w:r/>
            <w:r>
              <w:rPr>
                <w:rFonts w:ascii="Times New Roman" w:hAnsi="Times New Roman" w:eastAsia="宋体"/>
                <w:b w:val="0"/>
                <w:sz w:val="21"/>
              </w:rPr>
              <w:t>中国大学生工程实践与创新能力大赛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t>0.6</w:t>
            </w:r>
          </w:p>
        </w:tc>
      </w:tr>
      <w:tr>
        <w:tc>
          <w:tcPr>
            <w:tcW w:type="dxa" w:w="2158"/>
          </w:tcPr>
          <w:p>
            <w:pPr>
              <w:spacing w:after="20" w:before="20"/>
            </w:pPr>
            <w:r/>
            <w:r>
              <w:rPr>
                <w:rFonts w:ascii="Times New Roman" w:hAnsi="Times New Roman" w:eastAsia="宋体"/>
                <w:b w:val="0"/>
                <w:sz w:val="21"/>
              </w:rPr>
              <w:t>25</w:t>
            </w:r>
          </w:p>
        </w:tc>
        <w:tc>
          <w:tcPr>
            <w:tcW w:type="dxa" w:w="2158"/>
          </w:tcPr>
          <w:p>
            <w:pPr>
              <w:spacing w:after="20" w:before="20"/>
            </w:pPr>
            <w:r/>
            <w:r>
              <w:rPr>
                <w:rFonts w:ascii="Times New Roman" w:hAnsi="Times New Roman" w:eastAsia="宋体"/>
                <w:b w:val="0"/>
                <w:sz w:val="21"/>
              </w:rPr>
              <w:t>中国机器人大赛暨Robocup机器人世界杯中国赛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t>0.6</w:t>
            </w:r>
          </w:p>
        </w:tc>
      </w:tr>
      <w:tr>
        <w:tc>
          <w:tcPr>
            <w:tcW w:type="dxa" w:w="2158"/>
          </w:tcPr>
          <w:p>
            <w:pPr>
              <w:spacing w:after="20" w:before="20"/>
            </w:pPr>
            <w:r/>
            <w:r>
              <w:rPr>
                <w:rFonts w:ascii="Times New Roman" w:hAnsi="Times New Roman" w:eastAsia="宋体"/>
                <w:b w:val="0"/>
                <w:sz w:val="21"/>
              </w:rPr>
              <w:t>26</w:t>
            </w:r>
          </w:p>
        </w:tc>
        <w:tc>
          <w:tcPr>
            <w:tcW w:type="dxa" w:w="2158"/>
          </w:tcPr>
          <w:p>
            <w:pPr>
              <w:spacing w:after="20" w:before="20"/>
            </w:pPr>
            <w:r/>
            <w:r>
              <w:rPr>
                <w:rFonts w:ascii="Times New Roman" w:hAnsi="Times New Roman" w:eastAsia="宋体"/>
                <w:b w:val="0"/>
                <w:sz w:val="21"/>
              </w:rPr>
              <w:t>中国高校智能机器人创意大赛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t>0.6</w:t>
            </w:r>
          </w:p>
        </w:tc>
      </w:tr>
      <w:tr>
        <w:tc>
          <w:tcPr>
            <w:tcW w:type="dxa" w:w="2158"/>
          </w:tcPr>
          <w:p>
            <w:pPr>
              <w:spacing w:after="20" w:before="20"/>
            </w:pPr>
            <w:r/>
            <w:r>
              <w:rPr>
                <w:rFonts w:ascii="Times New Roman" w:hAnsi="Times New Roman" w:eastAsia="宋体"/>
                <w:b w:val="0"/>
                <w:sz w:val="21"/>
              </w:rPr>
              <w:t>27</w:t>
            </w:r>
          </w:p>
        </w:tc>
        <w:tc>
          <w:tcPr>
            <w:tcW w:type="dxa" w:w="2158"/>
          </w:tcPr>
          <w:p>
            <w:pPr>
              <w:spacing w:after="20" w:before="20"/>
            </w:pPr>
            <w:r/>
            <w:r>
              <w:rPr>
                <w:rFonts w:ascii="Times New Roman" w:hAnsi="Times New Roman" w:eastAsia="宋体"/>
                <w:b w:val="0"/>
                <w:sz w:val="21"/>
              </w:rPr>
              <w:t>全国高等院校大学生乡村规划方案竞赛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t>0.8</w:t>
            </w:r>
          </w:p>
        </w:tc>
      </w:tr>
      <w:tr>
        <w:tc>
          <w:tcPr>
            <w:tcW w:type="dxa" w:w="2158"/>
          </w:tcPr>
          <w:p>
            <w:pPr>
              <w:spacing w:after="20" w:before="20"/>
            </w:pPr>
            <w:r/>
            <w:r>
              <w:rPr>
                <w:rFonts w:ascii="Times New Roman" w:hAnsi="Times New Roman" w:eastAsia="宋体"/>
                <w:b w:val="0"/>
                <w:sz w:val="21"/>
              </w:rPr>
              <w:t>28</w:t>
            </w:r>
          </w:p>
        </w:tc>
        <w:tc>
          <w:tcPr>
            <w:tcW w:type="dxa" w:w="2158"/>
          </w:tcPr>
          <w:p>
            <w:pPr>
              <w:spacing w:after="20" w:before="20"/>
            </w:pPr>
            <w:r/>
            <w:r>
              <w:rPr>
                <w:rFonts w:ascii="Times New Roman" w:hAnsi="Times New Roman" w:eastAsia="宋体"/>
                <w:b w:val="0"/>
                <w:sz w:val="21"/>
              </w:rPr>
              <w:t>华为中国大学生ICT大赛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t>0.4</w:t>
            </w:r>
          </w:p>
        </w:tc>
      </w:tr>
      <w:tr>
        <w:tc>
          <w:tcPr>
            <w:tcW w:type="dxa" w:w="2158"/>
          </w:tcPr>
          <w:p>
            <w:pPr>
              <w:spacing w:after="20" w:before="20"/>
            </w:pPr>
            <w:r/>
            <w:r>
              <w:rPr>
                <w:rFonts w:ascii="Times New Roman" w:hAnsi="Times New Roman" w:eastAsia="宋体"/>
                <w:b w:val="0"/>
                <w:sz w:val="21"/>
              </w:rPr>
              <w:t>29</w:t>
            </w:r>
          </w:p>
        </w:tc>
        <w:tc>
          <w:tcPr>
            <w:tcW w:type="dxa" w:w="2158"/>
          </w:tcPr>
          <w:p>
            <w:pPr>
              <w:spacing w:after="20" w:before="20"/>
            </w:pPr>
            <w:r/>
            <w:r>
              <w:rPr>
                <w:rFonts w:ascii="Times New Roman" w:hAnsi="Times New Roman" w:eastAsia="宋体"/>
                <w:b w:val="0"/>
                <w:sz w:val="21"/>
              </w:rPr>
              <w:t>*全国大学生不动产估价技能大赛</w:t>
            </w:r>
          </w:p>
        </w:tc>
        <w:tc>
          <w:tcPr>
            <w:tcW w:type="dxa" w:w="2158"/>
          </w:tcPr>
          <w:p>
            <w:pPr>
              <w:spacing w:after="20" w:before="20"/>
            </w:pPr>
            <w:r/>
            <w:r>
              <w:rPr>
                <w:rFonts w:ascii="Times New Roman" w:hAnsi="Times New Roman" w:eastAsia="宋体"/>
                <w:b w:val="0"/>
                <w:sz w:val="21"/>
              </w:rPr>
              <w:t>每年3月-8月</w:t>
            </w:r>
          </w:p>
        </w:tc>
        <w:tc>
          <w:tcPr>
            <w:tcW w:type="dxa" w:w="2158"/>
          </w:tcPr>
          <w:p>
            <w:pPr>
              <w:spacing w:after="20" w:before="20"/>
            </w:pPr>
            <w:r/>
            <w:r>
              <w:rPr>
                <w:rFonts w:ascii="Times New Roman" w:hAnsi="Times New Roman" w:eastAsia="宋体"/>
                <w:b w:val="0"/>
                <w:sz w:val="21"/>
              </w:rPr>
              <w:t>0.8</w:t>
            </w:r>
          </w:p>
        </w:tc>
      </w:tr>
      <w:tr>
        <w:tc>
          <w:tcPr>
            <w:tcW w:type="dxa" w:w="2158"/>
          </w:tcPr>
          <w:p>
            <w:pPr>
              <w:spacing w:after="20" w:before="20"/>
            </w:pPr>
            <w:r/>
            <w:r>
              <w:rPr>
                <w:rFonts w:ascii="Times New Roman" w:hAnsi="Times New Roman" w:eastAsia="宋体"/>
                <w:b w:val="0"/>
                <w:sz w:val="21"/>
              </w:rPr>
              <w:t>30</w:t>
            </w:r>
          </w:p>
        </w:tc>
        <w:tc>
          <w:tcPr>
            <w:tcW w:type="dxa" w:w="2158"/>
          </w:tcPr>
          <w:p>
            <w:pPr>
              <w:spacing w:after="20" w:before="20"/>
            </w:pPr>
            <w:r/>
            <w:r>
              <w:rPr>
                <w:rFonts w:ascii="Times New Roman" w:hAnsi="Times New Roman" w:eastAsia="宋体"/>
                <w:b w:val="0"/>
                <w:sz w:val="21"/>
              </w:rPr>
              <w:t>全国大学生自然资源科技作品大赛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t>0.6</w:t>
            </w:r>
          </w:p>
        </w:tc>
      </w:tr>
      <w:tr>
        <w:tc>
          <w:tcPr>
            <w:tcW w:type="dxa" w:w="2158"/>
          </w:tcPr>
          <w:p>
            <w:pPr>
              <w:spacing w:after="20" w:before="20"/>
            </w:pPr>
            <w:r/>
            <w:r>
              <w:rPr>
                <w:rFonts w:ascii="Times New Roman" w:hAnsi="Times New Roman" w:eastAsia="宋体"/>
                <w:b w:val="0"/>
                <w:sz w:val="21"/>
              </w:rPr>
              <w:t>31</w:t>
            </w:r>
          </w:p>
        </w:tc>
        <w:tc>
          <w:tcPr>
            <w:tcW w:type="dxa" w:w="2158"/>
          </w:tcPr>
          <w:p>
            <w:pPr>
              <w:spacing w:after="20" w:before="20"/>
            </w:pPr>
            <w:r/>
            <w:r>
              <w:rPr>
                <w:rFonts w:ascii="Times New Roman" w:hAnsi="Times New Roman" w:eastAsia="宋体"/>
                <w:b w:val="0"/>
                <w:sz w:val="21"/>
              </w:rPr>
              <w:t>*全国大学生国土空间规划技能大赛</w:t>
            </w:r>
          </w:p>
        </w:tc>
        <w:tc>
          <w:tcPr>
            <w:tcW w:type="dxa" w:w="2158"/>
          </w:tcPr>
          <w:p>
            <w:pPr>
              <w:spacing w:after="20" w:before="20"/>
            </w:pPr>
            <w:r/>
            <w:r>
              <w:rPr>
                <w:rFonts w:ascii="Times New Roman" w:hAnsi="Times New Roman" w:eastAsia="宋体"/>
                <w:b w:val="0"/>
                <w:sz w:val="21"/>
              </w:rPr>
              <w:t>每年4月-8月</w:t>
            </w:r>
          </w:p>
        </w:tc>
        <w:tc>
          <w:tcPr>
            <w:tcW w:type="dxa" w:w="2158"/>
          </w:tcPr>
          <w:p>
            <w:pPr>
              <w:spacing w:after="20" w:before="20"/>
            </w:pPr>
            <w:r/>
            <w:r>
              <w:rPr>
                <w:rFonts w:ascii="Times New Roman" w:hAnsi="Times New Roman" w:eastAsia="宋体"/>
                <w:b w:val="0"/>
                <w:sz w:val="21"/>
              </w:rPr>
              <w:t>0.8</w:t>
            </w:r>
          </w:p>
        </w:tc>
      </w:tr>
      <w:tr>
        <w:tc>
          <w:tcPr>
            <w:tcW w:type="dxa" w:w="2158"/>
          </w:tcPr>
          <w:p>
            <w:pPr>
              <w:spacing w:after="20" w:before="20"/>
            </w:pPr>
            <w:r/>
            <w:r>
              <w:rPr>
                <w:rFonts w:ascii="Times New Roman" w:hAnsi="Times New Roman" w:eastAsia="宋体"/>
                <w:b w:val="0"/>
                <w:sz w:val="21"/>
              </w:rPr>
              <w:t>32</w:t>
            </w:r>
          </w:p>
        </w:tc>
        <w:tc>
          <w:tcPr>
            <w:tcW w:type="dxa" w:w="2158"/>
          </w:tcPr>
          <w:p>
            <w:pPr>
              <w:spacing w:after="20" w:before="20"/>
            </w:pPr>
            <w:r/>
            <w:r>
              <w:rPr>
                <w:rFonts w:ascii="Times New Roman" w:hAnsi="Times New Roman" w:eastAsia="宋体"/>
                <w:b w:val="0"/>
                <w:sz w:val="21"/>
              </w:rPr>
              <w:t>*全国大学生土地国情调查大赛</w:t>
            </w:r>
          </w:p>
        </w:tc>
        <w:tc>
          <w:tcPr>
            <w:tcW w:type="dxa" w:w="2158"/>
          </w:tcPr>
          <w:p>
            <w:pPr>
              <w:spacing w:after="20" w:before="20"/>
            </w:pPr>
            <w:r/>
            <w:r>
              <w:rPr>
                <w:rFonts w:ascii="Times New Roman" w:hAnsi="Times New Roman" w:eastAsia="宋体"/>
                <w:b w:val="0"/>
                <w:sz w:val="21"/>
              </w:rPr>
              <w:t>每年5月-11月</w:t>
            </w:r>
          </w:p>
        </w:tc>
        <w:tc>
          <w:tcPr>
            <w:tcW w:type="dxa" w:w="2158"/>
          </w:tcPr>
          <w:p>
            <w:pPr>
              <w:spacing w:after="20" w:before="20"/>
            </w:pPr>
            <w:r/>
            <w:r>
              <w:rPr>
                <w:rFonts w:ascii="Times New Roman" w:hAnsi="Times New Roman" w:eastAsia="宋体"/>
                <w:b w:val="0"/>
                <w:sz w:val="21"/>
              </w:rPr>
              <w:t>0.6</w:t>
            </w:r>
          </w:p>
        </w:tc>
      </w:tr>
      <w:tr>
        <w:tc>
          <w:tcPr>
            <w:tcW w:type="dxa" w:w="2158"/>
          </w:tcPr>
          <w:p>
            <w:pPr>
              <w:spacing w:after="20" w:before="20"/>
            </w:pPr>
            <w:r/>
            <w:r>
              <w:rPr>
                <w:rFonts w:ascii="Times New Roman" w:hAnsi="Times New Roman" w:eastAsia="宋体"/>
                <w:b w:val="0"/>
                <w:sz w:val="21"/>
              </w:rPr>
              <w:t>33</w:t>
            </w:r>
          </w:p>
        </w:tc>
        <w:tc>
          <w:tcPr>
            <w:tcW w:type="dxa" w:w="2158"/>
          </w:tcPr>
          <w:p>
            <w:pPr>
              <w:spacing w:after="20" w:before="20"/>
            </w:pPr>
            <w:r/>
            <w:r>
              <w:rPr>
                <w:rFonts w:ascii="Times New Roman" w:hAnsi="Times New Roman" w:eastAsia="宋体"/>
                <w:b w:val="0"/>
                <w:sz w:val="21"/>
              </w:rPr>
              <w:t>*“星湖杯”全国地图设计大赛</w:t>
            </w:r>
          </w:p>
        </w:tc>
        <w:tc>
          <w:tcPr>
            <w:tcW w:type="dxa" w:w="2158"/>
          </w:tcPr>
          <w:p>
            <w:pPr>
              <w:spacing w:after="20" w:before="20"/>
            </w:pPr>
            <w:r/>
            <w:r>
              <w:rPr>
                <w:rFonts w:ascii="Times New Roman" w:hAnsi="Times New Roman" w:eastAsia="宋体"/>
                <w:b w:val="0"/>
                <w:sz w:val="21"/>
              </w:rPr>
              <w:t>每年6月-10月</w:t>
            </w:r>
          </w:p>
        </w:tc>
        <w:tc>
          <w:tcPr>
            <w:tcW w:type="dxa" w:w="2158"/>
          </w:tcPr>
          <w:p>
            <w:pPr>
              <w:spacing w:after="20" w:before="20"/>
            </w:pPr>
            <w:r/>
            <w:r>
              <w:rPr>
                <w:rFonts w:ascii="Times New Roman" w:hAnsi="Times New Roman" w:eastAsia="宋体"/>
                <w:b w:val="0"/>
                <w:sz w:val="21"/>
              </w:rPr>
              <w:t>0.9</w:t>
            </w:r>
          </w:p>
        </w:tc>
      </w:tr>
    </w:tbl>
    <w:p>
      <w:pPr>
        <w:spacing w:before="160" w:after="80" w:lineRule="auto" w:line="360"/>
        <w:jc w:val="left"/>
      </w:pPr>
      <w:r>
        <w:rPr>
          <w:rFonts w:ascii="Times New Roman" w:hAnsi="Times New Roman" w:eastAsia="宋体"/>
          <w:b/>
          <w:sz w:val="28"/>
        </w:rPr>
        <w:t>八、学院推荐赛事的简介</w:t>
      </w:r>
    </w:p>
    <w:p>
      <w:pPr>
        <w:spacing w:after="80" w:lineRule="auto" w:line="360"/>
        <w:ind w:firstLine="482"/>
        <w:jc w:val="both"/>
      </w:pPr>
      <w:r>
        <w:rPr>
          <w:rFonts w:ascii="Times New Roman" w:hAnsi="Times New Roman" w:eastAsia="宋体"/>
          <w:b w:val="0"/>
          <w:sz w:val="24"/>
        </w:rPr>
        <w:t>I 类赛事</w:t>
      </w:r>
    </w:p>
    <w:p>
      <w:pPr>
        <w:spacing w:after="80" w:lineRule="auto" w:line="360"/>
        <w:ind w:firstLine="482"/>
        <w:jc w:val="both"/>
      </w:pPr>
      <w:r>
        <w:rPr>
          <w:rFonts w:ascii="Times New Roman" w:hAnsi="Times New Roman" w:eastAsia="宋体"/>
          <w:b w:val="0"/>
          <w:sz w:val="24"/>
        </w:rPr>
        <w:t>1. 中国国际大学生创新大赛</w:t>
      </w:r>
    </w:p>
    <w:p>
      <w:pPr>
        <w:spacing w:after="80" w:lineRule="auto" w:line="360"/>
        <w:ind w:firstLine="482"/>
        <w:jc w:val="both"/>
      </w:pPr>
      <w:r>
        <w:rPr>
          <w:rFonts w:ascii="Times New Roman" w:hAnsi="Times New Roman" w:eastAsia="宋体"/>
          <w:b w:val="0"/>
          <w:sz w:val="24"/>
        </w:rPr>
        <w:t>大赛创立于2015年，由教育部联合其他部委共同主办，采用校级初赛、省级复赛、全国总决赛三级赛制（不含萌芽板块）。校级初赛由各院校负责组织，省级复赛由各地负责组织，全国总决赛由各地按照大赛组委会确定的配额择优遴选推荐项目。比赛含四条赛道，高校一般参加高教主赛道（含创意组、创业组）和青年红色筑梦之旅赛道（含公益组、创意组、创业组）。</w:t>
      </w:r>
    </w:p>
    <w:p>
      <w:pPr>
        <w:spacing w:after="80" w:lineRule="auto" w:line="360"/>
        <w:ind w:firstLine="482"/>
        <w:jc w:val="both"/>
      </w:pPr>
      <w:r>
        <w:rPr>
          <w:rFonts w:ascii="Times New Roman" w:hAnsi="Times New Roman" w:eastAsia="宋体"/>
          <w:b w:val="0"/>
          <w:sz w:val="24"/>
        </w:rPr>
        <w:t>赛事官网：http://cy.ncss.cn</w:t>
      </w:r>
    </w:p>
    <w:p>
      <w:pPr>
        <w:spacing w:after="80" w:lineRule="auto" w:line="360"/>
        <w:ind w:firstLine="482"/>
        <w:jc w:val="both"/>
      </w:pPr>
      <w:r>
        <w:rPr>
          <w:rFonts w:ascii="Times New Roman" w:hAnsi="Times New Roman" w:eastAsia="宋体"/>
          <w:b w:val="0"/>
          <w:sz w:val="24"/>
        </w:rPr>
        <w:t>2. “挑战杯”全国大学生课外学术科技作品竞赛和中国大学生创业计划竞赛</w:t>
      </w:r>
    </w:p>
    <w:p>
      <w:pPr>
        <w:spacing w:after="80" w:lineRule="auto" w:line="360"/>
        <w:ind w:firstLine="482"/>
        <w:jc w:val="both"/>
      </w:pPr>
      <w:r>
        <w:rPr>
          <w:rFonts w:ascii="Times New Roman" w:hAnsi="Times New Roman" w:eastAsia="宋体"/>
          <w:b w:val="0"/>
          <w:sz w:val="24"/>
        </w:rPr>
        <w:t>挑战杯是“挑战杯”全国大学生系列科技学术竞赛的简称，是由共青团中央、中国科协、教育部和全国学联共同主办的全国性的大学生课外学术实践竞赛。“挑战杯”竞赛在中国共有两个并列项目，一个是“挑战杯”中国大学生创业计划竞赛，另一个则是“挑战杯”全国大学生课外学术科技作品竞赛。这两个项目的全国竞赛交叉轮流开展，每个项目每两年举办一届。</w:t>
      </w:r>
    </w:p>
    <w:p>
      <w:pPr>
        <w:spacing w:after="80" w:lineRule="auto" w:line="360"/>
        <w:ind w:firstLine="482"/>
        <w:jc w:val="both"/>
      </w:pPr>
      <w:r>
        <w:rPr>
          <w:rFonts w:ascii="Times New Roman" w:hAnsi="Times New Roman" w:eastAsia="宋体"/>
          <w:b w:val="0"/>
          <w:sz w:val="24"/>
        </w:rPr>
        <w:t>竞赛采取学校、省（自治区、直辖市）和全国三级赛制，分预赛、复赛、决赛三个赛段进行。</w:t>
      </w:r>
    </w:p>
    <w:p>
      <w:pPr>
        <w:spacing w:after="80" w:lineRule="auto" w:line="360"/>
        <w:ind w:firstLine="482"/>
        <w:jc w:val="both"/>
      </w:pPr>
      <w:r>
        <w:rPr>
          <w:rFonts w:ascii="Times New Roman" w:hAnsi="Times New Roman" w:eastAsia="宋体"/>
          <w:b w:val="0"/>
          <w:sz w:val="24"/>
        </w:rPr>
        <w:t>赛事官网：http://www.tiaozhanbei.net</w:t>
      </w:r>
    </w:p>
    <w:p>
      <w:pPr>
        <w:spacing w:after="80" w:lineRule="auto" w:line="360"/>
        <w:ind w:firstLine="482"/>
        <w:jc w:val="both"/>
      </w:pPr>
      <w:r>
        <w:rPr>
          <w:rFonts w:ascii="Times New Roman" w:hAnsi="Times New Roman" w:eastAsia="宋体"/>
          <w:b w:val="0"/>
          <w:sz w:val="24"/>
        </w:rPr>
        <w:t>3. 全国大学生数学建模竞赛</w:t>
      </w:r>
    </w:p>
    <w:p>
      <w:pPr>
        <w:spacing w:after="80" w:lineRule="auto" w:line="360"/>
        <w:ind w:firstLine="482"/>
        <w:jc w:val="both"/>
      </w:pPr>
      <w:r>
        <w:rPr>
          <w:rFonts w:ascii="Times New Roman" w:hAnsi="Times New Roman" w:eastAsia="宋体"/>
          <w:b w:val="0"/>
          <w:sz w:val="24"/>
        </w:rPr>
        <w:t>全国大学生数学建模竞赛创办于1992年，是中国工业与应用数学学会主办的面向全国大学生的群众性科技活动，目的在于激励学生学习数学的积极性，提高学生建立数学模型和运用计算机技术解决实际问题的综合能力。竞赛每年举办一次，全国统一竞赛题目，采取通讯竞赛方式。赛事分赛区赛和全国赛，大学生以队为单位参赛，每队不超过3人（须属于同一所学校），专业不限。湖北赛区比赛一般为国赛前一年的10月左右。</w:t>
      </w:r>
    </w:p>
    <w:p>
      <w:pPr>
        <w:spacing w:after="80" w:lineRule="auto" w:line="360"/>
        <w:ind w:firstLine="482"/>
        <w:jc w:val="both"/>
      </w:pPr>
      <w:r>
        <w:rPr>
          <w:rFonts w:ascii="Times New Roman" w:hAnsi="Times New Roman" w:eastAsia="宋体"/>
          <w:b w:val="0"/>
          <w:sz w:val="24"/>
        </w:rPr>
        <w:t>赛事官网：http://www.mcm.edu.cn</w:t>
      </w:r>
    </w:p>
    <w:p>
      <w:pPr>
        <w:spacing w:after="80" w:lineRule="auto" w:line="360"/>
        <w:ind w:firstLine="482"/>
        <w:jc w:val="both"/>
      </w:pPr>
      <w:r>
        <w:rPr>
          <w:rFonts w:ascii="Times New Roman" w:hAnsi="Times New Roman" w:eastAsia="宋体"/>
          <w:b w:val="0"/>
          <w:sz w:val="24"/>
        </w:rPr>
        <w:t>II 类赛事</w:t>
      </w:r>
    </w:p>
    <w:p>
      <w:pPr>
        <w:spacing w:after="80" w:lineRule="auto" w:line="360"/>
        <w:ind w:firstLine="482"/>
        <w:jc w:val="both"/>
      </w:pPr>
      <w:r>
        <w:rPr>
          <w:rFonts w:ascii="Times New Roman" w:hAnsi="Times New Roman" w:eastAsia="宋体"/>
          <w:b w:val="0"/>
          <w:sz w:val="24"/>
        </w:rPr>
        <w:t>1. 外研社全国大学生英语系列赛</w:t>
      </w:r>
    </w:p>
    <w:p>
      <w:pPr>
        <w:spacing w:after="80" w:lineRule="auto" w:line="360"/>
        <w:ind w:firstLine="482"/>
        <w:jc w:val="both"/>
      </w:pPr>
      <w:r>
        <w:rPr>
          <w:rFonts w:ascii="Times New Roman" w:hAnsi="Times New Roman" w:eastAsia="宋体"/>
          <w:b w:val="0"/>
          <w:sz w:val="24"/>
        </w:rPr>
        <w:t>外研社全国大学生英语系列赛创办于2002年，2018年大赛名称扩展为“外研社·国才杯”全国英语演讲、写作、阅读大赛，由外研社与教育部高等学校大学外语教学指导委员会、教育部高等学校英语专业教学指导分委员会联合举办，是全国参赛人数最多、规模最大、水平最高的英语赛事，是大学生呈现风采、实现自我的广阔舞台，也是外语教育领域体现智慧、展现创新的沟通平台。</w:t>
      </w:r>
    </w:p>
    <w:p>
      <w:pPr>
        <w:spacing w:after="80" w:lineRule="auto" w:line="360"/>
        <w:ind w:firstLine="482"/>
        <w:jc w:val="both"/>
      </w:pPr>
      <w:r>
        <w:rPr>
          <w:rFonts w:ascii="Times New Roman" w:hAnsi="Times New Roman" w:eastAsia="宋体"/>
          <w:b w:val="0"/>
          <w:sz w:val="24"/>
        </w:rPr>
        <w:t>赛事官网：http://uchallenge.unipus.cn</w:t>
      </w:r>
    </w:p>
    <w:p>
      <w:pPr>
        <w:spacing w:after="80" w:lineRule="auto" w:line="360"/>
        <w:ind w:firstLine="482"/>
        <w:jc w:val="both"/>
      </w:pPr>
      <w:r>
        <w:rPr>
          <w:rFonts w:ascii="Times New Roman" w:hAnsi="Times New Roman" w:eastAsia="宋体"/>
          <w:b w:val="0"/>
          <w:sz w:val="24"/>
        </w:rPr>
        <w:t>2. 美国大学生数学建模竞赛</w:t>
      </w:r>
    </w:p>
    <w:p>
      <w:pPr>
        <w:spacing w:after="80" w:lineRule="auto" w:line="360"/>
        <w:ind w:firstLine="482"/>
        <w:jc w:val="both"/>
      </w:pPr>
      <w:r>
        <w:rPr>
          <w:rFonts w:ascii="Times New Roman" w:hAnsi="Times New Roman" w:eastAsia="宋体"/>
          <w:b w:val="0"/>
          <w:sz w:val="24"/>
        </w:rPr>
        <w:t>美国大学生数学建模竞赛（MCM/ICM）由美国数学及其应用联合会主办，是唯一的国际性数学建模竞赛，也是世界范围内最具影响力的数学建模竞赛，创办于1985年。赛题内容涉及经济、管理、环境、资源、生态、医学、安全、等众多领域。竞赛要求三人（本科生）为一组，在四天时间内，就指定的问题完成从建立模型、求解、验证到论文撰写的全部工作，体现了参赛选手研究问题、解决方案的能力及团队合作精神。</w:t>
      </w:r>
    </w:p>
    <w:p>
      <w:pPr>
        <w:spacing w:after="80" w:lineRule="auto" w:line="360"/>
        <w:ind w:firstLine="482"/>
        <w:jc w:val="both"/>
      </w:pPr>
      <w:r>
        <w:rPr>
          <w:rFonts w:ascii="Times New Roman" w:hAnsi="Times New Roman" w:eastAsia="宋体"/>
          <w:b w:val="0"/>
          <w:sz w:val="24"/>
        </w:rPr>
        <w:t>赛事官网：https://www.comap.com</w:t>
      </w:r>
    </w:p>
    <w:p>
      <w:pPr>
        <w:spacing w:after="80" w:lineRule="auto" w:line="360"/>
        <w:ind w:firstLine="482"/>
        <w:jc w:val="both"/>
      </w:pPr>
      <w:r>
        <w:rPr>
          <w:rFonts w:ascii="Times New Roman" w:hAnsi="Times New Roman" w:eastAsia="宋体"/>
          <w:b w:val="0"/>
          <w:sz w:val="24"/>
        </w:rPr>
        <w:t>3. 全国大学生数学竞赛</w:t>
      </w:r>
    </w:p>
    <w:p>
      <w:pPr>
        <w:spacing w:after="80" w:lineRule="auto" w:line="360"/>
        <w:ind w:firstLine="482"/>
        <w:jc w:val="both"/>
      </w:pPr>
      <w:r>
        <w:rPr>
          <w:rFonts w:ascii="Times New Roman" w:hAnsi="Times New Roman" w:eastAsia="宋体"/>
          <w:b w:val="0"/>
          <w:sz w:val="24"/>
        </w:rPr>
        <w:t>全国大学生数学竞赛创立于2009年，该赛事由中国数学会举办，各高校轮流承办，是一项面向本科生的全国性高水平学科竞赛。参赛对象为大学本科二年级及以上的在校学生，分为非数学专业组和数学专业组，分赛区初赛和全国决赛。</w:t>
      </w:r>
    </w:p>
    <w:p>
      <w:pPr>
        <w:spacing w:after="80" w:lineRule="auto" w:line="360"/>
        <w:ind w:firstLine="482"/>
        <w:jc w:val="both"/>
      </w:pPr>
      <w:r>
        <w:rPr>
          <w:rFonts w:ascii="Times New Roman" w:hAnsi="Times New Roman" w:eastAsia="宋体"/>
          <w:b w:val="0"/>
          <w:sz w:val="24"/>
        </w:rPr>
        <w:t>赛事官网：http://www.cmathc.cn</w:t>
      </w:r>
    </w:p>
    <w:p>
      <w:pPr>
        <w:spacing w:after="80" w:lineRule="auto" w:line="360"/>
        <w:ind w:firstLine="482"/>
        <w:jc w:val="both"/>
      </w:pPr>
      <w:r>
        <w:rPr>
          <w:rFonts w:ascii="Times New Roman" w:hAnsi="Times New Roman" w:eastAsia="宋体"/>
          <w:b w:val="0"/>
          <w:sz w:val="24"/>
        </w:rPr>
        <w:t>4. SuperMap 杯全国高校GIS大赛</w:t>
      </w:r>
    </w:p>
    <w:p>
      <w:pPr>
        <w:spacing w:after="80" w:lineRule="auto" w:line="360"/>
        <w:ind w:firstLine="482"/>
        <w:jc w:val="both"/>
      </w:pPr>
      <w:r>
        <w:rPr>
          <w:rFonts w:ascii="Times New Roman" w:hAnsi="Times New Roman" w:eastAsia="宋体"/>
          <w:b w:val="0"/>
          <w:sz w:val="24"/>
        </w:rPr>
        <w:t>SuperMap 杯全国高校GIS大赛于2003年创办，该赛事由中国地理学会、中国地理信息产业协会、北京超图软件股份有限公司联合举办。作为一项中国最早开设的GIS赛事，大赛共吸引了200多所高校3万余名学子参赛，得到各大高校师生、GIS专家学者和众多GIS业内人士的广泛关注，多年来已成为GIS专业人才竞技的舞台。大赛目前设置有 “制图组”、 “分析组”、“开发组”以及“命题开发组”竞赛组别及奖项。</w:t>
      </w:r>
    </w:p>
    <w:p>
      <w:pPr>
        <w:spacing w:after="80" w:lineRule="auto" w:line="360"/>
        <w:ind w:firstLine="482"/>
        <w:jc w:val="both"/>
      </w:pPr>
      <w:r>
        <w:rPr>
          <w:rFonts w:ascii="Times New Roman" w:hAnsi="Times New Roman" w:eastAsia="宋体"/>
          <w:b w:val="0"/>
          <w:sz w:val="24"/>
        </w:rPr>
        <w:t>赛事官网：http://www.giscontest.com/cn/</w:t>
      </w:r>
    </w:p>
    <w:p>
      <w:pPr>
        <w:spacing w:after="80" w:lineRule="auto" w:line="360"/>
        <w:ind w:firstLine="482"/>
        <w:jc w:val="both"/>
      </w:pPr>
      <w:r>
        <w:rPr>
          <w:rFonts w:ascii="Times New Roman" w:hAnsi="Times New Roman" w:eastAsia="宋体"/>
          <w:b w:val="0"/>
          <w:sz w:val="24"/>
        </w:rPr>
        <w:t>5. 全国大学生节能减排社会实践与科技竞赛</w:t>
      </w:r>
    </w:p>
    <w:p>
      <w:pPr>
        <w:spacing w:after="80" w:lineRule="auto" w:line="360"/>
        <w:ind w:firstLine="482"/>
        <w:jc w:val="both"/>
      </w:pPr>
      <w:r>
        <w:rPr>
          <w:rFonts w:ascii="Times New Roman" w:hAnsi="Times New Roman" w:eastAsia="宋体"/>
          <w:b w:val="0"/>
          <w:sz w:val="24"/>
        </w:rPr>
        <w:t>全国大学生节能减排社会实践与科技竞赛成立于2008年，是由教育部高等教育司主办的全国大学生学科竞赛。该竞赛充分体现了“节能减排、绿色能源”的主题，紧密围绕国家能源与环境政策，紧密结合国家重大需求，是一项具有导向性、示范性和群众性的全国大学生竞赛。在校学生组成参赛小组，每个小组不超过七人，以小组为单位申报参赛作品。</w:t>
      </w:r>
    </w:p>
    <w:p>
      <w:pPr>
        <w:spacing w:after="80" w:lineRule="auto" w:line="360"/>
        <w:ind w:firstLine="482"/>
        <w:jc w:val="both"/>
      </w:pPr>
      <w:r>
        <w:rPr>
          <w:rFonts w:ascii="Times New Roman" w:hAnsi="Times New Roman" w:eastAsia="宋体"/>
          <w:b w:val="0"/>
          <w:sz w:val="24"/>
        </w:rPr>
        <w:t>赛事官网：http://www.jienengjianpai.org</w:t>
      </w:r>
    </w:p>
    <w:p>
      <w:pPr>
        <w:spacing w:after="80" w:lineRule="auto" w:line="360"/>
        <w:ind w:firstLine="482"/>
        <w:jc w:val="both"/>
      </w:pPr>
      <w:r>
        <w:rPr>
          <w:rFonts w:ascii="Times New Roman" w:hAnsi="Times New Roman" w:eastAsia="宋体"/>
          <w:b w:val="0"/>
          <w:sz w:val="24"/>
        </w:rPr>
        <w:t>6. 全国三维数字化创新设计大赛（大学生组）</w:t>
      </w:r>
    </w:p>
    <w:p>
      <w:pPr>
        <w:spacing w:after="80" w:lineRule="auto" w:line="360"/>
        <w:ind w:firstLine="482"/>
        <w:jc w:val="both"/>
      </w:pPr>
      <w:r>
        <w:rPr>
          <w:rFonts w:ascii="Times New Roman" w:hAnsi="Times New Roman" w:eastAsia="宋体"/>
          <w:b w:val="0"/>
          <w:sz w:val="24"/>
        </w:rPr>
        <w:t>全国三维数字化创新设计大赛（简称：全国3D大赛，或3DDS，3D Design Show）创立于2008年，是在国家大力推进创新驱动、实现从“制造大国”到“创造大国”转变、大力发展互联网+和数字经济新时代开展的一项大型公益赛事。大赛由全国三维数字化技术推广服务与教育培训联盟（3D动力）发起举办，并得到国家科技部、教育部、工信部、中国科协等部门指导，联合国家制造业信息化培训中心、中国图学学会、光华设计发展基金会等单位共同主办。大赛设置“大学生组”、“职业组”、“青少年组”与“产业组”四个组别，分地区赛和全国赛，高校一般参加“大学生组”，由在校学生参与创意设计与科技创新，并以三维数字化/3D方式进行创新设计及创业实践活动。</w:t>
      </w:r>
    </w:p>
    <w:p>
      <w:pPr>
        <w:spacing w:after="80" w:lineRule="auto" w:line="360"/>
        <w:ind w:firstLine="482"/>
        <w:jc w:val="both"/>
      </w:pPr>
      <w:r>
        <w:rPr>
          <w:rFonts w:ascii="Times New Roman" w:hAnsi="Times New Roman" w:eastAsia="宋体"/>
          <w:b w:val="0"/>
          <w:sz w:val="24"/>
        </w:rPr>
        <w:t>赛事官网：http://3dds.3ddl.net</w:t>
      </w:r>
    </w:p>
    <w:p>
      <w:pPr>
        <w:spacing w:after="80" w:lineRule="auto" w:line="360"/>
        <w:ind w:firstLine="482"/>
        <w:jc w:val="both"/>
      </w:pPr>
      <w:r>
        <w:rPr>
          <w:rFonts w:ascii="Times New Roman" w:hAnsi="Times New Roman" w:eastAsia="宋体"/>
          <w:b w:val="0"/>
          <w:sz w:val="24"/>
        </w:rPr>
        <w:t>7. 中国大学生计算机设计大赛</w:t>
      </w:r>
    </w:p>
    <w:p>
      <w:pPr>
        <w:spacing w:after="80" w:lineRule="auto" w:line="360"/>
        <w:ind w:firstLine="482"/>
        <w:jc w:val="both"/>
      </w:pPr>
      <w:r>
        <w:rPr>
          <w:rFonts w:ascii="Times New Roman" w:hAnsi="Times New Roman" w:eastAsia="宋体"/>
          <w:b w:val="0"/>
          <w:sz w:val="24"/>
        </w:rPr>
        <w:t>中国大学生计算机设计大赛始创于2008年，该赛事由教育部大学计算机课程教学指导委员会主办，旨在提高大学生运用信息技术解决实际问题的综合实践能力。大赛每年会设立不同的组别，由在校本科生自行报名参赛。</w:t>
      </w:r>
    </w:p>
    <w:p>
      <w:pPr>
        <w:spacing w:after="80" w:lineRule="auto" w:line="360"/>
        <w:ind w:firstLine="482"/>
        <w:jc w:val="both"/>
      </w:pPr>
      <w:r>
        <w:rPr>
          <w:rFonts w:ascii="Times New Roman" w:hAnsi="Times New Roman" w:eastAsia="宋体"/>
          <w:b w:val="0"/>
          <w:sz w:val="24"/>
        </w:rPr>
        <w:t>赛事官网：https://jsjds.blcu.edu.cn/index.htm</w:t>
      </w:r>
    </w:p>
    <w:p>
      <w:pPr>
        <w:spacing w:after="80" w:lineRule="auto" w:line="360"/>
        <w:ind w:firstLine="482"/>
        <w:jc w:val="both"/>
      </w:pPr>
      <w:r>
        <w:rPr>
          <w:rFonts w:ascii="Times New Roman" w:hAnsi="Times New Roman" w:eastAsia="宋体"/>
          <w:b w:val="0"/>
          <w:sz w:val="24"/>
        </w:rPr>
        <w:t>8. 蓝桥杯全国软件和信息技术专业人才大赛（高等教育组）</w:t>
      </w:r>
    </w:p>
    <w:p>
      <w:pPr>
        <w:spacing w:after="80" w:lineRule="auto" w:line="360"/>
        <w:ind w:firstLine="482"/>
        <w:jc w:val="both"/>
      </w:pPr>
      <w:r>
        <w:rPr>
          <w:rFonts w:ascii="Times New Roman" w:hAnsi="Times New Roman" w:eastAsia="宋体"/>
          <w:b w:val="0"/>
          <w:sz w:val="24"/>
        </w:rPr>
        <w:t>蓝桥杯全国软件和信息技术专业人才大赛创立于2009年，该赛事由教育部就业指导中心支持、工业和信息化部人才交流中心举办。该赛事旨在促进软件和信息领域专业技术人才培养，提升高校毕业生的就业竞争力，分为“个人赛软件类”、“个人赛电子类”和视觉设计大赛等多个赛项，由大学生自行组队参赛。</w:t>
      </w:r>
    </w:p>
    <w:p>
      <w:pPr>
        <w:spacing w:after="80" w:lineRule="auto" w:line="360"/>
        <w:ind w:firstLine="482"/>
        <w:jc w:val="both"/>
      </w:pPr>
      <w:r>
        <w:rPr>
          <w:rFonts w:ascii="Times New Roman" w:hAnsi="Times New Roman" w:eastAsia="宋体"/>
          <w:b w:val="0"/>
          <w:sz w:val="24"/>
        </w:rPr>
        <w:t>赛事官网：https://dasai.lanqiao.cn/</w:t>
      </w:r>
    </w:p>
    <w:p>
      <w:pPr>
        <w:spacing w:after="80" w:lineRule="auto" w:line="360"/>
        <w:ind w:firstLine="482"/>
        <w:jc w:val="both"/>
      </w:pPr>
      <w:r>
        <w:rPr>
          <w:rFonts w:ascii="Times New Roman" w:hAnsi="Times New Roman" w:eastAsia="宋体"/>
          <w:b w:val="0"/>
          <w:sz w:val="24"/>
        </w:rPr>
        <w:t>9. 中国高校计算机大赛</w:t>
      </w:r>
    </w:p>
    <w:p>
      <w:pPr>
        <w:spacing w:after="80" w:lineRule="auto" w:line="360"/>
        <w:ind w:firstLine="482"/>
        <w:jc w:val="both"/>
      </w:pPr>
      <w:r>
        <w:rPr>
          <w:rFonts w:ascii="Times New Roman" w:hAnsi="Times New Roman" w:eastAsia="宋体"/>
          <w:b w:val="0"/>
          <w:sz w:val="24"/>
        </w:rPr>
        <w:t>中国高校计算机大赛（China Collegiate Computing Contest，简称C4）创立于2016年，该赛事由教育部高等学校计算机类专业教学指导委员会、教育部高等学校软件工程专业教学指导委员会、教育部高等学校大学计算机课程教学指导委员会、全国高等学校计算机教育研究会联合创办，分为“大数据挑战赛”、“网络技术挑战赛”、“移动应用创新赛”、“智能交互赛”、“人工智能创意赛”等多个赛项，由大学生自行组队参赛。</w:t>
      </w:r>
    </w:p>
    <w:p>
      <w:pPr>
        <w:spacing w:after="80" w:lineRule="auto" w:line="360"/>
        <w:ind w:firstLine="482"/>
        <w:jc w:val="both"/>
      </w:pPr>
      <w:r>
        <w:rPr>
          <w:rFonts w:ascii="Times New Roman" w:hAnsi="Times New Roman" w:eastAsia="宋体"/>
          <w:b w:val="0"/>
          <w:sz w:val="24"/>
        </w:rPr>
        <w:t>赛事官网：http://www.c4best.cn/</w:t>
      </w:r>
    </w:p>
    <w:p>
      <w:pPr>
        <w:spacing w:after="80" w:lineRule="auto" w:line="360"/>
        <w:ind w:firstLine="482"/>
        <w:jc w:val="both"/>
      </w:pPr>
      <w:r>
        <w:rPr>
          <w:rFonts w:ascii="Times New Roman" w:hAnsi="Times New Roman" w:eastAsia="宋体"/>
          <w:b w:val="0"/>
          <w:sz w:val="24"/>
        </w:rPr>
        <w:t>10. 中国软件杯大学生软件设计大赛</w:t>
      </w:r>
    </w:p>
    <w:p>
      <w:pPr>
        <w:spacing w:after="80" w:lineRule="auto" w:line="360"/>
        <w:ind w:firstLine="482"/>
        <w:jc w:val="both"/>
      </w:pPr>
      <w:r>
        <w:rPr>
          <w:rFonts w:ascii="Times New Roman" w:hAnsi="Times New Roman" w:eastAsia="宋体"/>
          <w:b w:val="0"/>
          <w:sz w:val="24"/>
        </w:rPr>
        <w:t>中国软件杯大学生软件设计大赛创立于2012年，该赛事由工业和信息化部、教育部和江苏省人民政府共同举办，是一项面向中国高校在校学生(含高职)的公益性软件设计大赛。以组队报名形式参赛，每队可有3名以下队员和1名指导教师组成，参赛队伍根据当年赛事命题提交软件作品。大赛每年会有赛制分地区初赛和全国决赛。</w:t>
      </w:r>
    </w:p>
    <w:p>
      <w:pPr>
        <w:spacing w:after="80" w:lineRule="auto" w:line="360"/>
        <w:ind w:firstLine="482"/>
        <w:jc w:val="both"/>
      </w:pPr>
      <w:r>
        <w:rPr>
          <w:rFonts w:ascii="Times New Roman" w:hAnsi="Times New Roman" w:eastAsia="宋体"/>
          <w:b w:val="0"/>
          <w:sz w:val="24"/>
        </w:rPr>
        <w:t>赛事官网：http://www.cnsoftbei.com</w:t>
      </w:r>
    </w:p>
    <w:p>
      <w:pPr>
        <w:spacing w:after="80" w:lineRule="auto" w:line="360"/>
        <w:ind w:firstLine="482"/>
        <w:jc w:val="both"/>
      </w:pPr>
      <w:r>
        <w:rPr>
          <w:rFonts w:ascii="Times New Roman" w:hAnsi="Times New Roman" w:eastAsia="宋体"/>
          <w:b w:val="0"/>
          <w:sz w:val="24"/>
        </w:rPr>
        <w:t>11. 全国大学生测绘学科创新创业智能大赛</w:t>
      </w:r>
    </w:p>
    <w:p>
      <w:pPr>
        <w:spacing w:after="80" w:lineRule="auto" w:line="360"/>
        <w:ind w:firstLine="482"/>
        <w:jc w:val="both"/>
      </w:pPr>
      <w:r>
        <w:rPr>
          <w:rFonts w:ascii="Times New Roman" w:hAnsi="Times New Roman" w:eastAsia="宋体"/>
          <w:b w:val="0"/>
          <w:sz w:val="24"/>
        </w:rPr>
        <w:t>全国大学生测绘学科创新创业智能大赛是面向全国测绘类及相关专业大学生的高水平学科竞赛，该赛事由中国测绘学会教育工作委员会主办、广州南方测绘科技股份有限公司协办。大赛由测绘技能竞赛、开发设计竞赛和科技论文竞赛三项比赛组成，由学生自由组队参赛，分校赛和国赛。</w:t>
      </w:r>
    </w:p>
    <w:p>
      <w:pPr>
        <w:spacing w:after="80" w:lineRule="auto" w:line="360"/>
        <w:ind w:firstLine="482"/>
        <w:jc w:val="both"/>
      </w:pPr>
      <w:r>
        <w:rPr>
          <w:rFonts w:ascii="Times New Roman" w:hAnsi="Times New Roman" w:eastAsia="宋体"/>
          <w:b w:val="0"/>
          <w:sz w:val="24"/>
        </w:rPr>
        <w:t>赛事官网：https://smt.whu.edu.cn/sshd/dxscxcyznds.htm</w:t>
      </w:r>
    </w:p>
    <w:p>
      <w:pPr>
        <w:spacing w:after="80" w:lineRule="auto" w:line="360"/>
        <w:ind w:firstLine="482"/>
        <w:jc w:val="both"/>
      </w:pPr>
      <w:r>
        <w:rPr>
          <w:rFonts w:ascii="Times New Roman" w:hAnsi="Times New Roman" w:eastAsia="宋体"/>
          <w:b w:val="0"/>
          <w:sz w:val="24"/>
        </w:rPr>
        <w:t>赛事官网：https://geo.qfnu.edu.cn/info/1089/3719.htm（注：由每年承办院校提供网页服务）</w:t>
      </w:r>
    </w:p>
    <w:p>
      <w:pPr>
        <w:spacing w:after="80" w:lineRule="auto" w:line="360"/>
        <w:ind w:firstLine="482"/>
        <w:jc w:val="both"/>
      </w:pPr>
      <w:r>
        <w:rPr>
          <w:rFonts w:ascii="Times New Roman" w:hAnsi="Times New Roman" w:eastAsia="宋体"/>
          <w:b w:val="0"/>
          <w:sz w:val="24"/>
        </w:rPr>
        <w:t>12. 全国大学生不动产估价技能大赛</w:t>
      </w:r>
    </w:p>
    <w:p>
      <w:pPr>
        <w:spacing w:after="80" w:lineRule="auto" w:line="360"/>
        <w:ind w:firstLine="482"/>
        <w:jc w:val="both"/>
      </w:pPr>
      <w:r>
        <w:rPr>
          <w:rFonts w:ascii="Times New Roman" w:hAnsi="Times New Roman" w:eastAsia="宋体"/>
          <w:b w:val="0"/>
          <w:sz w:val="24"/>
        </w:rPr>
        <w:t>全国大学生不动产估价技能大赛成立于2017年，该赛事由教育部公共管理类教学指导委员会、全国高校土地资源管理院长（系主任）联席会主办，面向全国高等院校土地资源管理专业及相关专业的在校本科生和专科生。大赛面向社会经济发展的重大需求，注重估价实践技能的培养与创新，激励参赛选手多角度、多方面拓宽自己的知识面，通过参赛对手的竞争与交流，提升大学生的估价实践技能，培养大学生估价实践创新能力，满足新时期经济社会发展对估价人才的需求。大赛会制定主题和建议选题，由在校大学生自行组队参加，通过学院筛选统一报名，学院最多可申报2项作品参赛。</w:t>
      </w:r>
    </w:p>
    <w:p>
      <w:pPr>
        <w:spacing w:after="80" w:lineRule="auto" w:line="360"/>
        <w:ind w:firstLine="482"/>
        <w:jc w:val="both"/>
      </w:pPr>
      <w:r>
        <w:rPr>
          <w:rFonts w:ascii="Times New Roman" w:hAnsi="Times New Roman" w:eastAsia="宋体"/>
          <w:b w:val="0"/>
          <w:sz w:val="24"/>
        </w:rPr>
        <w:t>赛事官网：ggxy.hzau.edu.cn（注：由每年承办院校提供网页服务）</w:t>
      </w:r>
    </w:p>
    <w:p>
      <w:pPr>
        <w:spacing w:after="80" w:lineRule="auto" w:line="360"/>
        <w:ind w:firstLine="482"/>
        <w:jc w:val="both"/>
      </w:pPr>
      <w:r>
        <w:rPr>
          <w:rFonts w:ascii="Times New Roman" w:hAnsi="Times New Roman" w:eastAsia="宋体"/>
          <w:b w:val="0"/>
          <w:sz w:val="24"/>
        </w:rPr>
        <w:t>13．全国大学生自然资源科技作品大赛</w:t>
      </w:r>
    </w:p>
    <w:p>
      <w:pPr>
        <w:spacing w:after="80" w:lineRule="auto" w:line="360"/>
        <w:ind w:firstLine="482"/>
        <w:jc w:val="both"/>
      </w:pPr>
      <w:r>
        <w:rPr>
          <w:rFonts w:ascii="Times New Roman" w:hAnsi="Times New Roman" w:eastAsia="宋体"/>
          <w:b w:val="0"/>
          <w:sz w:val="24"/>
        </w:rPr>
        <w:t>全国大学生自然资源科技作品大赛成立于2019年，该赛事由中国自然资源学会主办。大赛紧扣资源国情与生态文明建设主题，旨在鼓励资源科学专业或相关专业在校大学生，在“创新、绿色、协调、开放、共享”发展理念的引领下，以深入了解我国国情与资源现状为主线，运用相关理论、知识和方法，对区域自然资源、国情发展进行调研、探索、研究，并对所取得的科学认识进行展示，提高资源科学类专业大学生的基本技能、专业素养与创新能力。比赛由在校大学生自行组队参加，通过学院筛选统一报名，学院最多可申报3项作品参赛。</w:t>
      </w:r>
    </w:p>
    <w:p>
      <w:pPr>
        <w:spacing w:after="80" w:lineRule="auto" w:line="360"/>
        <w:ind w:firstLine="482"/>
        <w:jc w:val="both"/>
      </w:pPr>
      <w:r>
        <w:rPr>
          <w:rFonts w:ascii="Times New Roman" w:hAnsi="Times New Roman" w:eastAsia="宋体"/>
          <w:b w:val="0"/>
          <w:sz w:val="24"/>
        </w:rPr>
        <w:t>赛事官网：http://www.csnr.org.cn</w:t>
      </w:r>
    </w:p>
    <w:p>
      <w:pPr>
        <w:spacing w:after="80" w:lineRule="auto" w:line="360"/>
        <w:ind w:firstLine="482"/>
        <w:jc w:val="both"/>
      </w:pPr>
      <w:r>
        <w:rPr>
          <w:rFonts w:ascii="Times New Roman" w:hAnsi="Times New Roman" w:eastAsia="宋体"/>
          <w:b w:val="0"/>
          <w:sz w:val="24"/>
        </w:rPr>
        <w:t>14．全国大学生国土空间规划技能大赛</w:t>
      </w:r>
    </w:p>
    <w:p>
      <w:pPr>
        <w:spacing w:after="80" w:lineRule="auto" w:line="360"/>
        <w:ind w:firstLine="482"/>
        <w:jc w:val="both"/>
      </w:pPr>
      <w:r>
        <w:rPr>
          <w:rFonts w:ascii="Times New Roman" w:hAnsi="Times New Roman" w:eastAsia="宋体"/>
          <w:b w:val="0"/>
          <w:sz w:val="24"/>
        </w:rPr>
        <w:t>全国大学生土地利用规划技能大赛创立于2018年，该赛事由教育部高校公共管理类学科专业教学指导委员会、全国高校土地资源管理院长（系主任）联席会和中国土地学会规划分会联合主办。大赛每年指定主题，激励参赛选手全方位</w:t>
      </w:r>
    </w:p>
    <w:p>
      <w:pPr>
        <w:spacing w:before="160" w:after="80" w:lineRule="auto" w:line="360"/>
        <w:jc w:val="left"/>
      </w:pPr>
      <w:r>
        <w:rPr>
          <w:rFonts w:ascii="Times New Roman" w:hAnsi="Times New Roman" w:eastAsia="宋体"/>
          <w:b/>
          <w:sz w:val="28"/>
        </w:rPr>
        <w:t>十、全国大学生自然资源科技作品大赛（承接上段内容）</w:t>
      </w:r>
    </w:p>
    <w:p>
      <w:pPr>
        <w:spacing w:after="80" w:lineRule="auto" w:line="360"/>
        <w:ind w:firstLine="482"/>
        <w:jc w:val="both"/>
      </w:pPr>
      <w:r>
        <w:rPr>
          <w:rFonts w:ascii="Times New Roman" w:hAnsi="Times New Roman" w:eastAsia="宋体"/>
          <w:b w:val="0"/>
          <w:sz w:val="24"/>
        </w:rPr>
        <w:t>深入了解我国国情与资源现状为主线，运用相关理论、知识和方法，对区域自然资源、国情发展进行调研、探索、研究，并对所取得的科学认识进行展示，提高资源科学类专业大学生的基本技能、专业素养与创新能力。比赛由在校大学生自行组队参加，通过学院筛选统一报名，学院最多可申报3项作品参赛。</w:t>
      </w:r>
    </w:p>
    <w:p>
      <w:pPr>
        <w:spacing w:after="80" w:lineRule="auto" w:line="360"/>
        <w:ind w:firstLine="482"/>
        <w:jc w:val="both"/>
      </w:pPr>
      <w:r>
        <w:rPr>
          <w:rFonts w:ascii="Times New Roman" w:hAnsi="Times New Roman" w:eastAsia="宋体"/>
          <w:b w:val="0"/>
          <w:sz w:val="24"/>
        </w:rPr>
        <w:t>赛事官网：http://www.csnr.org.cn</w:t>
      </w:r>
    </w:p>
    <w:p>
      <w:pPr>
        <w:spacing w:before="160" w:after="80" w:lineRule="auto" w:line="360"/>
        <w:jc w:val="left"/>
      </w:pPr>
      <w:r>
        <w:rPr>
          <w:rFonts w:ascii="Times New Roman" w:hAnsi="Times New Roman" w:eastAsia="宋体"/>
          <w:b/>
          <w:sz w:val="28"/>
        </w:rPr>
        <w:t>八、全国大学生国土空间规划技能大赛</w:t>
      </w:r>
    </w:p>
    <w:p>
      <w:pPr>
        <w:spacing w:after="80" w:lineRule="auto" w:line="360"/>
        <w:ind w:firstLine="482"/>
        <w:jc w:val="both"/>
      </w:pPr>
      <w:r>
        <w:rPr>
          <w:rFonts w:ascii="Times New Roman" w:hAnsi="Times New Roman" w:eastAsia="宋体"/>
          <w:b w:val="0"/>
          <w:sz w:val="24"/>
        </w:rPr>
        <w:t>全国大学生土地利用规划技能大赛创立于2018年，该赛事由教育部高校公共管理类学科专业教学指导委员会、全国高校土地资源管理院长（系主任）联席会和中国土地学会规划分会联合主办。大赛每年指定主题，激励参赛选手全方位拓宽知识面、理论联系实际、全面提升规划实践技能为目的，有力地促进土地资源管理及相关专业人才培养。由在校大学生自行组队参加，通过学院筛选统一报名，学院最多可申报3项作品参赛。</w:t>
      </w:r>
    </w:p>
    <w:p>
      <w:pPr>
        <w:spacing w:after="80" w:lineRule="auto" w:line="360"/>
        <w:ind w:firstLine="482"/>
        <w:jc w:val="both"/>
      </w:pPr>
      <w:r>
        <w:rPr>
          <w:rFonts w:ascii="Times New Roman" w:hAnsi="Times New Roman" w:eastAsia="宋体"/>
          <w:b w:val="0"/>
          <w:sz w:val="24"/>
        </w:rPr>
        <w:t>赛事官网：https://zihuan.sdau.edu.cn/2025/0222/c1541a250421/page.htm（注：由每年承办院校提供网页服务）</w:t>
      </w:r>
    </w:p>
    <w:p>
      <w:pPr>
        <w:spacing w:before="160" w:after="80" w:lineRule="auto" w:line="360"/>
        <w:jc w:val="left"/>
      </w:pPr>
      <w:r>
        <w:rPr>
          <w:rFonts w:ascii="Times New Roman" w:hAnsi="Times New Roman" w:eastAsia="宋体"/>
          <w:b/>
          <w:sz w:val="28"/>
        </w:rPr>
        <w:t>九、全国大学生土地国情调查大赛</w:t>
      </w:r>
    </w:p>
    <w:p>
      <w:pPr>
        <w:spacing w:after="80" w:lineRule="auto" w:line="360"/>
        <w:ind w:firstLine="482"/>
        <w:jc w:val="both"/>
      </w:pPr>
      <w:r>
        <w:rPr>
          <w:rFonts w:ascii="Times New Roman" w:hAnsi="Times New Roman" w:eastAsia="宋体"/>
          <w:b w:val="0"/>
          <w:sz w:val="24"/>
        </w:rPr>
        <w:t>全国大学生土地国情调查大赛成立于2019年，该赛事由教育部公共管理类专业教学指导委员会主办，中国土地学会土地经济分会、中国土地学会科普工作委员会承办。大赛会制定参赛主题，旨在鼓励土地学科或相关专业在校大学生，运用相关理论、知识和方法，对主题进行调研和分析研究，在此基础上形成调查研究成果并进行展示和阐释，以提高土地学科及相关专业大学生的基本技能、专业素养与创新能力。由在校大学生自行组队参加，通过学院筛选统一报名，学院最多可申报3项作品参赛。</w:t>
      </w:r>
    </w:p>
    <w:p>
      <w:pPr>
        <w:spacing w:after="80" w:lineRule="auto" w:line="360"/>
        <w:ind w:firstLine="482"/>
        <w:jc w:val="both"/>
      </w:pPr>
      <w:r>
        <w:rPr>
          <w:rFonts w:ascii="Times New Roman" w:hAnsi="Times New Roman" w:eastAsia="宋体"/>
          <w:b w:val="0"/>
          <w:sz w:val="24"/>
        </w:rPr>
        <w:t>赛事官网：http://www.clss.org.cn/tzgg/202405/t20240508_2844559.htm（注：由中国土地学会官网发布）</w:t>
      </w:r>
    </w:p>
    <w:p>
      <w:pPr>
        <w:spacing w:before="160" w:after="80" w:lineRule="auto" w:line="360"/>
        <w:jc w:val="left"/>
      </w:pPr>
      <w:r>
        <w:rPr>
          <w:rFonts w:ascii="Times New Roman" w:hAnsi="Times New Roman" w:eastAsia="宋体"/>
          <w:b/>
          <w:sz w:val="28"/>
        </w:rPr>
        <w:t>六、“星湖杯”全国地图设计大赛</w:t>
      </w:r>
    </w:p>
    <w:p>
      <w:pPr>
        <w:spacing w:after="80" w:lineRule="auto" w:line="360"/>
        <w:ind w:firstLine="482"/>
        <w:jc w:val="both"/>
      </w:pPr>
      <w:r>
        <w:rPr>
          <w:rFonts w:ascii="Times New Roman" w:hAnsi="Times New Roman" w:eastAsia="宋体"/>
          <w:b w:val="0"/>
          <w:sz w:val="24"/>
        </w:rPr>
        <w:t>“星湖杯”全国地图设计大赛成立于2024年，该赛事由中国测绘学会地图学与地理信息系统专业委员会、中国地理学会地图学与地理信息系统专业委员会、中国自然资源学会资源制图专业委员会、中国地理信息产业协会地图工作委员会、自然资源部地图文化与创意工程技术创新中心主办，武汉大学资源与环境科学学院联合中国地图出版社集团有限公司、青岛市勘察测绘研究院承办。大赛设置普通地图设计赛道、专题地图设计赛道、新媒体地图设计赛道和创意地图设计赛道四个赛道，以个人或团队形式参赛，团队参赛由不超过5名参赛成员组成。</w:t>
      </w:r>
    </w:p>
    <w:p>
      <w:pPr>
        <w:spacing w:after="80" w:lineRule="auto" w:line="360"/>
        <w:ind w:firstLine="482"/>
        <w:jc w:val="both"/>
      </w:pPr>
      <w:r>
        <w:rPr>
          <w:rFonts w:ascii="Times New Roman" w:hAnsi="Times New Roman" w:eastAsia="宋体"/>
          <w:b w:val="0"/>
          <w:sz w:val="24"/>
        </w:rPr>
        <w:t>赛事微信号：wurg2016</w:t>
      </w:r>
    </w:p>
    <w:p>
      <w:pPr>
        <w:spacing w:after="80" w:lineRule="auto" w:line="360"/>
        <w:ind w:firstLine="482"/>
        <w:jc w:val="both"/>
      </w:pPr>
      <w:r>
        <w:rPr>
          <w:rFonts w:ascii="Times New Roman" w:hAnsi="Times New Roman" w:eastAsia="宋体"/>
          <w:b w:val="0"/>
          <w:sz w:val="24"/>
        </w:rPr>
        <w:t>“星湖杯”全国地图设计大赛成立于2024年，由中国测绘学会地图学与地理信息系统专业委员会、中国地理学会地图学与地理信息系统专业委员会、中国自然资源学会资源制图专业委员会、中国地理信息产业协会地图工作委员会、自然资源部地图文化与创意工程技术创新中心主办，武汉大学资源与环境科学学院联合中国地图出版社集团有限公司、青岛市勘察测绘研究院承办。</w:t>
      </w:r>
    </w:p>
    <w:p>
      <w:pPr>
        <w:spacing w:before="160" w:after="80" w:lineRule="auto" w:line="360"/>
        <w:jc w:val="left"/>
      </w:pPr>
      <w:r>
        <w:rPr>
          <w:rFonts w:ascii="Times New Roman" w:hAnsi="Times New Roman" w:eastAsia="宋体"/>
          <w:b/>
          <w:sz w:val="28"/>
        </w:rPr>
        <w:t>十、赛道设置</w:t>
      </w:r>
    </w:p>
    <w:p>
      <w:pPr>
        <w:spacing w:after="80" w:lineRule="auto" w:line="360"/>
        <w:ind w:firstLine="482"/>
        <w:jc w:val="both"/>
      </w:pPr>
      <w:r>
        <w:rPr>
          <w:rFonts w:ascii="Times New Roman" w:hAnsi="Times New Roman" w:eastAsia="宋体"/>
          <w:b w:val="0"/>
          <w:sz w:val="24"/>
        </w:rPr>
        <w:t>1. 普通地图设计赛道</w:t>
      </w:r>
    </w:p>
    <w:p>
      <w:pPr>
        <w:spacing w:after="80" w:lineRule="auto" w:line="360"/>
        <w:ind w:firstLine="482"/>
        <w:jc w:val="both"/>
      </w:pPr>
      <w:r>
        <w:rPr>
          <w:rFonts w:ascii="Times New Roman" w:hAnsi="Times New Roman" w:eastAsia="宋体"/>
          <w:b w:val="0"/>
          <w:sz w:val="24"/>
        </w:rPr>
        <w:t>2. 专题地图设计赛道</w:t>
      </w:r>
    </w:p>
    <w:p>
      <w:pPr>
        <w:spacing w:after="80" w:lineRule="auto" w:line="360"/>
        <w:ind w:firstLine="482"/>
        <w:jc w:val="both"/>
      </w:pPr>
      <w:r>
        <w:rPr>
          <w:rFonts w:ascii="Times New Roman" w:hAnsi="Times New Roman" w:eastAsia="宋体"/>
          <w:b w:val="0"/>
          <w:sz w:val="24"/>
        </w:rPr>
        <w:t>3. 新媒体地图设计赛道</w:t>
      </w:r>
    </w:p>
    <w:p>
      <w:pPr>
        <w:spacing w:after="80" w:lineRule="auto" w:line="360"/>
        <w:ind w:firstLine="482"/>
        <w:jc w:val="both"/>
      </w:pPr>
      <w:r>
        <w:rPr>
          <w:rFonts w:ascii="Times New Roman" w:hAnsi="Times New Roman" w:eastAsia="宋体"/>
          <w:b w:val="0"/>
          <w:sz w:val="24"/>
        </w:rPr>
        <w:t>4. 创意地图设计赛道</w:t>
      </w:r>
    </w:p>
    <w:p>
      <w:pPr>
        <w:spacing w:before="160" w:after="80" w:lineRule="auto" w:line="360"/>
        <w:jc w:val="left"/>
      </w:pPr>
      <w:r>
        <w:rPr>
          <w:rFonts w:ascii="Times New Roman" w:hAnsi="Times New Roman" w:eastAsia="宋体"/>
          <w:b/>
          <w:sz w:val="28"/>
        </w:rPr>
        <w:t>八、参赛形式</w:t>
      </w:r>
    </w:p>
    <w:p>
      <w:pPr>
        <w:spacing w:after="80" w:lineRule="auto" w:line="360"/>
        <w:ind w:firstLine="482"/>
        <w:jc w:val="both"/>
      </w:pPr>
      <w:r>
        <w:rPr>
          <w:rFonts w:ascii="Times New Roman" w:hAnsi="Times New Roman" w:eastAsia="宋体"/>
          <w:b w:val="0"/>
          <w:sz w:val="24"/>
        </w:rPr>
        <w:t>1. 以个人或团队形式参赛。</w:t>
      </w:r>
    </w:p>
    <w:p>
      <w:pPr>
        <w:spacing w:after="80" w:lineRule="auto" w:line="360"/>
        <w:ind w:firstLine="482"/>
        <w:jc w:val="both"/>
      </w:pPr>
      <w:r>
        <w:rPr>
          <w:rFonts w:ascii="Times New Roman" w:hAnsi="Times New Roman" w:eastAsia="宋体"/>
          <w:b w:val="0"/>
          <w:sz w:val="24"/>
        </w:rPr>
        <w:t>2. 团队参赛由不超过5名参赛成员组成。</w:t>
      </w:r>
    </w:p>
    <w:p>
      <w:pPr>
        <w:spacing w:before="160" w:after="80" w:lineRule="auto" w:line="360"/>
        <w:jc w:val="left"/>
      </w:pPr>
      <w:r>
        <w:rPr>
          <w:rFonts w:ascii="Times New Roman" w:hAnsi="Times New Roman" w:eastAsia="宋体"/>
          <w:b/>
          <w:sz w:val="28"/>
        </w:rPr>
        <w:t>九、联系方式</w:t>
      </w:r>
    </w:p>
    <w:p>
      <w:pPr>
        <w:spacing w:after="80" w:lineRule="auto" w:line="360"/>
        <w:ind w:firstLine="482"/>
        <w:jc w:val="both"/>
      </w:pPr>
      <w:r>
        <w:rPr>
          <w:rFonts w:ascii="Times New Roman" w:hAnsi="Times New Roman" w:eastAsia="宋体"/>
          <w:b w:val="0"/>
          <w:sz w:val="24"/>
        </w:rPr>
        <w:t>赛事微信号：wurg2016</w:t>
      </w:r>
    </w:p>
    <w:p>
      <w:pPr>
        <w:spacing w:after="80" w:lineRule="auto" w:line="360"/>
        <w:ind w:firstLine="482"/>
        <w:jc w:val="both"/>
      </w:pPr>
      <w:r>
        <w:rPr>
          <w:rFonts w:ascii="Times New Roman" w:hAnsi="Times New Roman" w:eastAsia="宋体"/>
          <w:b w:val="0"/>
          <w:sz w:val="24"/>
        </w:rPr>
        <w:t>“星湖杯”全国地图设计大赛成立于2024年，由中国测绘学会地图学与地理信息系统专业委员会、中国地理学会地图学与地理信息系统专业委员会、中国自然资源学会资源制图专业委员会、中国地理信息产业协会地图工作委员会、自然资源部地图文化与创意工程技术创新中心主办，武汉大学资源与环境科学学院联合中国地图出版社集团有限公司、青岛市勘察测绘研究院承办。</w:t>
      </w:r>
    </w:p>
    <w:p>
      <w:pPr>
        <w:spacing w:before="160" w:after="80" w:lineRule="auto" w:line="360"/>
        <w:jc w:val="left"/>
      </w:pPr>
      <w:r>
        <w:rPr>
          <w:rFonts w:ascii="Times New Roman" w:hAnsi="Times New Roman" w:eastAsia="宋体"/>
          <w:b/>
          <w:sz w:val="28"/>
        </w:rPr>
        <w:t>十、赛道设置</w:t>
      </w:r>
    </w:p>
    <w:p>
      <w:pPr>
        <w:spacing w:after="80" w:lineRule="auto" w:line="360"/>
        <w:ind w:firstLine="482"/>
        <w:jc w:val="both"/>
      </w:pPr>
      <w:r>
        <w:rPr>
          <w:rFonts w:ascii="Times New Roman" w:hAnsi="Times New Roman" w:eastAsia="宋体"/>
          <w:b w:val="0"/>
          <w:sz w:val="24"/>
        </w:rPr>
        <w:t>1. 普通地图设计赛道</w:t>
      </w:r>
    </w:p>
    <w:p>
      <w:pPr>
        <w:spacing w:after="80" w:lineRule="auto" w:line="360"/>
        <w:ind w:firstLine="482"/>
        <w:jc w:val="both"/>
      </w:pPr>
      <w:r>
        <w:rPr>
          <w:rFonts w:ascii="Times New Roman" w:hAnsi="Times New Roman" w:eastAsia="宋体"/>
          <w:b w:val="0"/>
          <w:sz w:val="24"/>
        </w:rPr>
        <w:t>2. 专题地图设计赛道</w:t>
      </w:r>
    </w:p>
    <w:p>
      <w:pPr>
        <w:spacing w:after="80" w:lineRule="auto" w:line="360"/>
        <w:ind w:firstLine="482"/>
        <w:jc w:val="both"/>
      </w:pPr>
      <w:r>
        <w:rPr>
          <w:rFonts w:ascii="Times New Roman" w:hAnsi="Times New Roman" w:eastAsia="宋体"/>
          <w:b w:val="0"/>
          <w:sz w:val="24"/>
        </w:rPr>
        <w:t>3. 新媒体地图设计赛道</w:t>
      </w:r>
    </w:p>
    <w:p>
      <w:pPr>
        <w:spacing w:after="80" w:lineRule="auto" w:line="360"/>
        <w:ind w:firstLine="482"/>
        <w:jc w:val="both"/>
      </w:pPr>
      <w:r>
        <w:rPr>
          <w:rFonts w:ascii="Times New Roman" w:hAnsi="Times New Roman" w:eastAsia="宋体"/>
          <w:b w:val="0"/>
          <w:sz w:val="24"/>
        </w:rPr>
        <w:t>4. 创意地图设计赛道</w:t>
      </w:r>
    </w:p>
    <w:p>
      <w:pPr>
        <w:spacing w:before="160" w:after="80" w:lineRule="auto" w:line="360"/>
        <w:jc w:val="left"/>
      </w:pPr>
      <w:r>
        <w:rPr>
          <w:rFonts w:ascii="Times New Roman" w:hAnsi="Times New Roman" w:eastAsia="宋体"/>
          <w:b/>
          <w:sz w:val="28"/>
        </w:rPr>
        <w:t>八、参赛形式</w:t>
      </w:r>
    </w:p>
    <w:p>
      <w:pPr>
        <w:spacing w:after="80" w:lineRule="auto" w:line="360"/>
        <w:ind w:firstLine="482"/>
        <w:jc w:val="both"/>
      </w:pPr>
      <w:r>
        <w:rPr>
          <w:rFonts w:ascii="Times New Roman" w:hAnsi="Times New Roman" w:eastAsia="宋体"/>
          <w:b w:val="0"/>
          <w:sz w:val="24"/>
        </w:rPr>
        <w:t>以个人或团队形式参赛，团队参赛由不超过5名参赛成员组成。</w:t>
      </w:r>
    </w:p>
    <w:p>
      <w:pPr>
        <w:spacing w:before="160" w:after="80" w:lineRule="auto" w:line="360"/>
        <w:jc w:val="left"/>
      </w:pPr>
      <w:r>
        <w:rPr>
          <w:rFonts w:ascii="Times New Roman" w:hAnsi="Times New Roman" w:eastAsia="宋体"/>
          <w:b/>
          <w:sz w:val="28"/>
        </w:rPr>
        <w:t>九、联系方式</w:t>
      </w:r>
    </w:p>
    <w:p>
      <w:pPr>
        <w:spacing w:after="80" w:lineRule="auto" w:line="360"/>
        <w:ind w:firstLine="482"/>
        <w:jc w:val="both"/>
      </w:pPr>
      <w:r>
        <w:rPr>
          <w:rFonts w:ascii="Times New Roman" w:hAnsi="Times New Roman" w:eastAsia="宋体"/>
          <w:b w:val="0"/>
          <w:sz w:val="24"/>
        </w:rPr>
        <w:t>赛事微信号：wurg2016</w:t>
      </w:r>
    </w:p>
    <w:p>
      <w:pPr>
        <w:spacing w:before="160" w:after="80" w:lineRule="auto" w:line="360"/>
        <w:jc w:val="left"/>
      </w:pPr>
      <w:r>
        <w:rPr>
          <w:rFonts w:ascii="Times New Roman" w:hAnsi="Times New Roman" w:eastAsia="宋体"/>
          <w:b/>
          <w:sz w:val="28"/>
        </w:rPr>
        <w:t>十、赛事概况</w:t>
      </w:r>
    </w:p>
    <w:p>
      <w:pPr>
        <w:spacing w:after="80" w:lineRule="auto" w:line="360"/>
        <w:ind w:firstLine="482"/>
        <w:jc w:val="both"/>
      </w:pPr>
      <w:r>
        <w:rPr>
          <w:rFonts w:ascii="Times New Roman" w:hAnsi="Times New Roman" w:eastAsia="宋体"/>
          <w:b w:val="0"/>
          <w:sz w:val="24"/>
        </w:rPr>
        <w:t>“星湖杯”全国地图设计大赛成立于2024年，由中国测绘学会地图学与地理信息系统专业委员会、中国地理学会地图学与地理信息系统专业委员会、中国自然资源学会资源制图专业委员会、中国地理信息产业协会地图工作委员会、自然资源部地图文化与创意工程技术创新中心主办，武汉大学资源与环境科学学院联合中国地图出版社集团有限公司、青岛市勘察测绘研究院承办。</w:t>
      </w:r>
    </w:p>
    <w:p>
      <w:pPr>
        <w:spacing w:before="160" w:after="80" w:lineRule="auto" w:line="360"/>
        <w:jc w:val="left"/>
      </w:pPr>
      <w:r>
        <w:rPr>
          <w:rFonts w:ascii="Times New Roman" w:hAnsi="Times New Roman" w:eastAsia="宋体"/>
          <w:b/>
          <w:sz w:val="28"/>
        </w:rPr>
        <w:t>八、赛道设置与参赛形式</w:t>
      </w:r>
    </w:p>
    <w:p>
      <w:pPr>
        <w:spacing w:after="80" w:lineRule="auto" w:line="360"/>
        <w:ind w:firstLine="482"/>
        <w:jc w:val="both"/>
      </w:pPr>
      <w:r>
        <w:rPr>
          <w:rFonts w:ascii="Times New Roman" w:hAnsi="Times New Roman" w:eastAsia="宋体"/>
          <w:b w:val="0"/>
          <w:sz w:val="24"/>
        </w:rPr>
        <w:t>1. 大赛设置普通地图设计赛道、专题地图设计赛道、新媒体地图设计赛道和创意地图设计赛道四个赛道。</w:t>
      </w:r>
    </w:p>
    <w:p>
      <w:pPr>
        <w:spacing w:after="80" w:lineRule="auto" w:line="360"/>
        <w:ind w:firstLine="482"/>
        <w:jc w:val="both"/>
      </w:pPr>
      <w:r>
        <w:rPr>
          <w:rFonts w:ascii="Times New Roman" w:hAnsi="Times New Roman" w:eastAsia="宋体"/>
          <w:b w:val="0"/>
          <w:sz w:val="24"/>
        </w:rPr>
        <w:t>2. 以个人或团队形式参赛，团队参赛由不超过5名参赛成员组成。</w:t>
      </w:r>
    </w:p>
    <w:p>
      <w:pPr>
        <w:spacing w:before="160" w:after="80" w:lineRule="auto" w:line="360"/>
        <w:jc w:val="left"/>
      </w:pPr>
      <w:r>
        <w:rPr>
          <w:rFonts w:ascii="Times New Roman" w:hAnsi="Times New Roman" w:eastAsia="宋体"/>
          <w:b/>
          <w:sz w:val="28"/>
        </w:rPr>
        <w:t>九、联系方式</w:t>
      </w:r>
    </w:p>
    <w:p>
      <w:pPr>
        <w:spacing w:after="80" w:lineRule="auto" w:line="360"/>
        <w:ind w:firstLine="482"/>
        <w:jc w:val="both"/>
      </w:pPr>
      <w:r>
        <w:rPr>
          <w:rFonts w:ascii="Times New Roman" w:hAnsi="Times New Roman" w:eastAsia="宋体"/>
          <w:b w:val="0"/>
          <w:sz w:val="24"/>
        </w:rPr>
        <w:t>赛事微信号：wurg2016</w:t>
      </w:r>
    </w:p>
    <w:p>
      <w:pPr>
        <w:spacing w:after="80" w:lineRule="auto" w:line="360"/>
        <w:ind w:firstLine="482"/>
        <w:jc w:val="both"/>
      </w:pPr>
      <w:r>
        <w:rPr>
          <w:rFonts w:ascii="Times New Roman" w:hAnsi="Times New Roman" w:eastAsia="宋体"/>
          <w:b w:val="0"/>
          <w:sz w:val="24"/>
        </w:rPr>
        <w:t>“星湖杯”全国地图设计大赛成立于2024年，由中国测绘学会地图学与地理信息系统专业委员会、中国地理学会地图学与地理信息系统专业委员会、中国自然资源学会资源制图专业委员会、中国地理信息产业协会地图工作委员会、自然资源部地图文化与创意工程技术创新中心主办，武汉大学资源与环境科学学院联合中国地图出版社集团有限公司、青岛市勘察测绘研究院承办。</w:t>
      </w:r>
    </w:p>
    <w:p>
      <w:pPr>
        <w:spacing w:before="160" w:after="80" w:lineRule="auto" w:line="360"/>
        <w:jc w:val="left"/>
      </w:pPr>
      <w:r>
        <w:rPr>
          <w:rFonts w:ascii="Times New Roman" w:hAnsi="Times New Roman" w:eastAsia="宋体"/>
          <w:b/>
          <w:sz w:val="28"/>
        </w:rPr>
        <w:t>十、赛道设置</w:t>
      </w:r>
    </w:p>
    <w:p>
      <w:pPr>
        <w:spacing w:after="80" w:lineRule="auto" w:line="360"/>
        <w:ind w:firstLine="482"/>
        <w:jc w:val="both"/>
      </w:pPr>
      <w:r>
        <w:rPr>
          <w:rFonts w:ascii="Times New Roman" w:hAnsi="Times New Roman" w:eastAsia="宋体"/>
          <w:b w:val="0"/>
          <w:sz w:val="24"/>
        </w:rPr>
        <w:t>1. 普通地图设计赛道</w:t>
      </w:r>
    </w:p>
    <w:p>
      <w:pPr>
        <w:spacing w:after="80" w:lineRule="auto" w:line="360"/>
        <w:ind w:firstLine="482"/>
        <w:jc w:val="both"/>
      </w:pPr>
      <w:r>
        <w:rPr>
          <w:rFonts w:ascii="Times New Roman" w:hAnsi="Times New Roman" w:eastAsia="宋体"/>
          <w:b w:val="0"/>
          <w:sz w:val="24"/>
        </w:rPr>
        <w:t>2. 专题地图设计赛道</w:t>
      </w:r>
    </w:p>
    <w:p>
      <w:pPr>
        <w:spacing w:after="80" w:lineRule="auto" w:line="360"/>
        <w:ind w:firstLine="482"/>
        <w:jc w:val="both"/>
      </w:pPr>
      <w:r>
        <w:rPr>
          <w:rFonts w:ascii="Times New Roman" w:hAnsi="Times New Roman" w:eastAsia="宋体"/>
          <w:b w:val="0"/>
          <w:sz w:val="24"/>
        </w:rPr>
        <w:t>3. 新媒体地图设计赛道</w:t>
      </w:r>
    </w:p>
    <w:p>
      <w:pPr>
        <w:spacing w:after="80" w:lineRule="auto" w:line="360"/>
        <w:ind w:firstLine="482"/>
        <w:jc w:val="both"/>
      </w:pPr>
      <w:r>
        <w:rPr>
          <w:rFonts w:ascii="Times New Roman" w:hAnsi="Times New Roman" w:eastAsia="宋体"/>
          <w:b w:val="0"/>
          <w:sz w:val="24"/>
        </w:rPr>
        <w:t>4. 创意地图设计赛道</w:t>
      </w:r>
    </w:p>
    <w:p>
      <w:pPr>
        <w:spacing w:before="160" w:after="80" w:lineRule="auto" w:line="360"/>
        <w:jc w:val="left"/>
      </w:pPr>
      <w:r>
        <w:rPr>
          <w:rFonts w:ascii="Times New Roman" w:hAnsi="Times New Roman" w:eastAsia="宋体"/>
          <w:b/>
          <w:sz w:val="28"/>
        </w:rPr>
        <w:t>八、参赛形式</w:t>
      </w:r>
    </w:p>
    <w:p>
      <w:pPr>
        <w:spacing w:after="80" w:lineRule="auto" w:line="360"/>
        <w:ind w:firstLine="482"/>
        <w:jc w:val="both"/>
      </w:pPr>
      <w:r>
        <w:rPr>
          <w:rFonts w:ascii="Times New Roman" w:hAnsi="Times New Roman" w:eastAsia="宋体"/>
          <w:b w:val="0"/>
          <w:sz w:val="24"/>
        </w:rPr>
        <w:t>以个人或团队形式参赛，团队参赛由不超过5名参赛成员组成。</w:t>
      </w:r>
    </w:p>
    <w:p>
      <w:pPr>
        <w:spacing w:before="160" w:after="80" w:lineRule="auto" w:line="360"/>
        <w:jc w:val="left"/>
      </w:pPr>
      <w:r>
        <w:rPr>
          <w:rFonts w:ascii="Times New Roman" w:hAnsi="Times New Roman" w:eastAsia="宋体"/>
          <w:b/>
          <w:sz w:val="28"/>
        </w:rPr>
        <w:t>九、联系方式</w:t>
      </w:r>
    </w:p>
    <w:p>
      <w:pPr>
        <w:spacing w:after="80" w:lineRule="auto" w:line="360"/>
        <w:ind w:firstLine="482"/>
        <w:jc w:val="both"/>
      </w:pPr>
      <w:r>
        <w:rPr>
          <w:rFonts w:ascii="Times New Roman" w:hAnsi="Times New Roman" w:eastAsia="宋体"/>
          <w:b w:val="0"/>
          <w:sz w:val="24"/>
        </w:rPr>
        <w:t>赛事微信号：wurg2016</w:t>
      </w:r>
    </w:p>
    <w:p>
      <w:pPr>
        <w:spacing w:after="80" w:lineRule="auto" w:line="360"/>
        <w:ind w:firstLine="482"/>
        <w:jc w:val="both"/>
      </w:pPr>
      <w:r>
        <w:rPr>
          <w:rFonts w:ascii="Times New Roman" w:hAnsi="Times New Roman" w:eastAsia="宋体"/>
          <w:b w:val="0"/>
          <w:sz w:val="24"/>
        </w:rPr>
        <w:t>“星湖杯”全国地图设计大赛成立于2024年，由中国测绘学会地图学与地理信息系统专业委员会、中国地理学会地图学与地理信息系统专业委员会、中国自然资源学会资源制图专业委员会、中国地理信息产业协会地图工作委员会、自然资源部地图文化与创意工程技术创新中心主办，武汉大学资源与环境科学学院联合中国地图出版社集团有限公司、青岛市勘察测绘研究院承办。</w:t>
      </w:r>
    </w:p>
    <w:p>
      <w:pPr>
        <w:spacing w:before="160" w:after="80" w:lineRule="auto" w:line="360"/>
        <w:jc w:val="left"/>
      </w:pPr>
      <w:r>
        <w:rPr>
          <w:rFonts w:ascii="Times New Roman" w:hAnsi="Times New Roman" w:eastAsia="宋体"/>
          <w:b/>
          <w:sz w:val="28"/>
        </w:rPr>
        <w:t>十、赛道设置</w:t>
      </w:r>
    </w:p>
    <w:p>
      <w:pPr>
        <w:spacing w:after="80" w:lineRule="auto" w:line="360"/>
        <w:ind w:firstLine="482"/>
        <w:jc w:val="both"/>
      </w:pPr>
      <w:r>
        <w:rPr>
          <w:rFonts w:ascii="Times New Roman" w:hAnsi="Times New Roman" w:eastAsia="宋体"/>
          <w:b w:val="0"/>
          <w:sz w:val="24"/>
        </w:rPr>
        <w:t>1. 普通地图设计赛道</w:t>
      </w:r>
    </w:p>
    <w:p>
      <w:pPr>
        <w:spacing w:after="80" w:lineRule="auto" w:line="360"/>
        <w:ind w:firstLine="482"/>
        <w:jc w:val="both"/>
      </w:pPr>
      <w:r>
        <w:rPr>
          <w:rFonts w:ascii="Times New Roman" w:hAnsi="Times New Roman" w:eastAsia="宋体"/>
          <w:b w:val="0"/>
          <w:sz w:val="24"/>
        </w:rPr>
        <w:t>2. 专题地图设计赛道</w:t>
      </w:r>
    </w:p>
    <w:p>
      <w:pPr>
        <w:spacing w:after="80" w:lineRule="auto" w:line="360"/>
        <w:ind w:firstLine="482"/>
        <w:jc w:val="both"/>
      </w:pPr>
      <w:r>
        <w:rPr>
          <w:rFonts w:ascii="Times New Roman" w:hAnsi="Times New Roman" w:eastAsia="宋体"/>
          <w:b w:val="0"/>
          <w:sz w:val="24"/>
        </w:rPr>
        <w:t>3. 新媒体地图设计赛道</w:t>
      </w:r>
    </w:p>
    <w:p>
      <w:pPr>
        <w:spacing w:after="80" w:lineRule="auto" w:line="360"/>
        <w:ind w:firstLine="482"/>
        <w:jc w:val="both"/>
      </w:pPr>
      <w:r>
        <w:rPr>
          <w:rFonts w:ascii="Times New Roman" w:hAnsi="Times New Roman" w:eastAsia="宋体"/>
          <w:b w:val="0"/>
          <w:sz w:val="24"/>
        </w:rPr>
        <w:t>4. 创意地图设计赛道</w:t>
      </w:r>
    </w:p>
    <w:p>
      <w:pPr>
        <w:spacing w:before="160" w:after="80" w:lineRule="auto" w:line="360"/>
        <w:jc w:val="left"/>
      </w:pPr>
      <w:r>
        <w:rPr>
          <w:rFonts w:ascii="Times New Roman" w:hAnsi="Times New Roman" w:eastAsia="宋体"/>
          <w:b/>
          <w:sz w:val="28"/>
        </w:rPr>
        <w:t>八、参赛形式</w:t>
      </w:r>
    </w:p>
    <w:p>
      <w:pPr>
        <w:spacing w:after="80" w:lineRule="auto" w:line="360"/>
        <w:ind w:firstLine="482"/>
        <w:jc w:val="both"/>
      </w:pPr>
      <w:r>
        <w:rPr>
          <w:rFonts w:ascii="Times New Roman" w:hAnsi="Times New Roman" w:eastAsia="宋体"/>
          <w:b w:val="0"/>
          <w:sz w:val="24"/>
        </w:rPr>
        <w:t>1. 以个人或团队形式参赛。</w:t>
      </w:r>
    </w:p>
    <w:p>
      <w:pPr>
        <w:spacing w:after="80" w:lineRule="auto" w:line="360"/>
        <w:ind w:firstLine="482"/>
        <w:jc w:val="both"/>
      </w:pPr>
      <w:r>
        <w:rPr>
          <w:rFonts w:ascii="Times New Roman" w:hAnsi="Times New Roman" w:eastAsia="宋体"/>
          <w:b w:val="0"/>
          <w:sz w:val="24"/>
        </w:rPr>
        <w:t>2. 团队参赛由不超过5名参赛成员组成。</w:t>
      </w:r>
    </w:p>
    <w:p>
      <w:pPr>
        <w:spacing w:before="160" w:after="80" w:lineRule="auto" w:line="360"/>
        <w:jc w:val="left"/>
      </w:pPr>
      <w:r>
        <w:rPr>
          <w:rFonts w:ascii="Times New Roman" w:hAnsi="Times New Roman" w:eastAsia="宋体"/>
          <w:b/>
          <w:sz w:val="28"/>
        </w:rPr>
        <w:t>九、联系方式</w:t>
      </w:r>
    </w:p>
    <w:p>
      <w:pPr>
        <w:spacing w:after="80" w:lineRule="auto" w:line="360"/>
        <w:ind w:firstLine="482"/>
        <w:jc w:val="both"/>
      </w:pPr>
      <w:r>
        <w:rPr>
          <w:rFonts w:ascii="Times New Roman" w:hAnsi="Times New Roman" w:eastAsia="宋体"/>
          <w:b w:val="0"/>
          <w:sz w:val="24"/>
        </w:rPr>
        <w:t>赛事微信号：wurg2016</w:t>
      </w:r>
    </w:p>
    <w:p>
      <w:pPr>
        <w:spacing w:after="80" w:lineRule="auto" w:line="360"/>
        <w:ind w:firstLine="482"/>
        <w:jc w:val="both"/>
      </w:pPr>
      <w:r>
        <w:rPr>
          <w:rFonts w:ascii="Times New Roman" w:hAnsi="Times New Roman" w:eastAsia="宋体"/>
          <w:b w:val="0"/>
          <w:sz w:val="24"/>
        </w:rPr>
        <w:t>“星湖杯”全国地图设计大赛成立于2024年，该赛事由中国测绘学会地图学与地理信息系统专业委员会、中国地理学会地图学与地理信息系统专业委员会、中国自然资源学会资源制图专业委员会、中国地理信息产业协会地图工作委员会、自然资源部地图文化与创意工程技术创新中心主办，武汉大学资源与环境科学学院联合中国地图出版社集团有限公司、青岛市勘察测绘研究院承办。</w:t>
      </w:r>
    </w:p>
    <w:p>
      <w:pPr>
        <w:spacing w:before="160" w:after="80" w:lineRule="auto" w:line="360"/>
        <w:jc w:val="left"/>
      </w:pPr>
      <w:r>
        <w:rPr>
          <w:rFonts w:ascii="Times New Roman" w:hAnsi="Times New Roman" w:eastAsia="宋体"/>
          <w:b/>
          <w:sz w:val="28"/>
        </w:rPr>
        <w:t>十、赛道设置</w:t>
      </w:r>
    </w:p>
    <w:p>
      <w:pPr>
        <w:spacing w:after="80" w:lineRule="auto" w:line="360"/>
        <w:ind w:firstLine="482"/>
        <w:jc w:val="both"/>
      </w:pPr>
      <w:r>
        <w:rPr>
          <w:rFonts w:ascii="Times New Roman" w:hAnsi="Times New Roman" w:eastAsia="宋体"/>
          <w:b w:val="0"/>
          <w:sz w:val="24"/>
        </w:rPr>
        <w:t>1. 普通地图设计赛道</w:t>
      </w:r>
    </w:p>
    <w:p>
      <w:pPr>
        <w:spacing w:after="80" w:lineRule="auto" w:line="360"/>
        <w:ind w:firstLine="482"/>
        <w:jc w:val="both"/>
      </w:pPr>
      <w:r>
        <w:rPr>
          <w:rFonts w:ascii="Times New Roman" w:hAnsi="Times New Roman" w:eastAsia="宋体"/>
          <w:b w:val="0"/>
          <w:sz w:val="24"/>
        </w:rPr>
        <w:t>2. 专题地图设计赛道</w:t>
      </w:r>
    </w:p>
    <w:p>
      <w:pPr>
        <w:spacing w:after="80" w:lineRule="auto" w:line="360"/>
        <w:ind w:firstLine="482"/>
        <w:jc w:val="both"/>
      </w:pPr>
      <w:r>
        <w:rPr>
          <w:rFonts w:ascii="Times New Roman" w:hAnsi="Times New Roman" w:eastAsia="宋体"/>
          <w:b w:val="0"/>
          <w:sz w:val="24"/>
        </w:rPr>
        <w:t>3. 新媒体地图设计赛道</w:t>
      </w:r>
    </w:p>
    <w:p>
      <w:pPr>
        <w:spacing w:after="80" w:lineRule="auto" w:line="360"/>
        <w:ind w:firstLine="482"/>
        <w:jc w:val="both"/>
      </w:pPr>
      <w:r>
        <w:rPr>
          <w:rFonts w:ascii="Times New Roman" w:hAnsi="Times New Roman" w:eastAsia="宋体"/>
          <w:b w:val="0"/>
          <w:sz w:val="24"/>
        </w:rPr>
        <w:t>4. 创意地图设计赛道</w:t>
      </w:r>
    </w:p>
    <w:p>
      <w:pPr>
        <w:spacing w:before="160" w:after="80" w:lineRule="auto" w:line="360"/>
        <w:jc w:val="left"/>
      </w:pPr>
      <w:r>
        <w:rPr>
          <w:rFonts w:ascii="Times New Roman" w:hAnsi="Times New Roman" w:eastAsia="宋体"/>
          <w:b/>
          <w:sz w:val="28"/>
        </w:rPr>
        <w:t>八、参赛形式</w:t>
      </w:r>
    </w:p>
    <w:p>
      <w:pPr>
        <w:spacing w:after="80" w:lineRule="auto" w:line="360"/>
        <w:ind w:firstLine="482"/>
        <w:jc w:val="both"/>
      </w:pPr>
      <w:r>
        <w:rPr>
          <w:rFonts w:ascii="Times New Roman" w:hAnsi="Times New Roman" w:eastAsia="宋体"/>
          <w:b w:val="0"/>
          <w:sz w:val="24"/>
        </w:rPr>
        <w:t>1. 以个人或团队形式参赛。</w:t>
      </w:r>
    </w:p>
    <w:p>
      <w:pPr>
        <w:spacing w:after="80" w:lineRule="auto" w:line="360"/>
        <w:ind w:firstLine="482"/>
        <w:jc w:val="both"/>
      </w:pPr>
      <w:r>
        <w:rPr>
          <w:rFonts w:ascii="Times New Roman" w:hAnsi="Times New Roman" w:eastAsia="宋体"/>
          <w:b w:val="0"/>
          <w:sz w:val="24"/>
        </w:rPr>
        <w:t>2. 团队参赛由不超过5名参赛成员组成。</w:t>
      </w:r>
    </w:p>
    <w:p>
      <w:pPr>
        <w:spacing w:before="160" w:after="80" w:lineRule="auto" w:line="360"/>
        <w:jc w:val="left"/>
      </w:pPr>
      <w:r>
        <w:rPr>
          <w:rFonts w:ascii="Times New Roman" w:hAnsi="Times New Roman" w:eastAsia="宋体"/>
          <w:b/>
          <w:sz w:val="28"/>
        </w:rPr>
        <w:t>九、联系方式</w:t>
      </w:r>
    </w:p>
    <w:p>
      <w:pPr>
        <w:spacing w:after="80" w:lineRule="auto" w:line="360"/>
        <w:ind w:firstLine="482"/>
        <w:jc w:val="both"/>
      </w:pPr>
      <w:r>
        <w:rPr>
          <w:rFonts w:ascii="Times New Roman" w:hAnsi="Times New Roman" w:eastAsia="宋体"/>
          <w:b w:val="0"/>
          <w:sz w:val="24"/>
        </w:rPr>
        <w:t>赛事微信号：wurg2016</w:t>
      </w:r>
    </w:p>
    <w:p>
      <w:pPr>
        <w:spacing w:before="160" w:after="80" w:lineRule="auto" w:line="360"/>
        <w:jc w:val="left"/>
      </w:pPr>
      <w:r>
        <w:rPr>
          <w:rFonts w:ascii="Times New Roman" w:hAnsi="Times New Roman" w:eastAsia="宋体"/>
          <w:b/>
          <w:sz w:val="28"/>
        </w:rPr>
        <w:t>十、赛事概况</w:t>
      </w:r>
    </w:p>
    <w:p>
      <w:pPr>
        <w:spacing w:after="80" w:lineRule="auto" w:line="360"/>
        <w:ind w:firstLine="482"/>
        <w:jc w:val="both"/>
      </w:pPr>
      <w:r>
        <w:rPr>
          <w:rFonts w:ascii="Times New Roman" w:hAnsi="Times New Roman" w:eastAsia="宋体"/>
          <w:b w:val="0"/>
          <w:sz w:val="24"/>
        </w:rPr>
        <w:t>“星湖杯”全国地图设计大赛成立于2024年，由中国测绘学会地图学与地理信息系统专业委员会、中国地理学会地图学与地理信息系统专业委员会、中国自然资源学会资源制图专业委员会、中国地理信息产业协会地图工作委员会、自然资源部地图文化与创意工程技术创新中心主办，武汉大学资源与环境科学学院联合中国地图出版社集团有限公司、青岛市勘察测绘研究院承办。</w:t>
      </w:r>
    </w:p>
    <w:p>
      <w:pPr>
        <w:spacing w:before="160" w:after="80" w:lineRule="auto" w:line="360"/>
        <w:jc w:val="left"/>
      </w:pPr>
      <w:r>
        <w:rPr>
          <w:rFonts w:ascii="Times New Roman" w:hAnsi="Times New Roman" w:eastAsia="宋体"/>
          <w:b/>
          <w:sz w:val="28"/>
        </w:rPr>
        <w:t>八、赛道设置与参赛形式</w:t>
      </w:r>
    </w:p>
    <w:p>
      <w:pPr>
        <w:spacing w:after="80" w:lineRule="auto" w:line="360"/>
        <w:ind w:firstLine="482"/>
        <w:jc w:val="both"/>
      </w:pPr>
      <w:r>
        <w:rPr>
          <w:rFonts w:ascii="Times New Roman" w:hAnsi="Times New Roman" w:eastAsia="宋体"/>
          <w:b w:val="0"/>
          <w:sz w:val="24"/>
        </w:rPr>
        <w:t>1. 大赛设置普通地图设计赛道、专题地图设计赛道、新媒体地图设计赛道和创意地图设计赛道四个赛道。</w:t>
      </w:r>
    </w:p>
    <w:p>
      <w:pPr>
        <w:spacing w:after="80" w:lineRule="auto" w:line="360"/>
        <w:ind w:firstLine="482"/>
        <w:jc w:val="both"/>
      </w:pPr>
      <w:r>
        <w:rPr>
          <w:rFonts w:ascii="Times New Roman" w:hAnsi="Times New Roman" w:eastAsia="宋体"/>
          <w:b w:val="0"/>
          <w:sz w:val="24"/>
        </w:rPr>
        <w:t>2. 以个人或团队形式参赛，团队参赛由不超过5名参赛成员组成。</w:t>
      </w:r>
    </w:p>
    <w:p>
      <w:pPr>
        <w:spacing w:before="160" w:after="80" w:lineRule="auto" w:line="360"/>
        <w:jc w:val="left"/>
      </w:pPr>
      <w:r>
        <w:rPr>
          <w:rFonts w:ascii="Times New Roman" w:hAnsi="Times New Roman" w:eastAsia="宋体"/>
          <w:b/>
          <w:sz w:val="28"/>
        </w:rPr>
        <w:t>九、联系方式</w:t>
      </w:r>
    </w:p>
    <w:p>
      <w:pPr>
        <w:spacing w:after="80" w:lineRule="auto" w:line="360"/>
        <w:ind w:firstLine="482"/>
        <w:jc w:val="both"/>
      </w:pPr>
      <w:r>
        <w:rPr>
          <w:rFonts w:ascii="Times New Roman" w:hAnsi="Times New Roman" w:eastAsia="宋体"/>
          <w:b w:val="0"/>
          <w:sz w:val="24"/>
        </w:rPr>
        <w:t>赛事微信号：wurg2016</w:t>
      </w:r>
    </w:p>
    <w:p>
      <w:pPr>
        <w:spacing w:after="80" w:lineRule="auto" w:line="360"/>
        <w:ind w:firstLine="482"/>
        <w:jc w:val="both"/>
      </w:pPr>
      <w:r>
        <w:rPr>
          <w:rFonts w:ascii="Times New Roman" w:hAnsi="Times New Roman" w:eastAsia="宋体"/>
          <w:b w:val="0"/>
          <w:sz w:val="24"/>
        </w:rPr>
        <w:t>“星湖杯”全国地图设计大赛成立于2024年，由中国测绘学会地图学与地理信息系统专业委员会、中国地理学会地图学与地理信息系统专业委员会、中国自然资源学会资源制图专业委员会、中国地理信息产业协会地图工作委员会、自然资源部地图文化与创意工程技术创新中心主办，武汉大学资源与环境科学学院联合中国地图出版社集团有限公司、青岛市勘察测绘研究院承办。</w:t>
      </w:r>
    </w:p>
    <w:p>
      <w:pPr>
        <w:spacing w:before="160" w:after="80" w:lineRule="auto" w:line="360"/>
        <w:jc w:val="left"/>
      </w:pPr>
      <w:r>
        <w:rPr>
          <w:rFonts w:ascii="Times New Roman" w:hAnsi="Times New Roman" w:eastAsia="宋体"/>
          <w:b/>
          <w:sz w:val="28"/>
        </w:rPr>
        <w:t>十、赛道设置</w:t>
      </w:r>
    </w:p>
    <w:p>
      <w:pPr>
        <w:spacing w:after="80" w:lineRule="auto" w:line="360"/>
        <w:ind w:firstLine="482"/>
        <w:jc w:val="both"/>
      </w:pPr>
      <w:r>
        <w:rPr>
          <w:rFonts w:ascii="Times New Roman" w:hAnsi="Times New Roman" w:eastAsia="宋体"/>
          <w:b w:val="0"/>
          <w:sz w:val="24"/>
        </w:rPr>
        <w:t>1. 普通地图设计赛道</w:t>
      </w:r>
    </w:p>
    <w:p>
      <w:pPr>
        <w:spacing w:after="80" w:lineRule="auto" w:line="360"/>
        <w:ind w:firstLine="482"/>
        <w:jc w:val="both"/>
      </w:pPr>
      <w:r>
        <w:rPr>
          <w:rFonts w:ascii="Times New Roman" w:hAnsi="Times New Roman" w:eastAsia="宋体"/>
          <w:b w:val="0"/>
          <w:sz w:val="24"/>
        </w:rPr>
        <w:t>2. 专题地图设计赛道</w:t>
      </w:r>
    </w:p>
    <w:p>
      <w:pPr>
        <w:spacing w:after="80" w:lineRule="auto" w:line="360"/>
        <w:ind w:firstLine="482"/>
        <w:jc w:val="both"/>
      </w:pPr>
      <w:r>
        <w:rPr>
          <w:rFonts w:ascii="Times New Roman" w:hAnsi="Times New Roman" w:eastAsia="宋体"/>
          <w:b w:val="0"/>
          <w:sz w:val="24"/>
        </w:rPr>
        <w:t>3. 新媒体地图设计赛道</w:t>
      </w:r>
    </w:p>
    <w:p>
      <w:pPr>
        <w:spacing w:after="80" w:lineRule="auto" w:line="360"/>
        <w:ind w:firstLine="482"/>
        <w:jc w:val="both"/>
      </w:pPr>
      <w:r>
        <w:rPr>
          <w:rFonts w:ascii="Times New Roman" w:hAnsi="Times New Roman" w:eastAsia="宋体"/>
          <w:b w:val="0"/>
          <w:sz w:val="24"/>
        </w:rPr>
        <w:t>4. 创意地图设计赛道</w:t>
      </w:r>
    </w:p>
    <w:p>
      <w:pPr>
        <w:spacing w:before="160" w:after="80" w:lineRule="auto" w:line="360"/>
        <w:jc w:val="left"/>
      </w:pPr>
      <w:r>
        <w:rPr>
          <w:rFonts w:ascii="Times New Roman" w:hAnsi="Times New Roman" w:eastAsia="宋体"/>
          <w:b/>
          <w:sz w:val="28"/>
        </w:rPr>
        <w:t>八、参赛形式</w:t>
      </w:r>
    </w:p>
    <w:p>
      <w:pPr>
        <w:spacing w:after="80" w:lineRule="auto" w:line="360"/>
        <w:ind w:firstLine="482"/>
        <w:jc w:val="both"/>
      </w:pPr>
      <w:r>
        <w:rPr>
          <w:rFonts w:ascii="Times New Roman" w:hAnsi="Times New Roman" w:eastAsia="宋体"/>
          <w:b w:val="0"/>
          <w:sz w:val="24"/>
        </w:rPr>
        <w:t>以个人或团队形式参赛，团队参赛由不超过5名参赛成员组成。</w:t>
      </w:r>
    </w:p>
    <w:p>
      <w:pPr>
        <w:spacing w:before="160" w:after="80" w:lineRule="auto" w:line="360"/>
        <w:jc w:val="left"/>
      </w:pPr>
      <w:r>
        <w:rPr>
          <w:rFonts w:ascii="Times New Roman" w:hAnsi="Times New Roman" w:eastAsia="宋体"/>
          <w:b/>
          <w:sz w:val="28"/>
        </w:rPr>
        <w:t>九、联系方式</w:t>
      </w:r>
    </w:p>
    <w:p>
      <w:pPr>
        <w:spacing w:after="80" w:lineRule="auto" w:line="360"/>
        <w:ind w:firstLine="482"/>
        <w:jc w:val="both"/>
      </w:pPr>
      <w:r>
        <w:rPr>
          <w:rFonts w:ascii="Times New Roman" w:hAnsi="Times New Roman" w:eastAsia="宋体"/>
          <w:b w:val="0"/>
          <w:sz w:val="24"/>
        </w:rPr>
        <w:t>赛事微信号：wurg2016</w:t>
      </w:r>
    </w:p>
    <w:p>
      <w:pPr>
        <w:spacing w:after="80" w:lineRule="auto" w:line="360"/>
        <w:ind w:firstLine="482"/>
        <w:jc w:val="both"/>
      </w:pPr>
      <w:r>
        <w:rPr>
          <w:rFonts w:ascii="Times New Roman" w:hAnsi="Times New Roman" w:eastAsia="宋体"/>
          <w:b w:val="0"/>
          <w:sz w:val="24"/>
        </w:rPr>
        <w:t>“星湖杯”全国地图设计大赛成立于2024年，由中国测绘学会地图学与地理信息系统专业委员会、中国地理学会地图学与地理信息系统专业委员会、中国自然资源学会资源制图专业委员会、中国地理信息产业协会地图工作委员会、自然资源部地图文化与创意工程技术创新中心主办，武汉大学资源与环境科学学院联合中国地图出版社集团有限公司、青岛市勘察测绘研究院承办。</w:t>
      </w:r>
    </w:p>
    <w:p>
      <w:pPr>
        <w:spacing w:before="160" w:after="80" w:lineRule="auto" w:line="360"/>
        <w:jc w:val="left"/>
      </w:pPr>
      <w:r>
        <w:rPr>
          <w:rFonts w:ascii="Times New Roman" w:hAnsi="Times New Roman" w:eastAsia="宋体"/>
          <w:b/>
          <w:sz w:val="28"/>
        </w:rPr>
        <w:t>十、赛道设置</w:t>
      </w:r>
    </w:p>
    <w:p>
      <w:pPr>
        <w:spacing w:after="80" w:lineRule="auto" w:line="360"/>
        <w:ind w:firstLine="482"/>
        <w:jc w:val="both"/>
      </w:pPr>
      <w:r>
        <w:rPr>
          <w:rFonts w:ascii="Times New Roman" w:hAnsi="Times New Roman" w:eastAsia="宋体"/>
          <w:b w:val="0"/>
          <w:sz w:val="24"/>
        </w:rPr>
        <w:t>1. 普通地图设计赛道</w:t>
      </w:r>
    </w:p>
    <w:p>
      <w:pPr>
        <w:spacing w:after="80" w:lineRule="auto" w:line="360"/>
        <w:ind w:firstLine="482"/>
        <w:jc w:val="both"/>
      </w:pPr>
      <w:r>
        <w:rPr>
          <w:rFonts w:ascii="Times New Roman" w:hAnsi="Times New Roman" w:eastAsia="宋体"/>
          <w:b w:val="0"/>
          <w:sz w:val="24"/>
        </w:rPr>
        <w:t>2. 专题地图设计赛道</w:t>
      </w:r>
    </w:p>
    <w:p>
      <w:pPr>
        <w:spacing w:after="80" w:lineRule="auto" w:line="360"/>
        <w:ind w:firstLine="482"/>
        <w:jc w:val="both"/>
      </w:pPr>
      <w:r>
        <w:rPr>
          <w:rFonts w:ascii="Times New Roman" w:hAnsi="Times New Roman" w:eastAsia="宋体"/>
          <w:b w:val="0"/>
          <w:sz w:val="24"/>
        </w:rPr>
        <w:t>3. 新媒体地图设计赛道</w:t>
      </w:r>
    </w:p>
    <w:p>
      <w:pPr>
        <w:spacing w:after="80" w:lineRule="auto" w:line="360"/>
        <w:ind w:firstLine="482"/>
        <w:jc w:val="both"/>
      </w:pPr>
      <w:r>
        <w:rPr>
          <w:rFonts w:ascii="Times New Roman" w:hAnsi="Times New Roman" w:eastAsia="宋体"/>
          <w:b w:val="0"/>
          <w:sz w:val="24"/>
        </w:rPr>
        <w:t>4. 创意地图设计赛道</w:t>
      </w:r>
    </w:p>
    <w:p>
      <w:pPr>
        <w:spacing w:before="160" w:after="80" w:lineRule="auto" w:line="360"/>
        <w:jc w:val="left"/>
      </w:pPr>
      <w:r>
        <w:rPr>
          <w:rFonts w:ascii="Times New Roman" w:hAnsi="Times New Roman" w:eastAsia="宋体"/>
          <w:b/>
          <w:sz w:val="28"/>
        </w:rPr>
        <w:t>八、参赛形式</w:t>
      </w:r>
    </w:p>
    <w:p>
      <w:pPr>
        <w:spacing w:after="80" w:lineRule="auto" w:line="360"/>
        <w:ind w:firstLine="482"/>
        <w:jc w:val="both"/>
      </w:pPr>
      <w:r>
        <w:rPr>
          <w:rFonts w:ascii="Times New Roman" w:hAnsi="Times New Roman" w:eastAsia="宋体"/>
          <w:b w:val="0"/>
          <w:sz w:val="24"/>
        </w:rPr>
        <w:t>1. 以个人或团队形式参赛。</w:t>
      </w:r>
    </w:p>
    <w:p>
      <w:pPr>
        <w:spacing w:after="80" w:lineRule="auto" w:line="360"/>
        <w:ind w:firstLine="482"/>
        <w:jc w:val="both"/>
      </w:pPr>
      <w:r>
        <w:rPr>
          <w:rFonts w:ascii="Times New Roman" w:hAnsi="Times New Roman" w:eastAsia="宋体"/>
          <w:b w:val="0"/>
          <w:sz w:val="24"/>
        </w:rPr>
        <w:t>2. 团队参赛由不超过5名参赛成员组成。</w:t>
      </w:r>
    </w:p>
    <w:p>
      <w:pPr>
        <w:spacing w:before="160" w:after="80" w:lineRule="auto" w:line="360"/>
        <w:jc w:val="left"/>
      </w:pPr>
      <w:r>
        <w:rPr>
          <w:rFonts w:ascii="Times New Roman" w:hAnsi="Times New Roman" w:eastAsia="宋体"/>
          <w:b/>
          <w:sz w:val="28"/>
        </w:rPr>
        <w:t>九、联系方式</w:t>
      </w:r>
    </w:p>
    <w:p>
      <w:pPr>
        <w:spacing w:after="80" w:lineRule="auto" w:line="360"/>
        <w:ind w:firstLine="482"/>
        <w:jc w:val="both"/>
      </w:pPr>
      <w:r>
        <w:rPr>
          <w:rFonts w:ascii="Times New Roman" w:hAnsi="Times New Roman" w:eastAsia="宋体"/>
          <w:b w:val="0"/>
          <w:sz w:val="24"/>
        </w:rPr>
        <w:t>赛事微信号：wurg2016</w:t>
      </w:r>
    </w:p>
    <w:p>
      <w:pPr>
        <w:spacing w:after="80" w:lineRule="auto" w:line="360"/>
        <w:ind w:firstLine="482"/>
        <w:jc w:val="both"/>
      </w:pPr>
      <w:r>
        <w:rPr>
          <w:rFonts w:ascii="Times New Roman" w:hAnsi="Times New Roman" w:eastAsia="宋体"/>
          <w:b w:val="0"/>
          <w:sz w:val="24"/>
        </w:rPr>
        <w:t>“星湖杯”全国地图设计大赛成立于2024年，由中国测绘学会地图学与地理信息系统专业委员会、中国地理学会地图学与地理信息系统专业委员会、中国自然资源学会资源制图专业委员会、中国地理信息产业协会地图工作委员会、自然资源部地图文化与创意工程技术创新中心主办，武汉大学资源与环境科学学院联合中国地图出版社集团有限公司、青岛市勘察测绘研究院承办。</w:t>
      </w:r>
    </w:p>
    <w:p>
      <w:pPr>
        <w:spacing w:before="160" w:after="80" w:lineRule="auto" w:line="360"/>
        <w:jc w:val="left"/>
      </w:pPr>
      <w:r>
        <w:rPr>
          <w:rFonts w:ascii="Times New Roman" w:hAnsi="Times New Roman" w:eastAsia="宋体"/>
          <w:b/>
          <w:sz w:val="28"/>
        </w:rPr>
        <w:t>十、赛道设置</w:t>
      </w:r>
    </w:p>
    <w:p>
      <w:pPr>
        <w:spacing w:after="80" w:lineRule="auto" w:line="360"/>
        <w:ind w:firstLine="482"/>
        <w:jc w:val="both"/>
      </w:pPr>
      <w:r>
        <w:rPr>
          <w:rFonts w:ascii="Times New Roman" w:hAnsi="Times New Roman" w:eastAsia="宋体"/>
          <w:b w:val="0"/>
          <w:sz w:val="24"/>
        </w:rPr>
        <w:t>1. 普通地图设计赛道</w:t>
      </w:r>
    </w:p>
    <w:p>
      <w:pPr>
        <w:spacing w:after="80" w:lineRule="auto" w:line="360"/>
        <w:ind w:firstLine="482"/>
        <w:jc w:val="both"/>
      </w:pPr>
      <w:r>
        <w:rPr>
          <w:rFonts w:ascii="Times New Roman" w:hAnsi="Times New Roman" w:eastAsia="宋体"/>
          <w:b w:val="0"/>
          <w:sz w:val="24"/>
        </w:rPr>
        <w:t>2. 专题地图设计赛道</w:t>
      </w:r>
    </w:p>
    <w:p>
      <w:pPr>
        <w:spacing w:after="80" w:lineRule="auto" w:line="360"/>
        <w:ind w:firstLine="482"/>
        <w:jc w:val="both"/>
      </w:pPr>
      <w:r>
        <w:rPr>
          <w:rFonts w:ascii="Times New Roman" w:hAnsi="Times New Roman" w:eastAsia="宋体"/>
          <w:b w:val="0"/>
          <w:sz w:val="24"/>
        </w:rPr>
        <w:t>3. 新媒体地图设计赛道</w:t>
      </w:r>
    </w:p>
    <w:p>
      <w:pPr>
        <w:spacing w:after="80" w:lineRule="auto" w:line="360"/>
        <w:ind w:firstLine="482"/>
        <w:jc w:val="both"/>
      </w:pPr>
      <w:r>
        <w:rPr>
          <w:rFonts w:ascii="Times New Roman" w:hAnsi="Times New Roman" w:eastAsia="宋体"/>
          <w:b w:val="0"/>
          <w:sz w:val="24"/>
        </w:rPr>
        <w:t>4. 创意地图设计赛道</w:t>
      </w:r>
    </w:p>
    <w:p>
      <w:pPr>
        <w:spacing w:before="160" w:after="80" w:lineRule="auto" w:line="360"/>
        <w:jc w:val="left"/>
      </w:pPr>
      <w:r>
        <w:rPr>
          <w:rFonts w:ascii="Times New Roman" w:hAnsi="Times New Roman" w:eastAsia="宋体"/>
          <w:b/>
          <w:sz w:val="28"/>
        </w:rPr>
        <w:t>八、参赛形式</w:t>
      </w:r>
    </w:p>
    <w:p>
      <w:pPr>
        <w:spacing w:after="80" w:lineRule="auto" w:line="360"/>
        <w:ind w:firstLine="482"/>
        <w:jc w:val="both"/>
      </w:pPr>
      <w:r>
        <w:rPr>
          <w:rFonts w:ascii="Times New Roman" w:hAnsi="Times New Roman" w:eastAsia="宋体"/>
          <w:b w:val="0"/>
          <w:sz w:val="24"/>
        </w:rPr>
        <w:t>1. 以个人或团队形式参赛。</w:t>
      </w:r>
    </w:p>
    <w:p>
      <w:pPr>
        <w:spacing w:after="80" w:lineRule="auto" w:line="360"/>
        <w:ind w:firstLine="482"/>
        <w:jc w:val="both"/>
      </w:pPr>
      <w:r>
        <w:rPr>
          <w:rFonts w:ascii="Times New Roman" w:hAnsi="Times New Roman" w:eastAsia="宋体"/>
          <w:b w:val="0"/>
          <w:sz w:val="24"/>
        </w:rPr>
        <w:t>2. 团队参赛由不超过5名参赛成员组成。</w:t>
      </w:r>
    </w:p>
    <w:p>
      <w:pPr>
        <w:spacing w:before="160" w:after="80" w:lineRule="auto" w:line="360"/>
        <w:jc w:val="left"/>
      </w:pPr>
      <w:r>
        <w:rPr>
          <w:rFonts w:ascii="Times New Roman" w:hAnsi="Times New Roman" w:eastAsia="宋体"/>
          <w:b/>
          <w:sz w:val="28"/>
        </w:rPr>
        <w:t>九、联系方式</w:t>
      </w:r>
    </w:p>
    <w:p>
      <w:pPr>
        <w:spacing w:after="80" w:lineRule="auto" w:line="360"/>
        <w:ind w:firstLine="482"/>
        <w:jc w:val="both"/>
      </w:pPr>
      <w:r>
        <w:rPr>
          <w:rFonts w:ascii="Times New Roman" w:hAnsi="Times New Roman" w:eastAsia="宋体"/>
          <w:b w:val="0"/>
          <w:sz w:val="24"/>
        </w:rPr>
        <w:t>赛事微信号：wurg2016</w:t>
      </w:r>
    </w:p>
    <w:p>
      <w:pPr>
        <w:spacing w:after="80" w:lineRule="auto" w:line="360"/>
        <w:ind w:firstLine="482"/>
        <w:jc w:val="both"/>
      </w:pPr>
      <w:r>
        <w:rPr>
          <w:rFonts w:ascii="Times New Roman" w:hAnsi="Times New Roman" w:eastAsia="宋体"/>
          <w:b w:val="0"/>
          <w:sz w:val="24"/>
        </w:rPr>
        <w:t>“星湖杯”全国地图设计大赛成立于2024年，该赛事由中国测绘学会地图学与地理信息系统专业委员会、中国地理学会地图学与地理信息系统专业委员会、中国自然资源学会资源制图专业委员会、中国地理信息产业协会地图工作委员会、自然资源部地图文化与创意工程技术创新中心主办，武汉大学资源与环境科学学院联合中国地图出版社集团有限公司、青岛市勘察测绘研究院承办。</w:t>
      </w:r>
    </w:p>
    <w:p>
      <w:pPr>
        <w:spacing w:before="160" w:after="80" w:lineRule="auto" w:line="360"/>
        <w:jc w:val="left"/>
      </w:pPr>
      <w:r>
        <w:rPr>
          <w:rFonts w:ascii="Times New Roman" w:hAnsi="Times New Roman" w:eastAsia="宋体"/>
          <w:b/>
          <w:sz w:val="28"/>
        </w:rPr>
        <w:t>十、赛道设置</w:t>
      </w:r>
    </w:p>
    <w:p>
      <w:pPr>
        <w:spacing w:after="80" w:lineRule="auto" w:line="360"/>
        <w:ind w:firstLine="482"/>
        <w:jc w:val="both"/>
      </w:pPr>
      <w:r>
        <w:rPr>
          <w:rFonts w:ascii="Times New Roman" w:hAnsi="Times New Roman" w:eastAsia="宋体"/>
          <w:b w:val="0"/>
          <w:sz w:val="24"/>
        </w:rPr>
        <w:t>1. 普通地图设计赛道</w:t>
      </w:r>
    </w:p>
    <w:p>
      <w:pPr>
        <w:spacing w:after="80" w:lineRule="auto" w:line="360"/>
        <w:ind w:firstLine="482"/>
        <w:jc w:val="both"/>
      </w:pPr>
      <w:r>
        <w:rPr>
          <w:rFonts w:ascii="Times New Roman" w:hAnsi="Times New Roman" w:eastAsia="宋体"/>
          <w:b w:val="0"/>
          <w:sz w:val="24"/>
        </w:rPr>
        <w:t>2. 专题地图设计赛道</w:t>
      </w:r>
    </w:p>
    <w:p>
      <w:pPr>
        <w:spacing w:after="80" w:lineRule="auto" w:line="360"/>
        <w:ind w:firstLine="482"/>
        <w:jc w:val="both"/>
      </w:pPr>
      <w:r>
        <w:rPr>
          <w:rFonts w:ascii="Times New Roman" w:hAnsi="Times New Roman" w:eastAsia="宋体"/>
          <w:b w:val="0"/>
          <w:sz w:val="24"/>
        </w:rPr>
        <w:t>3. 新媒体地图设计赛道</w:t>
      </w:r>
    </w:p>
    <w:p>
      <w:pPr>
        <w:spacing w:after="80" w:lineRule="auto" w:line="360"/>
        <w:ind w:firstLine="482"/>
        <w:jc w:val="both"/>
      </w:pPr>
      <w:r>
        <w:rPr>
          <w:rFonts w:ascii="Times New Roman" w:hAnsi="Times New Roman" w:eastAsia="宋体"/>
          <w:b w:val="0"/>
          <w:sz w:val="24"/>
        </w:rPr>
        <w:t>4. 创意地图设计赛道</w:t>
      </w:r>
    </w:p>
    <w:p>
      <w:pPr>
        <w:spacing w:before="160" w:after="80" w:lineRule="auto" w:line="360"/>
        <w:jc w:val="left"/>
      </w:pPr>
      <w:r>
        <w:rPr>
          <w:rFonts w:ascii="Times New Roman" w:hAnsi="Times New Roman" w:eastAsia="宋体"/>
          <w:b/>
          <w:sz w:val="28"/>
        </w:rPr>
        <w:t>八、参赛形式</w:t>
      </w:r>
    </w:p>
    <w:p>
      <w:pPr>
        <w:spacing w:after="80" w:lineRule="auto" w:line="360"/>
        <w:ind w:firstLine="482"/>
        <w:jc w:val="both"/>
      </w:pPr>
      <w:r>
        <w:rPr>
          <w:rFonts w:ascii="Times New Roman" w:hAnsi="Times New Roman" w:eastAsia="宋体"/>
          <w:b w:val="0"/>
          <w:sz w:val="24"/>
        </w:rPr>
        <w:t>1. 以个人或团队形式参赛。</w:t>
      </w:r>
    </w:p>
    <w:p>
      <w:pPr>
        <w:spacing w:after="80" w:lineRule="auto" w:line="360"/>
        <w:ind w:firstLine="482"/>
        <w:jc w:val="both"/>
      </w:pPr>
      <w:r>
        <w:rPr>
          <w:rFonts w:ascii="Times New Roman" w:hAnsi="Times New Roman" w:eastAsia="宋体"/>
          <w:b w:val="0"/>
          <w:sz w:val="24"/>
        </w:rPr>
        <w:t>2. 团队参赛由不超过5名参赛成员组成。</w:t>
      </w:r>
    </w:p>
    <w:p>
      <w:pPr>
        <w:spacing w:before="160" w:after="80" w:lineRule="auto" w:line="360"/>
        <w:jc w:val="left"/>
      </w:pPr>
      <w:r>
        <w:rPr>
          <w:rFonts w:ascii="Times New Roman" w:hAnsi="Times New Roman" w:eastAsia="宋体"/>
          <w:b/>
          <w:sz w:val="28"/>
        </w:rPr>
        <w:t>九、联系方式</w:t>
      </w:r>
    </w:p>
    <w:p>
      <w:pPr>
        <w:spacing w:after="80" w:lineRule="auto" w:line="360"/>
        <w:ind w:firstLine="482"/>
        <w:jc w:val="both"/>
      </w:pPr>
      <w:r>
        <w:rPr>
          <w:rFonts w:ascii="Times New Roman" w:hAnsi="Times New Roman" w:eastAsia="宋体"/>
          <w:b w:val="0"/>
          <w:sz w:val="24"/>
        </w:rPr>
        <w:t>赛事微信号：wurg2016</w:t>
      </w:r>
    </w:p>
    <w:p>
      <w:pPr>
        <w:spacing w:after="80" w:lineRule="auto" w:line="360"/>
        <w:ind w:firstLine="482"/>
        <w:jc w:val="both"/>
      </w:pPr>
      <w:r>
        <w:rPr>
          <w:rFonts w:ascii="Times New Roman" w:hAnsi="Times New Roman" w:eastAsia="宋体"/>
          <w:b w:val="0"/>
          <w:sz w:val="24"/>
        </w:rPr>
        <w:t>“星湖杯”全国地图设计大赛成立于2024年，由中国测绘学会地图学与地理信息系统专业委员会、中国地理学会地图学与地理信息系统专业委员会、中国自然资源学会资源制图专业委员会、中国地理信息产业协会地图工作委员会、自然资源部地图文化与创意工程技术创新中心主办，武汉大学资源与环境科学学院联合中国地图出版社集团有限公司、青岛市勘察测绘研究院承办。</w:t>
      </w:r>
    </w:p>
    <w:p>
      <w:pPr>
        <w:spacing w:before="160" w:after="80" w:lineRule="auto" w:line="360"/>
        <w:jc w:val="left"/>
      </w:pPr>
      <w:r>
        <w:rPr>
          <w:rFonts w:ascii="Times New Roman" w:hAnsi="Times New Roman" w:eastAsia="宋体"/>
          <w:b/>
          <w:sz w:val="28"/>
        </w:rPr>
        <w:t>十、赛道设置</w:t>
      </w:r>
    </w:p>
    <w:p>
      <w:pPr>
        <w:spacing w:after="80" w:lineRule="auto" w:line="360"/>
        <w:ind w:firstLine="482"/>
        <w:jc w:val="both"/>
      </w:pPr>
      <w:r>
        <w:rPr>
          <w:rFonts w:ascii="Times New Roman" w:hAnsi="Times New Roman" w:eastAsia="宋体"/>
          <w:b w:val="0"/>
          <w:sz w:val="24"/>
        </w:rPr>
        <w:t>1. 普通地图设计赛道</w:t>
      </w:r>
    </w:p>
    <w:p>
      <w:pPr>
        <w:spacing w:after="80" w:lineRule="auto" w:line="360"/>
        <w:ind w:firstLine="482"/>
        <w:jc w:val="both"/>
      </w:pPr>
      <w:r>
        <w:rPr>
          <w:rFonts w:ascii="Times New Roman" w:hAnsi="Times New Roman" w:eastAsia="宋体"/>
          <w:b w:val="0"/>
          <w:sz w:val="24"/>
        </w:rPr>
        <w:t>2. 专题地图设计赛道</w:t>
      </w:r>
    </w:p>
    <w:p>
      <w:pPr>
        <w:spacing w:after="80" w:lineRule="auto" w:line="360"/>
        <w:ind w:firstLine="482"/>
        <w:jc w:val="both"/>
      </w:pPr>
      <w:r>
        <w:rPr>
          <w:rFonts w:ascii="Times New Roman" w:hAnsi="Times New Roman" w:eastAsia="宋体"/>
          <w:b w:val="0"/>
          <w:sz w:val="24"/>
        </w:rPr>
        <w:t>3. 新媒体地图设计赛道</w:t>
      </w:r>
    </w:p>
    <w:p>
      <w:pPr>
        <w:spacing w:after="80" w:lineRule="auto" w:line="360"/>
        <w:ind w:firstLine="482"/>
        <w:jc w:val="both"/>
      </w:pPr>
      <w:r>
        <w:rPr>
          <w:rFonts w:ascii="Times New Roman" w:hAnsi="Times New Roman" w:eastAsia="宋体"/>
          <w:b w:val="0"/>
          <w:sz w:val="24"/>
        </w:rPr>
        <w:t>4. 创意地图设计赛道</w:t>
      </w:r>
    </w:p>
    <w:p>
      <w:pPr>
        <w:spacing w:before="160" w:after="80" w:lineRule="auto" w:line="360"/>
        <w:jc w:val="left"/>
      </w:pPr>
      <w:r>
        <w:rPr>
          <w:rFonts w:ascii="Times New Roman" w:hAnsi="Times New Roman" w:eastAsia="宋体"/>
          <w:b/>
          <w:sz w:val="28"/>
        </w:rPr>
        <w:t>八、参赛形式</w:t>
      </w:r>
    </w:p>
    <w:p>
      <w:pPr>
        <w:spacing w:after="80" w:lineRule="auto" w:line="360"/>
        <w:ind w:firstLine="482"/>
        <w:jc w:val="both"/>
      </w:pPr>
      <w:r>
        <w:rPr>
          <w:rFonts w:ascii="Times New Roman" w:hAnsi="Times New Roman" w:eastAsia="宋体"/>
          <w:b w:val="0"/>
          <w:sz w:val="24"/>
        </w:rPr>
        <w:t>以个人或团队形式参赛，团队参赛由不超过5名参赛成员组成。</w:t>
      </w:r>
    </w:p>
    <w:p>
      <w:pPr>
        <w:spacing w:before="160" w:after="80" w:lineRule="auto" w:line="360"/>
        <w:jc w:val="left"/>
      </w:pPr>
      <w:r>
        <w:rPr>
          <w:rFonts w:ascii="Times New Roman" w:hAnsi="Times New Roman" w:eastAsia="宋体"/>
          <w:b/>
          <w:sz w:val="28"/>
        </w:rPr>
        <w:t>九、联系方式</w:t>
      </w:r>
    </w:p>
    <w:p>
      <w:pPr>
        <w:spacing w:after="80" w:lineRule="auto" w:line="360"/>
        <w:ind w:firstLine="482"/>
        <w:jc w:val="both"/>
      </w:pPr>
      <w:r>
        <w:rPr>
          <w:rFonts w:ascii="Times New Roman" w:hAnsi="Times New Roman" w:eastAsia="宋体"/>
          <w:b w:val="0"/>
          <w:sz w:val="24"/>
        </w:rPr>
        <w:t>赛事微信号：wurg2016</w:t>
      </w:r>
    </w:p>
    <w:p>
      <w:pPr>
        <w:spacing w:after="80" w:lineRule="auto" w:line="360"/>
        <w:ind w:firstLine="482"/>
        <w:jc w:val="both"/>
      </w:pPr>
      <w:r>
        <w:rPr>
          <w:rFonts w:ascii="Times New Roman" w:hAnsi="Times New Roman" w:eastAsia="宋体"/>
          <w:b w:val="0"/>
          <w:sz w:val="24"/>
        </w:rPr>
        <w:t>“星湖杯”全国地图设计大赛成立于2024年，该赛事由中国测绘学会地图学与地理信息系统专业委员会、中国地理学会地图学与地理信息系统专业委员会、中国自然资源学会资源制图专业委员会、中国地理信息产业协会地图工作委员会、自然资源部地图文化与创意工程技术创新中心主办，武汉大学资源与环境科学学院联合中国地图出版社集团有限公司、青岛市勘察测绘研究院承办。</w:t>
      </w:r>
    </w:p>
    <w:p>
      <w:pPr>
        <w:spacing w:before="160" w:after="80" w:lineRule="auto" w:line="360"/>
        <w:jc w:val="left"/>
      </w:pPr>
      <w:r>
        <w:rPr>
          <w:rFonts w:ascii="Times New Roman" w:hAnsi="Times New Roman" w:eastAsia="宋体"/>
          <w:b/>
          <w:sz w:val="28"/>
        </w:rPr>
        <w:t>十、赛道设置</w:t>
      </w:r>
    </w:p>
    <w:p>
      <w:pPr>
        <w:spacing w:after="80" w:lineRule="auto" w:line="360"/>
        <w:ind w:firstLine="482"/>
        <w:jc w:val="both"/>
      </w:pPr>
      <w:r>
        <w:rPr>
          <w:rFonts w:ascii="Times New Roman" w:hAnsi="Times New Roman" w:eastAsia="宋体"/>
          <w:b w:val="0"/>
          <w:sz w:val="24"/>
        </w:rPr>
        <w:t>1. 普通地图设计赛道</w:t>
      </w:r>
    </w:p>
    <w:p>
      <w:pPr>
        <w:spacing w:after="80" w:lineRule="auto" w:line="360"/>
        <w:ind w:firstLine="482"/>
        <w:jc w:val="both"/>
      </w:pPr>
      <w:r>
        <w:rPr>
          <w:rFonts w:ascii="Times New Roman" w:hAnsi="Times New Roman" w:eastAsia="宋体"/>
          <w:b w:val="0"/>
          <w:sz w:val="24"/>
        </w:rPr>
        <w:t>2. 专题地图设计赛道</w:t>
      </w:r>
    </w:p>
    <w:p>
      <w:pPr>
        <w:spacing w:after="80" w:lineRule="auto" w:line="360"/>
        <w:ind w:firstLine="482"/>
        <w:jc w:val="both"/>
      </w:pPr>
      <w:r>
        <w:rPr>
          <w:rFonts w:ascii="Times New Roman" w:hAnsi="Times New Roman" w:eastAsia="宋体"/>
          <w:b w:val="0"/>
          <w:sz w:val="24"/>
        </w:rPr>
        <w:t>3. 新媒体地图设计赛道</w:t>
      </w:r>
    </w:p>
    <w:p>
      <w:pPr>
        <w:spacing w:after="80" w:lineRule="auto" w:line="360"/>
        <w:ind w:firstLine="482"/>
        <w:jc w:val="both"/>
      </w:pPr>
      <w:r>
        <w:rPr>
          <w:rFonts w:ascii="Times New Roman" w:hAnsi="Times New Roman" w:eastAsia="宋体"/>
          <w:b w:val="0"/>
          <w:sz w:val="24"/>
        </w:rPr>
        <w:t>4. 创意地图设计赛道</w:t>
      </w:r>
    </w:p>
    <w:p>
      <w:pPr>
        <w:spacing w:before="160" w:after="80" w:lineRule="auto" w:line="360"/>
        <w:jc w:val="left"/>
      </w:pPr>
      <w:r>
        <w:rPr>
          <w:rFonts w:ascii="Times New Roman" w:hAnsi="Times New Roman" w:eastAsia="宋体"/>
          <w:b/>
          <w:sz w:val="28"/>
        </w:rPr>
        <w:t>八、参赛形式</w:t>
      </w:r>
    </w:p>
    <w:p>
      <w:pPr>
        <w:spacing w:after="80" w:lineRule="auto" w:line="360"/>
        <w:ind w:firstLine="482"/>
        <w:jc w:val="both"/>
      </w:pPr>
      <w:r>
        <w:rPr>
          <w:rFonts w:ascii="Times New Roman" w:hAnsi="Times New Roman" w:eastAsia="宋体"/>
          <w:b w:val="0"/>
          <w:sz w:val="24"/>
        </w:rPr>
        <w:t>1. 以个人或团队形式参赛。</w:t>
      </w:r>
    </w:p>
    <w:p>
      <w:pPr>
        <w:spacing w:after="80" w:lineRule="auto" w:line="360"/>
        <w:ind w:firstLine="482"/>
        <w:jc w:val="both"/>
      </w:pPr>
      <w:r>
        <w:rPr>
          <w:rFonts w:ascii="Times New Roman" w:hAnsi="Times New Roman" w:eastAsia="宋体"/>
          <w:b w:val="0"/>
          <w:sz w:val="24"/>
        </w:rPr>
        <w:t>2. 团队参赛由不超过5名参赛成员组成。</w:t>
      </w:r>
    </w:p>
    <w:p>
      <w:pPr>
        <w:spacing w:before="160" w:after="80" w:lineRule="auto" w:line="360"/>
        <w:jc w:val="left"/>
      </w:pPr>
      <w:r>
        <w:rPr>
          <w:rFonts w:ascii="Times New Roman" w:hAnsi="Times New Roman" w:eastAsia="宋体"/>
          <w:b/>
          <w:sz w:val="28"/>
        </w:rPr>
        <w:t>九、联系方式</w:t>
      </w:r>
    </w:p>
    <w:p>
      <w:pPr>
        <w:spacing w:after="80" w:lineRule="auto" w:line="360"/>
        <w:ind w:firstLine="482"/>
        <w:jc w:val="both"/>
      </w:pPr>
      <w:r>
        <w:rPr>
          <w:rFonts w:ascii="Times New Roman" w:hAnsi="Times New Roman" w:eastAsia="宋体"/>
          <w:b w:val="0"/>
          <w:sz w:val="24"/>
        </w:rPr>
        <w:t>赛事微信号：wurg2016</w:t>
      </w:r>
    </w:p>
    <w:p>
      <w:pPr>
        <w:spacing w:after="80" w:lineRule="auto" w:line="360"/>
        <w:ind w:firstLine="482"/>
        <w:jc w:val="both"/>
      </w:pPr>
      <w:r>
        <w:rPr>
          <w:rFonts w:ascii="Times New Roman" w:hAnsi="Times New Roman" w:eastAsia="宋体"/>
          <w:b w:val="0"/>
          <w:sz w:val="24"/>
        </w:rPr>
        <w:t>“星湖杯”全国地图设计大赛成立于2024年，由中国测绘学会地图学与地理信息系统专业委员会、中国地理学会地图学与地理信息系统专业委员会、中国自然资源学会资源制图专业委员会、中国地理信息产业协会地图工作委员会、自然资源部地图文化与创意工程技术创新中心主办，武汉大学资源与环境科学学院联合中国地图出版社集团有限公司、青岛市勘察测绘研究院承办。</w:t>
      </w:r>
    </w:p>
    <w:p>
      <w:pPr>
        <w:spacing w:before="160" w:after="80" w:lineRule="auto" w:line="360"/>
        <w:jc w:val="left"/>
      </w:pPr>
      <w:r>
        <w:rPr>
          <w:rFonts w:ascii="Times New Roman" w:hAnsi="Times New Roman" w:eastAsia="宋体"/>
          <w:b/>
          <w:sz w:val="28"/>
        </w:rPr>
        <w:t>十、赛道设置</w:t>
      </w:r>
    </w:p>
    <w:p>
      <w:pPr>
        <w:spacing w:after="80" w:lineRule="auto" w:line="360"/>
        <w:ind w:firstLine="482"/>
        <w:jc w:val="both"/>
      </w:pPr>
      <w:r>
        <w:rPr>
          <w:rFonts w:ascii="Times New Roman" w:hAnsi="Times New Roman" w:eastAsia="宋体"/>
          <w:b w:val="0"/>
          <w:sz w:val="24"/>
        </w:rPr>
        <w:t>1. 普通地图设计赛道</w:t>
      </w:r>
    </w:p>
    <w:p>
      <w:pPr>
        <w:spacing w:after="80" w:lineRule="auto" w:line="360"/>
        <w:ind w:firstLine="482"/>
        <w:jc w:val="both"/>
      </w:pPr>
      <w:r>
        <w:rPr>
          <w:rFonts w:ascii="Times New Roman" w:hAnsi="Times New Roman" w:eastAsia="宋体"/>
          <w:b w:val="0"/>
          <w:sz w:val="24"/>
        </w:rPr>
        <w:t>2. 专题地图设计赛道</w:t>
      </w:r>
    </w:p>
    <w:p>
      <w:pPr>
        <w:spacing w:after="80" w:lineRule="auto" w:line="360"/>
        <w:ind w:firstLine="482"/>
        <w:jc w:val="both"/>
      </w:pPr>
      <w:r>
        <w:rPr>
          <w:rFonts w:ascii="Times New Roman" w:hAnsi="Times New Roman" w:eastAsia="宋体"/>
          <w:b w:val="0"/>
          <w:sz w:val="24"/>
        </w:rPr>
        <w:t>3. 新媒体地图设计赛道</w:t>
      </w:r>
    </w:p>
    <w:p>
      <w:pPr>
        <w:spacing w:after="80" w:lineRule="auto" w:line="360"/>
        <w:ind w:firstLine="482"/>
        <w:jc w:val="both"/>
      </w:pPr>
      <w:r>
        <w:rPr>
          <w:rFonts w:ascii="Times New Roman" w:hAnsi="Times New Roman" w:eastAsia="宋体"/>
          <w:b w:val="0"/>
          <w:sz w:val="24"/>
        </w:rPr>
        <w:t>4. 创意地图设计赛道</w:t>
      </w:r>
    </w:p>
    <w:p>
      <w:pPr>
        <w:spacing w:before="160" w:after="80" w:lineRule="auto" w:line="360"/>
        <w:jc w:val="left"/>
      </w:pPr>
      <w:r>
        <w:rPr>
          <w:rFonts w:ascii="Times New Roman" w:hAnsi="Times New Roman" w:eastAsia="宋体"/>
          <w:b/>
          <w:sz w:val="28"/>
        </w:rPr>
        <w:t>八、参赛形式</w:t>
      </w:r>
    </w:p>
    <w:p>
      <w:pPr>
        <w:spacing w:after="80" w:lineRule="auto" w:line="360"/>
        <w:ind w:firstLine="482"/>
        <w:jc w:val="both"/>
      </w:pPr>
      <w:r>
        <w:rPr>
          <w:rFonts w:ascii="Times New Roman" w:hAnsi="Times New Roman" w:eastAsia="宋体"/>
          <w:b w:val="0"/>
          <w:sz w:val="24"/>
        </w:rPr>
        <w:t>以个人或团队形式参赛，团队参赛由不超过5名参赛成员组成。</w:t>
      </w:r>
    </w:p>
    <w:p>
      <w:pPr>
        <w:spacing w:before="160" w:after="80" w:lineRule="auto" w:line="360"/>
        <w:jc w:val="left"/>
      </w:pPr>
      <w:r>
        <w:rPr>
          <w:rFonts w:ascii="Times New Roman" w:hAnsi="Times New Roman" w:eastAsia="宋体"/>
          <w:b/>
          <w:sz w:val="28"/>
        </w:rPr>
        <w:t>九、联系方式</w:t>
      </w:r>
    </w:p>
    <w:p>
      <w:pPr>
        <w:spacing w:after="80" w:lineRule="auto" w:line="360"/>
        <w:ind w:firstLine="482"/>
        <w:jc w:val="both"/>
      </w:pPr>
      <w:r>
        <w:rPr>
          <w:rFonts w:ascii="Times New Roman" w:hAnsi="Times New Roman" w:eastAsia="宋体"/>
          <w:b w:val="0"/>
          <w:sz w:val="24"/>
        </w:rPr>
        <w:t>赛事微信号：wurg2016</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