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北京外国语大学高级翻译学院2026年推免考试安排-高级翻译学院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北京外国语大学高级翻译学院2026年推免考试安排如下。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十、时间地点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个人面试部分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时间：2025年9月14日8:00-12:00、14:00-18:00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地点：北京外国语大学东校区高级翻译学院301、304、307、310、318教室、110会议室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候考室：北京外国语大学东校区高级翻译学院111、114、115会议室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提醒：9月14日上午所有考生应于7:30前，下午所有考生应于当日13:30前抵达候考室统一候考，听候工作人员安排。另请带好身份证件及资格审核所需材料原件。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集体面试部分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时间：2025年9月15日8:30-10:30（视译+听译）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地点：北京外国语大学东校区高级翻译学院306、307教室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候考室：北京外国语大学东校区电教楼224同传会议厅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提醒：“视译+听译”环节在高级翻译学院教室进行，请所有考生于当日8:00前抵达相应考场或候考室统一候考，并进行身份核验。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重要提醒：9月15日为周一，请及时关注北京天气及交通状况，合理安排出行，避免考试迟到。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专业笔试：英汉互译（复语考生加试汉-外互译、翻译与人工智能方向考生加试编程基础）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时间：2025年9月15日14:00-16:00（复语考生、翻译与人工智能方向考生考试时间为14:00-17:00）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地点：北京外国语大学东校区信息楼224同传会议厅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提醒：请所有考生于9月15日13:30前抵达考场进行身份核验。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北京外国语大学高级翻译学院2026年推免面试安排（个人面试）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面试时间：2025年9月14日上午8:00起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李婉晴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黄炯恒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伍潮杰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孙赫辰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胡宇涵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仲文元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李依诺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汪雨优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雷梓欣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11:30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面试时间：2025年9月14日下午14:00起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龙琪奕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马语皎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莫皖贻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曾荻雯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谭李佳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李婉泽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董义乾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栾千惠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郭轶思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李秉蔚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杨烨璇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明竺颖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黄琪芸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17:15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北京外国语大学高级翻译学院2026年推免面试安排（个人面试）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面试时间：2025年9月14日上午8:00起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候考室：学院一层115室 面试地点：学院三层307教室 考试内容：面试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薛亦尧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章乐孜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庞卓婉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刘庭妤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汤铁欣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王启文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黄雨霏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章莞婷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倪博闻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吴瑾仪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野静妍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翻译与国际传播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11:30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面试时间：2025年9月14日下午14:00起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王君仪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李秀美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张雅琦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袁炜轩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傅雨佳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刘纯纯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王映晓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彭力仁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邹怡佳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17:15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北京外国语大学高级翻译学院2026年推免面试安排（个人面试）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面试时间：2025年9月14日上午8:00起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候考室：学院一层115室 面试地点：学院三层310教室 考试内容：面试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孙曼宁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德英汉复语口译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德英汉复语口译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曹晨仪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法英汉复语口译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西英汉复语口译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董鹤彤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西英汉复语口译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郑紫芊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9:55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俄英汉复语口译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10:10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李阅宁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俄英汉复语口译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11:05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孙佳音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11:35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面试时间：2025年9月14日下午14:00起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许馨月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日英汉复语口译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唐淑媛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日英汉复语口译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葡英汉复语口译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邓子靖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葡英汉复语口译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邵鑫鑫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王忆茹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15:35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杨茗欧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口译理论与实践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汤可心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16:05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16:35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陈淇慧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16:50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蒲星宇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17:05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17:20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北京外国语大学高级翻译学院2026年推免面试安排（个人面试）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面试时间：2025年9月14日上午8:00起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候考室：学院一层115室 面试地点：学院三层318教室 考试内容：面试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邹文轩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石秀文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方欣然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骆怡彤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孙亦嘉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何澄澄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张潇然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中英会议口译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郭丰博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11:30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面试时间：2025年9月14日下午14:00起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郭子萌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口译理论与实践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贾娜娜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刘羽鑫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盛欣欣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汤文慧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口译理论与实践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胡秋琳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陈馨凝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 翻译与跨文化研究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17:15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北京外国语大学高级翻译学院2026年推免面试安排（个人面试）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面试时间：2025年9月14日上午8:00起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候考室：学院一层111室 面试地点：学院一层110会议室 考试内容：面试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赵若雨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马宇哲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李苌楚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董峻豪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姚思宇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邓依玲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闵琪舒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10:15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黄紫博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10:45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于立然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 中英口笔译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北京外国语大学高级翻译学院2026年推免面试安排如下，面试形式为集体面试，考试内容均为视译+听译。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十、集体面试第一批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时间：2025年9月15日上午8:30—9:00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要求：请于8:00前抵达307考场进行身份核验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考试地点：学院三层307教室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座位编号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薛亦尧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章乐孜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庞卓婉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刘庭妤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汤铁欣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王启文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黄雨霏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章莞婷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倪博闻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吴瑾仪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野静妍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翻译与国际传播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严嘉欣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郑杏灵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翻译与人工智能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九、集体面试第二批（翻译学、中英口笔译）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时间：2025年9月15日上午9:00—9:30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候考室：电教楼224同传会议厅（请于8:00前到候考室候考）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考试地点：学院三层306教室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座位编号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汤可心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翻译与跨文化研究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翻译与跨文化研究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翻译与跨文化研究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陈淇慧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翻译与跨文化研究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蒲星宇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翻译与跨文化研究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翻译与跨文化研究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唐海鑫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鹿筱珺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康岚婷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奚骏文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刘晶曈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金川玉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廖珈禾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邱天越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范佳瑞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欧阳佳妮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刘伊婷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靖传承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五、集体面试第二批（复语口译、中英口笔译）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时间：2025年9月15日上午9:00—9:30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候考室：电教楼224同传会议厅（请于8:00前到候考室候考）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考试地点：学院三层307教室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座位编号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曹晨仪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孙曼宁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葡英汉复语口译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李阅宁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许馨月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邓子靖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葡英汉复语口译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董鹤彤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唐淑媛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日英汉复语口译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孙艺萌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焦鑫蕊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户文佳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韩子荷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赵若雨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六、集体面试第三批（中英口笔译）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时间：2025年9月15日上午9:30—10:00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候考室：电教楼224同传会议厅（请于8:00前到候考室候考）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考试地点：学院三层306教室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座位编号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马宇哲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李苌楚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董峻豪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姚思宇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邓依玲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闵琪舒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黄紫博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于立然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赵嘉萱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曹锦岚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雷甜甜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郑伟佳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汤凯程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赵淑晴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中英口笔译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学院三层306教室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七、集体面试第三批（中英会议口译）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时间：2025年9月15日上午9:30—10:00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候考室：电教楼224同传会议厅（请于8:00前到候考室候考）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考试地点：学院三层307教室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座位编号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李婉晴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黄炯恒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伍潮杰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孙赫辰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胡宇涵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仲文元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本段为英语口译专业中英会议口译方向的复试名单，共18人，复试方式为视译+听译，复试地点为学院三层307教室。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邹文轩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石秀文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方欣然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骆怡彤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孙亦嘉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何澄澄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张潇然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本段名单序号自2起至19止，共18人。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全部考生专业均为英语口译，方向均为中英会议口译。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复试方式均为视译+听译，复试地点均为学院三层307教室。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本段为复试名单信息，共涉及 8 人，专业均为英语口译，研究方向均为中英会议口译，考核方式均为视译+听译，复试地点均为学院三层307教室。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本段另含序号 2、考生编号 E2、姓名傅钊伟的记录，专业为英语口译，研究方向为中英会议口译，考核方式为视译+听译，复试地点为学院三层307教室。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本段为复试名单及安排，共涉及 8 名考生，专业均为英语口译，研究方向均为中英会议口译，考核方式均为视译+听译，复试地点均为学院三层307教室。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十、复试名单及安排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本段为复试名单信息，共涉及 8 名考生，专业均为英语口译，研究方向均为中英会议口译，考核方式均为视译+听译，复试地点均为学院三层307教室。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本段名单序号为 13 至 20，共 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本段未涉及排名或评分方式、公示期信息。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本段为复试名单及安排明细，共涉及 8 名考生，专业均为英语口译，研究方向均为中英会议口译，考核方式均为视译+听译，复试地点均为学院三层307教室。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专业均为英语口译，研究方向均为中英会议口译。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考核方式均为视译+听译。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复试地点均为学院三层307教室。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本段未包含公示期、排名或评分方式等信息。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本段为复试（考核）安排名单，共涉及 8 人，专业均为英语口译，研究方向均为中英会议口译，考核方式均为视译+听译，考核地点均为学院三层307教室。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考场/分组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8 人，序号自 13 起至 19 止，其中张英泽未标注序号及考场/分组。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考核方式为视译+听译，考核地点统一为学院三层307教室。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本段为复试名单及安排信息，共涉及 8 名考生，专业均为英语口译，研究方向均为中英会议口译，考核方式均为视译+听译，复试地点均为学院三层307教室。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考场/分组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8 人，序号自 13 至 19，其中张英泽未标注序号及考场/分组。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本段为复试名单及安排信息，共涉及 8 名考生，专业均为英语口译，研究方向均为中英会议口译，考核方式均为视译+听译，复试地点均为学院三层307教室。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专业：英语口译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研究方向：中英会议口译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考核方式：视译+听译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复试地点：学院三层307教室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座位号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钊伟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本段名单序号为 13 至 20，共 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原文未提供公示期、排名或评分方式等信息。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张英泽一项原文未标注座位号。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本段为复试安排名单，共涉及9名考生，专业均为英语口译，研究方向均为中英会议口译，考核方式均为视译+听译，复试地点均为学院三层307教室。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考场/分组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原文未提供公示期、排名或评分方式等信息。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原文序号存在跳号，已按原文保留，未作补全或改动。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本段为英语口译专业中英会议口译方向的复试安排名单，共涉及 7 名考生，复试方式为视译+听译，复试地点为学院三层307教室。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考场/座位号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7 人，序号为 13 至 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专业均为英语口译，方向均为中英会议口译。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复试方式均为视译+听译，复试地点均为学院三层307教室。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本段内容未包含排名或评分方式、公示期信息。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本段为英语口译专业中英会议口译方向的复试安排，共涉及 7 名考生，复试内容为视译+听译，复试地点为学院三层307教室。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考场/分组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本段共列示考生 7 人，序号为 13 至 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专业均为英语口译，方向均为中英会议口译。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复试内容均为视译+听译。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复试地点均为学院三层307教室。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本段为英语口译专业复试名单及安排，共涉及 7 名考生，复试方式均为中英会议口译，考核内容为视译+听译，复试地点统一为学院三层307教室。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十、复试名单及安排明细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考核内容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本段名单序号为 13 至 19，共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专业均为英语口译，复试方向均为中英会议口译。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考核内容均为视译+听译。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复试地点均为学院三层307教室。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本段为复试安排名单，共涉及 7 名考生，专业均为英语口译，研究方向均为中英会议口译，考试方式均为视译+听译，考试地点均为学院三层307教室。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7 人，序号为 13 至 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本段未涉及排名或评分方式、公示期信息。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本段为复试安排名单，共涉及 7 名考生，专业均为英语口译，考试科目为中英会议口译，考核方式为视译+听译，考试地点为学院三层307教室。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考场/分组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考试科目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考核方式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考试地点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F2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黎伟国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郑瑶慧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中英会议口译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视译+听译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学院三层307教室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7 人，序号为 13 至 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全部考生专业均为英语口译，考试科目均为中英会议口译，考核方式均为视译+听译，考试地点均为学院三层307教室。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