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马克思主义学院2026届本科毕业生推荐免试攻读研究生推荐人选公示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马克思主义学院2026届本科毕业生推荐免试攻读研究生推荐人选公示。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附件：马克思主义学院2026届本科毕业生推荐免试攻读研究生推荐人选公示.pdf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说明：正文未提供申请条件、报名时间、活动时间、接收条件、流程、材料清单、时间节点、名额及联系方式等具体信息，仅包含上述公示标题及附件名称。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