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海南师范大学文学院2026届免试研究生资格审查情况公示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海南师范大学关于做好推荐2026年应届优秀本科毕业生免试攻读硕士学位研究生工作的通知》文件精神以及申报者的专业课成绩、综合测评、奖励加分及专业学生人数等综合情况，经学院推免工作小组、推免专家小组综合考核，报学院党政联席会议通过，学院根据专业排名推荐钟飞飞、袁言、李颖、陈潇颖、晏露宾、陈颖、王子萱、张嘉玲、刘湘鄂、陈诗雨、朱前炜十一位同学为正式推免生，李晓漫、邵一然、罗焱丹、许宇畅、许姝婕、王星舒和刘星语、张伊铭、邹天乐、韩晓艳、郭清源十一位同学为候补推免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公示期为：2025年9月5日—9月8日。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凡对公示名单有异议者，请及时向教务办实名书面反馈或举报。教务办将对所反馈意见或举报内容进行认真核查，并根据学校有关规定进行处理。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受理时间：8:30-11:30 14:30-17:00。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联系电话：0898-65736602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举报邮箱：380228296@qq.com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学院：文学院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公示日期：2025年9月5日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地址：海南省海口市龙昆南路99号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电话：0898-65887916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邮编：571158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