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三峡大学马克思主义学院2026年硕士研究生复试录取工作实施细则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发布日期：2026-03-19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一、复试录取工作实施细则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本通知为三峡大学马克思主义学院2026年硕士研究生复试录取工作的具体实施细则，面向参加2026年硕士研究生复试的考生。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复试录取工作由学院统一组织，具体安排以学院后续通知为准。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二、联系方式及学院信息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联系电话：院办0717-6392199；教学办0717-6392656；研究生招生及学工办0717-6395286；学科及科研办0717-6394262。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学院地址：宜昌市大学路8号，邮编：443002。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传真：0717-6392199。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学院官网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