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人文与艺术学院2026年研究生拟推免学生综合测评成绩公示-人文与艺术学院</w:t>
      </w:r>
    </w:p>
    <w:p>
      <w:pPr>
        <w:spacing w:after="80" w:lineRule="auto" w:line="360"/>
        <w:ind w:firstLine="482"/>
        <w:jc w:val="both"/>
      </w:pPr>
      <w:r>
        <w:rPr>
          <w:rFonts w:ascii="Times New Roman" w:hAnsi="Times New Roman" w:eastAsia="宋体"/>
          <w:b w:val="0"/>
          <w:sz w:val="24"/>
        </w:rPr>
        <w:t>根据《沈阳化工大学推荐优秀应届本科毕业生免试攻读硕士学位研究生工作实施办法》文件精神和相关规定，人文与艺术学院按照学校要求对符合2026年常规推免学生的平均学分成绩（前10%），以及以上学生的综合能力成绩进行审查，现将各专业拟推免学生的综合测评成绩排名公示如下。</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一、产品设计专业拟推免学生综合测评成绩排名</w:t>
      </w:r>
    </w:p>
    <w:tbl>
      <w:tblPr>
        <w:tblStyle w:val="TableGrid"/>
        <w:tblW w:type="auto" w:w="0"/>
        <w:jc w:val="center"/>
        <w:tblLook w:firstColumn="1" w:firstRow="1" w:lastColumn="0" w:lastRow="0" w:noHBand="0" w:noVBand="1" w:val="04A0"/>
      </w:tblPr>
      <w:tblGrid>
        <w:gridCol w:w="576"/>
        <w:gridCol w:w="576"/>
        <w:gridCol w:w="576"/>
        <w:gridCol w:w="576"/>
        <w:gridCol w:w="576"/>
        <w:gridCol w:w="576"/>
        <w:gridCol w:w="576"/>
        <w:gridCol w:w="576"/>
        <w:gridCol w:w="576"/>
        <w:gridCol w:w="576"/>
        <w:gridCol w:w="576"/>
        <w:gridCol w:w="576"/>
        <w:gridCol w:w="576"/>
        <w:gridCol w:w="576"/>
        <w:gridCol w:w="576"/>
      </w:tblGrid>
      <w:tr>
        <w:tc>
          <w:tcPr>
            <w:tcW w:type="dxa" w:w="576"/>
          </w:tcPr>
          <w:p>
            <w:pPr>
              <w:spacing w:after="20" w:before="20"/>
            </w:pPr>
            <w:r/>
            <w:r>
              <w:rPr>
                <w:rFonts w:ascii="Times New Roman" w:hAnsi="Times New Roman" w:eastAsia="宋体"/>
                <w:b/>
                <w:sz w:val="21"/>
              </w:rPr>
              <w:t>序号</w:t>
            </w:r>
          </w:p>
        </w:tc>
        <w:tc>
          <w:tcPr>
            <w:tcW w:type="dxa" w:w="576"/>
          </w:tcPr>
          <w:p>
            <w:pPr>
              <w:spacing w:after="20" w:before="20"/>
            </w:pPr>
            <w:r/>
            <w:r>
              <w:rPr>
                <w:rFonts w:ascii="Times New Roman" w:hAnsi="Times New Roman" w:eastAsia="宋体"/>
                <w:b/>
                <w:sz w:val="21"/>
              </w:rPr>
              <w:t>专业</w:t>
            </w:r>
          </w:p>
        </w:tc>
        <w:tc>
          <w:tcPr>
            <w:tcW w:type="dxa" w:w="576"/>
          </w:tcPr>
          <w:p>
            <w:pPr>
              <w:spacing w:after="20" w:before="20"/>
            </w:pPr>
            <w:r/>
            <w:r>
              <w:rPr>
                <w:rFonts w:ascii="Times New Roman" w:hAnsi="Times New Roman" w:eastAsia="宋体"/>
                <w:b/>
                <w:sz w:val="21"/>
              </w:rPr>
              <w:t>班级</w:t>
            </w:r>
          </w:p>
        </w:tc>
        <w:tc>
          <w:tcPr>
            <w:tcW w:type="dxa" w:w="576"/>
          </w:tcPr>
          <w:p>
            <w:pPr>
              <w:spacing w:after="20" w:before="20"/>
            </w:pPr>
            <w:r/>
            <w:r>
              <w:rPr>
                <w:rFonts w:ascii="Times New Roman" w:hAnsi="Times New Roman" w:eastAsia="宋体"/>
                <w:b/>
                <w:sz w:val="21"/>
              </w:rPr>
              <w:t>姓名</w:t>
            </w:r>
          </w:p>
        </w:tc>
        <w:tc>
          <w:tcPr>
            <w:tcW w:type="dxa" w:w="576"/>
          </w:tcPr>
          <w:p>
            <w:pPr>
              <w:spacing w:after="20" w:before="20"/>
            </w:pPr>
            <w:r/>
            <w:r>
              <w:rPr>
                <w:rFonts w:ascii="Times New Roman" w:hAnsi="Times New Roman" w:eastAsia="宋体"/>
                <w:b/>
                <w:sz w:val="21"/>
              </w:rPr>
              <w:t>p（平均学分成绩）</w:t>
            </w:r>
          </w:p>
        </w:tc>
        <w:tc>
          <w:tcPr>
            <w:tcW w:type="dxa" w:w="576"/>
          </w:tcPr>
          <w:p>
            <w:pPr>
              <w:spacing w:after="20" w:before="20"/>
            </w:pPr>
            <w:r/>
            <w:r>
              <w:rPr>
                <w:rFonts w:ascii="Times New Roman" w:hAnsi="Times New Roman" w:eastAsia="宋体"/>
                <w:b/>
                <w:sz w:val="21"/>
              </w:rPr>
              <w:t>s1（学科竞赛）</w:t>
            </w:r>
          </w:p>
        </w:tc>
        <w:tc>
          <w:tcPr>
            <w:tcW w:type="dxa" w:w="576"/>
          </w:tcPr>
          <w:p>
            <w:pPr>
              <w:spacing w:after="20" w:before="20"/>
            </w:pPr>
            <w:r/>
            <w:r>
              <w:rPr>
                <w:rFonts w:ascii="Times New Roman" w:hAnsi="Times New Roman" w:eastAsia="宋体"/>
                <w:b/>
                <w:sz w:val="21"/>
              </w:rPr>
              <w:t>s2（论文）</w:t>
            </w:r>
          </w:p>
        </w:tc>
        <w:tc>
          <w:tcPr>
            <w:tcW w:type="dxa" w:w="576"/>
          </w:tcPr>
          <w:p>
            <w:pPr>
              <w:spacing w:after="20" w:before="20"/>
            </w:pPr>
            <w:r/>
            <w:r>
              <w:rPr>
                <w:rFonts w:ascii="Times New Roman" w:hAnsi="Times New Roman" w:eastAsia="宋体"/>
                <w:b/>
                <w:sz w:val="21"/>
              </w:rPr>
              <w:t>s3（专利）</w:t>
            </w:r>
          </w:p>
        </w:tc>
        <w:tc>
          <w:tcPr>
            <w:tcW w:type="dxa" w:w="576"/>
          </w:tcPr>
          <w:p>
            <w:pPr>
              <w:spacing w:after="20" w:before="20"/>
            </w:pPr>
            <w:r/>
            <w:r>
              <w:rPr>
                <w:rFonts w:ascii="Times New Roman" w:hAnsi="Times New Roman" w:eastAsia="宋体"/>
                <w:b/>
                <w:sz w:val="21"/>
              </w:rPr>
              <w:t>s4（荣誉称号）</w:t>
            </w:r>
          </w:p>
        </w:tc>
        <w:tc>
          <w:tcPr>
            <w:tcW w:type="dxa" w:w="576"/>
          </w:tcPr>
          <w:p>
            <w:pPr>
              <w:spacing w:after="20" w:before="20"/>
            </w:pPr>
            <w:r/>
            <w:r>
              <w:rPr>
                <w:rFonts w:ascii="Times New Roman" w:hAnsi="Times New Roman" w:eastAsia="宋体"/>
                <w:b/>
                <w:sz w:val="21"/>
              </w:rPr>
              <w:t>s5（六级）</w:t>
            </w:r>
          </w:p>
        </w:tc>
        <w:tc>
          <w:tcPr>
            <w:tcW w:type="dxa" w:w="576"/>
          </w:tcPr>
          <w:p>
            <w:pPr>
              <w:spacing w:after="20" w:before="20"/>
            </w:pPr>
            <w:r/>
            <w:r>
              <w:rPr>
                <w:rFonts w:ascii="Times New Roman" w:hAnsi="Times New Roman" w:eastAsia="宋体"/>
                <w:b/>
                <w:sz w:val="21"/>
              </w:rPr>
              <w:t>s6（体育）</w:t>
            </w:r>
          </w:p>
        </w:tc>
        <w:tc>
          <w:tcPr>
            <w:tcW w:type="dxa" w:w="576"/>
          </w:tcPr>
          <w:p>
            <w:pPr>
              <w:spacing w:after="20" w:before="20"/>
            </w:pPr>
            <w:r/>
            <w:r>
              <w:rPr>
                <w:rFonts w:ascii="Times New Roman" w:hAnsi="Times New Roman" w:eastAsia="宋体"/>
                <w:b/>
                <w:sz w:val="21"/>
              </w:rPr>
              <w:t>s7（其它）</w:t>
            </w:r>
          </w:p>
        </w:tc>
        <w:tc>
          <w:tcPr>
            <w:tcW w:type="dxa" w:w="576"/>
          </w:tcPr>
          <w:p>
            <w:pPr>
              <w:spacing w:after="20" w:before="20"/>
            </w:pPr>
            <w:r/>
            <w:r>
              <w:rPr>
                <w:rFonts w:ascii="Times New Roman" w:hAnsi="Times New Roman" w:eastAsia="宋体"/>
                <w:b/>
                <w:sz w:val="21"/>
              </w:rPr>
              <w:t>s总</w:t>
            </w:r>
          </w:p>
        </w:tc>
        <w:tc>
          <w:tcPr>
            <w:tcW w:type="dxa" w:w="576"/>
          </w:tcPr>
          <w:p>
            <w:pPr>
              <w:spacing w:after="20" w:before="20"/>
            </w:pPr>
            <w:r/>
            <w:r>
              <w:rPr>
                <w:rFonts w:ascii="Times New Roman" w:hAnsi="Times New Roman" w:eastAsia="宋体"/>
                <w:b/>
                <w:sz w:val="21"/>
              </w:rPr>
              <w:t>z（综合测评成绩）</w:t>
            </w:r>
          </w:p>
        </w:tc>
        <w:tc>
          <w:tcPr>
            <w:tcW w:type="dxa" w:w="576"/>
          </w:tcPr>
          <w:p>
            <w:pPr>
              <w:spacing w:after="20" w:before="20"/>
            </w:pPr>
            <w:r/>
            <w:r>
              <w:rPr>
                <w:rFonts w:ascii="Times New Roman" w:hAnsi="Times New Roman" w:eastAsia="宋体"/>
                <w:b/>
                <w:sz w:val="21"/>
              </w:rPr>
              <w:t>备注</w:t>
            </w:r>
          </w:p>
        </w:tc>
      </w:tr>
      <w:tr>
        <w:tc>
          <w:tcPr>
            <w:tcW w:type="dxa" w:w="576"/>
          </w:tcPr>
          <w:p>
            <w:pPr>
              <w:spacing w:after="20" w:before="20"/>
            </w:pPr>
            <w:r/>
            <w:r>
              <w:rPr>
                <w:rFonts w:ascii="Times New Roman" w:hAnsi="Times New Roman" w:eastAsia="宋体"/>
                <w:b w:val="0"/>
                <w:sz w:val="21"/>
              </w:rPr>
              <w:t>1</w:t>
            </w:r>
          </w:p>
        </w:tc>
        <w:tc>
          <w:tcPr>
            <w:tcW w:type="dxa" w:w="576"/>
          </w:tcPr>
          <w:p>
            <w:pPr>
              <w:spacing w:after="20" w:before="20"/>
            </w:pPr>
            <w:r/>
            <w:r>
              <w:rPr>
                <w:rFonts w:ascii="Times New Roman" w:hAnsi="Times New Roman" w:eastAsia="宋体"/>
                <w:b w:val="0"/>
                <w:sz w:val="21"/>
              </w:rPr>
              <w:t>产品设计</w:t>
            </w:r>
          </w:p>
        </w:tc>
        <w:tc>
          <w:tcPr>
            <w:tcW w:type="dxa" w:w="576"/>
          </w:tcPr>
          <w:p>
            <w:pPr>
              <w:spacing w:after="20" w:before="20"/>
            </w:pPr>
            <w:r/>
            <w:r>
              <w:rPr>
                <w:rFonts w:ascii="Times New Roman" w:hAnsi="Times New Roman" w:eastAsia="宋体"/>
                <w:b w:val="0"/>
                <w:sz w:val="21"/>
              </w:rPr>
              <w:t>产品2202</w:t>
            </w:r>
          </w:p>
        </w:tc>
        <w:tc>
          <w:tcPr>
            <w:tcW w:type="dxa" w:w="576"/>
          </w:tcPr>
          <w:p>
            <w:pPr>
              <w:spacing w:after="20" w:before="20"/>
            </w:pPr>
            <w:r/>
            <w:r>
              <w:rPr>
                <w:rFonts w:ascii="Times New Roman" w:hAnsi="Times New Roman" w:eastAsia="宋体"/>
                <w:b w:val="0"/>
                <w:sz w:val="21"/>
              </w:rPr>
              <w:t>刘芳菲</w:t>
            </w:r>
          </w:p>
        </w:tc>
        <w:tc>
          <w:tcPr>
            <w:tcW w:type="dxa" w:w="576"/>
          </w:tcPr>
          <w:p>
            <w:pPr>
              <w:spacing w:after="20" w:before="20"/>
            </w:pPr>
            <w:r/>
            <w:r>
              <w:rPr>
                <w:rFonts w:ascii="Times New Roman" w:hAnsi="Times New Roman" w:eastAsia="宋体"/>
                <w:b w:val="0"/>
                <w:sz w:val="21"/>
              </w:rPr>
              <w:t>91.85</w:t>
            </w:r>
          </w:p>
        </w:tc>
        <w:tc>
          <w:tcPr>
            <w:tcW w:type="dxa" w:w="576"/>
          </w:tcPr>
          <w:p>
            <w:pPr>
              <w:spacing w:after="20" w:before="20"/>
            </w:pPr>
            <w:r/>
            <w:r>
              <w:rPr>
                <w:rFonts w:ascii="Times New Roman" w:hAnsi="Times New Roman" w:eastAsia="宋体"/>
                <w:b w:val="0"/>
                <w:sz w:val="21"/>
              </w:rPr>
              <w:t>43</w:t>
            </w:r>
          </w:p>
        </w:tc>
        <w:tc>
          <w:tcPr>
            <w:tcW w:type="dxa" w:w="576"/>
          </w:tcPr>
          <w:p>
            <w:pPr>
              <w:spacing w:after="20" w:before="20"/>
            </w:pPr>
            <w:r/>
            <w:r>
              <w:rPr>
                <w:rFonts w:ascii="Times New Roman" w:hAnsi="Times New Roman" w:eastAsia="宋体"/>
                <w:b w:val="0"/>
                <w:sz w:val="21"/>
              </w:rPr>
              <w:t>25</w:t>
            </w:r>
          </w:p>
        </w:tc>
        <w:tc>
          <w:tcPr>
            <w:tcW w:type="dxa" w:w="576"/>
          </w:tcPr>
          <w:p>
            <w:pPr>
              <w:spacing w:after="20" w:before="20"/>
            </w:pPr>
            <w:r/>
            <w:r>
              <w:rPr>
                <w:rFonts w:ascii="Times New Roman" w:hAnsi="Times New Roman" w:eastAsia="宋体"/>
                <w:b w:val="0"/>
                <w:sz w:val="21"/>
              </w:rPr>
              <w:t>10</w:t>
            </w:r>
          </w:p>
        </w:tc>
        <w:tc>
          <w:tcPr>
            <w:tcW w:type="dxa" w:w="576"/>
          </w:tcPr>
          <w:p>
            <w:pPr>
              <w:spacing w:after="20" w:before="20"/>
            </w:pPr>
            <w:r/>
            <w:r>
              <w:rPr>
                <w:rFonts w:ascii="Times New Roman" w:hAnsi="Times New Roman" w:eastAsia="宋体"/>
                <w:b w:val="0"/>
                <w:sz w:val="21"/>
              </w:rPr>
              <w:t>1</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79</w:t>
            </w:r>
          </w:p>
        </w:tc>
        <w:tc>
          <w:tcPr>
            <w:tcW w:type="dxa" w:w="576"/>
          </w:tcPr>
          <w:p>
            <w:pPr>
              <w:spacing w:after="20" w:before="20"/>
            </w:pPr>
            <w:r/>
            <w:r>
              <w:rPr>
                <w:rFonts w:ascii="Times New Roman" w:hAnsi="Times New Roman" w:eastAsia="宋体"/>
                <w:b w:val="0"/>
                <w:sz w:val="21"/>
              </w:rPr>
              <w:t>89.9225</w:t>
            </w:r>
          </w:p>
        </w:tc>
        <w:tc>
          <w:tcPr>
            <w:tcW w:type="dxa" w:w="576"/>
          </w:tcPr>
          <w:p>
            <w:pPr>
              <w:spacing w:after="20" w:before="20"/>
            </w:pPr>
            <w:r/>
            <w:r>
              <w:rPr>
                <w:rFonts w:ascii="Times New Roman" w:hAnsi="Times New Roman" w:eastAsia="宋体"/>
                <w:b w:val="0"/>
                <w:sz w:val="21"/>
              </w:rPr>
            </w:r>
          </w:p>
        </w:tc>
      </w:tr>
      <w:tr>
        <w:tc>
          <w:tcPr>
            <w:tcW w:type="dxa" w:w="576"/>
          </w:tcPr>
          <w:p>
            <w:pPr>
              <w:spacing w:after="20" w:before="20"/>
            </w:pPr>
            <w:r/>
            <w:r>
              <w:rPr>
                <w:rFonts w:ascii="Times New Roman" w:hAnsi="Times New Roman" w:eastAsia="宋体"/>
                <w:b w:val="0"/>
                <w:sz w:val="21"/>
              </w:rPr>
              <w:t>2</w:t>
            </w:r>
          </w:p>
        </w:tc>
        <w:tc>
          <w:tcPr>
            <w:tcW w:type="dxa" w:w="576"/>
          </w:tcPr>
          <w:p>
            <w:pPr>
              <w:spacing w:after="20" w:before="20"/>
            </w:pPr>
            <w:r/>
            <w:r>
              <w:rPr>
                <w:rFonts w:ascii="Times New Roman" w:hAnsi="Times New Roman" w:eastAsia="宋体"/>
                <w:b w:val="0"/>
                <w:sz w:val="21"/>
              </w:rPr>
              <w:t>产品设计</w:t>
            </w:r>
          </w:p>
        </w:tc>
        <w:tc>
          <w:tcPr>
            <w:tcW w:type="dxa" w:w="576"/>
          </w:tcPr>
          <w:p>
            <w:pPr>
              <w:spacing w:after="20" w:before="20"/>
            </w:pPr>
            <w:r/>
            <w:r>
              <w:rPr>
                <w:rFonts w:ascii="Times New Roman" w:hAnsi="Times New Roman" w:eastAsia="宋体"/>
                <w:b w:val="0"/>
                <w:sz w:val="21"/>
              </w:rPr>
              <w:t>产品2202</w:t>
            </w:r>
          </w:p>
        </w:tc>
        <w:tc>
          <w:tcPr>
            <w:tcW w:type="dxa" w:w="576"/>
          </w:tcPr>
          <w:p>
            <w:pPr>
              <w:spacing w:after="20" w:before="20"/>
            </w:pPr>
            <w:r/>
            <w:r>
              <w:rPr>
                <w:rFonts w:ascii="Times New Roman" w:hAnsi="Times New Roman" w:eastAsia="宋体"/>
                <w:b w:val="0"/>
                <w:sz w:val="21"/>
              </w:rPr>
              <w:t>孙萌悦</w:t>
            </w:r>
          </w:p>
        </w:tc>
        <w:tc>
          <w:tcPr>
            <w:tcW w:type="dxa" w:w="576"/>
          </w:tcPr>
          <w:p>
            <w:pPr>
              <w:spacing w:after="20" w:before="20"/>
            </w:pPr>
            <w:r/>
            <w:r>
              <w:rPr>
                <w:rFonts w:ascii="Times New Roman" w:hAnsi="Times New Roman" w:eastAsia="宋体"/>
                <w:b w:val="0"/>
                <w:sz w:val="21"/>
              </w:rPr>
              <w:t>91.08</w:t>
            </w:r>
          </w:p>
        </w:tc>
        <w:tc>
          <w:tcPr>
            <w:tcW w:type="dxa" w:w="576"/>
          </w:tcPr>
          <w:p>
            <w:pPr>
              <w:spacing w:after="20" w:before="20"/>
            </w:pPr>
            <w:r/>
            <w:r>
              <w:rPr>
                <w:rFonts w:ascii="Times New Roman" w:hAnsi="Times New Roman" w:eastAsia="宋体"/>
                <w:b w:val="0"/>
                <w:sz w:val="21"/>
              </w:rPr>
              <w:t>45</w:t>
            </w:r>
          </w:p>
        </w:tc>
        <w:tc>
          <w:tcPr>
            <w:tcW w:type="dxa" w:w="576"/>
          </w:tcPr>
          <w:p>
            <w:pPr>
              <w:spacing w:after="20" w:before="20"/>
            </w:pPr>
            <w:r/>
            <w:r>
              <w:rPr>
                <w:rFonts w:ascii="Times New Roman" w:hAnsi="Times New Roman" w:eastAsia="宋体"/>
                <w:b w:val="0"/>
                <w:sz w:val="21"/>
              </w:rPr>
              <w:t>25</w:t>
            </w:r>
          </w:p>
        </w:tc>
        <w:tc>
          <w:tcPr>
            <w:tcW w:type="dxa" w:w="576"/>
          </w:tcPr>
          <w:p>
            <w:pPr>
              <w:spacing w:after="20" w:before="20"/>
            </w:pPr>
            <w:r/>
            <w:r>
              <w:rPr>
                <w:rFonts w:ascii="Times New Roman" w:hAnsi="Times New Roman" w:eastAsia="宋体"/>
                <w:b w:val="0"/>
                <w:sz w:val="21"/>
              </w:rPr>
              <w:t>10</w:t>
            </w:r>
          </w:p>
        </w:tc>
        <w:tc>
          <w:tcPr>
            <w:tcW w:type="dxa" w:w="576"/>
          </w:tcPr>
          <w:p>
            <w:pPr>
              <w:spacing w:after="20" w:before="20"/>
            </w:pPr>
            <w:r/>
            <w:r>
              <w:rPr>
                <w:rFonts w:ascii="Times New Roman" w:hAnsi="Times New Roman" w:eastAsia="宋体"/>
                <w:b w:val="0"/>
                <w:sz w:val="21"/>
              </w:rPr>
              <w:t>1</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81</w:t>
            </w:r>
          </w:p>
        </w:tc>
        <w:tc>
          <w:tcPr>
            <w:tcW w:type="dxa" w:w="576"/>
          </w:tcPr>
          <w:p>
            <w:pPr>
              <w:spacing w:after="20" w:before="20"/>
            </w:pPr>
            <w:r/>
            <w:r>
              <w:rPr>
                <w:rFonts w:ascii="Times New Roman" w:hAnsi="Times New Roman" w:eastAsia="宋体"/>
                <w:b w:val="0"/>
                <w:sz w:val="21"/>
              </w:rPr>
              <w:t>89.568</w:t>
            </w:r>
          </w:p>
        </w:tc>
        <w:tc>
          <w:tcPr>
            <w:tcW w:type="dxa" w:w="576"/>
          </w:tcPr>
          <w:p>
            <w:pPr>
              <w:spacing w:after="20" w:before="20"/>
            </w:pPr>
            <w:r/>
            <w:r>
              <w:rPr>
                <w:rFonts w:ascii="Times New Roman" w:hAnsi="Times New Roman" w:eastAsia="宋体"/>
                <w:b w:val="0"/>
                <w:sz w:val="21"/>
              </w:rPr>
            </w:r>
          </w:p>
        </w:tc>
      </w:tr>
      <w:tr>
        <w:tc>
          <w:tcPr>
            <w:tcW w:type="dxa" w:w="576"/>
          </w:tcPr>
          <w:p>
            <w:pPr>
              <w:spacing w:after="20" w:before="20"/>
            </w:pPr>
            <w:r/>
            <w:r>
              <w:rPr>
                <w:rFonts w:ascii="Times New Roman" w:hAnsi="Times New Roman" w:eastAsia="宋体"/>
                <w:b w:val="0"/>
                <w:sz w:val="21"/>
              </w:rPr>
              <w:t>3</w:t>
            </w:r>
          </w:p>
        </w:tc>
        <w:tc>
          <w:tcPr>
            <w:tcW w:type="dxa" w:w="576"/>
          </w:tcPr>
          <w:p>
            <w:pPr>
              <w:spacing w:after="20" w:before="20"/>
            </w:pPr>
            <w:r/>
            <w:r>
              <w:rPr>
                <w:rFonts w:ascii="Times New Roman" w:hAnsi="Times New Roman" w:eastAsia="宋体"/>
                <w:b w:val="0"/>
                <w:sz w:val="21"/>
              </w:rPr>
              <w:t>产品设计</w:t>
            </w:r>
          </w:p>
        </w:tc>
        <w:tc>
          <w:tcPr>
            <w:tcW w:type="dxa" w:w="576"/>
          </w:tcPr>
          <w:p>
            <w:pPr>
              <w:spacing w:after="20" w:before="20"/>
            </w:pPr>
            <w:r/>
            <w:r>
              <w:rPr>
                <w:rFonts w:ascii="Times New Roman" w:hAnsi="Times New Roman" w:eastAsia="宋体"/>
                <w:b w:val="0"/>
                <w:sz w:val="21"/>
              </w:rPr>
              <w:t>产品2201</w:t>
            </w:r>
          </w:p>
        </w:tc>
        <w:tc>
          <w:tcPr>
            <w:tcW w:type="dxa" w:w="576"/>
          </w:tcPr>
          <w:p>
            <w:pPr>
              <w:spacing w:after="20" w:before="20"/>
            </w:pPr>
            <w:r/>
            <w:r>
              <w:rPr>
                <w:rFonts w:ascii="Times New Roman" w:hAnsi="Times New Roman" w:eastAsia="宋体"/>
                <w:b w:val="0"/>
                <w:sz w:val="21"/>
              </w:rPr>
              <w:t>赵梦祥</w:t>
            </w:r>
          </w:p>
        </w:tc>
        <w:tc>
          <w:tcPr>
            <w:tcW w:type="dxa" w:w="576"/>
          </w:tcPr>
          <w:p>
            <w:pPr>
              <w:spacing w:after="20" w:before="20"/>
            </w:pPr>
            <w:r/>
            <w:r>
              <w:rPr>
                <w:rFonts w:ascii="Times New Roman" w:hAnsi="Times New Roman" w:eastAsia="宋体"/>
                <w:b w:val="0"/>
                <w:sz w:val="21"/>
              </w:rPr>
              <w:t>91.19</w:t>
            </w:r>
          </w:p>
        </w:tc>
        <w:tc>
          <w:tcPr>
            <w:tcW w:type="dxa" w:w="576"/>
          </w:tcPr>
          <w:p>
            <w:pPr>
              <w:spacing w:after="20" w:before="20"/>
            </w:pPr>
            <w:r/>
            <w:r>
              <w:rPr>
                <w:rFonts w:ascii="Times New Roman" w:hAnsi="Times New Roman" w:eastAsia="宋体"/>
                <w:b w:val="0"/>
                <w:sz w:val="21"/>
              </w:rPr>
              <w:t>43</w:t>
            </w:r>
          </w:p>
        </w:tc>
        <w:tc>
          <w:tcPr>
            <w:tcW w:type="dxa" w:w="576"/>
          </w:tcPr>
          <w:p>
            <w:pPr>
              <w:spacing w:after="20" w:before="20"/>
            </w:pPr>
            <w:r/>
            <w:r>
              <w:rPr>
                <w:rFonts w:ascii="Times New Roman" w:hAnsi="Times New Roman" w:eastAsia="宋体"/>
                <w:b w:val="0"/>
                <w:sz w:val="21"/>
              </w:rPr>
              <w:t>25</w:t>
            </w:r>
          </w:p>
        </w:tc>
        <w:tc>
          <w:tcPr>
            <w:tcW w:type="dxa" w:w="576"/>
          </w:tcPr>
          <w:p>
            <w:pPr>
              <w:spacing w:after="20" w:before="20"/>
            </w:pPr>
            <w:r/>
            <w:r>
              <w:rPr>
                <w:rFonts w:ascii="Times New Roman" w:hAnsi="Times New Roman" w:eastAsia="宋体"/>
                <w:b w:val="0"/>
                <w:sz w:val="21"/>
              </w:rPr>
              <w:t>6</w:t>
            </w:r>
          </w:p>
        </w:tc>
        <w:tc>
          <w:tcPr>
            <w:tcW w:type="dxa" w:w="576"/>
          </w:tcPr>
          <w:p>
            <w:pPr>
              <w:spacing w:after="20" w:before="20"/>
            </w:pPr>
            <w:r/>
            <w:r>
              <w:rPr>
                <w:rFonts w:ascii="Times New Roman" w:hAnsi="Times New Roman" w:eastAsia="宋体"/>
                <w:b w:val="0"/>
                <w:sz w:val="21"/>
              </w:rPr>
              <w:t>1</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75</w:t>
            </w:r>
          </w:p>
        </w:tc>
        <w:tc>
          <w:tcPr>
            <w:tcW w:type="dxa" w:w="576"/>
          </w:tcPr>
          <w:p>
            <w:pPr>
              <w:spacing w:after="20" w:before="20"/>
            </w:pPr>
            <w:r/>
            <w:r>
              <w:rPr>
                <w:rFonts w:ascii="Times New Roman" w:hAnsi="Times New Roman" w:eastAsia="宋体"/>
                <w:b w:val="0"/>
                <w:sz w:val="21"/>
              </w:rPr>
              <w:t>88.7615</w:t>
            </w:r>
          </w:p>
        </w:tc>
        <w:tc>
          <w:tcPr>
            <w:tcW w:type="dxa" w:w="576"/>
          </w:tcPr>
          <w:p>
            <w:pPr>
              <w:spacing w:after="20" w:before="20"/>
            </w:pPr>
            <w:r/>
            <w:r>
              <w:rPr>
                <w:rFonts w:ascii="Times New Roman" w:hAnsi="Times New Roman" w:eastAsia="宋体"/>
                <w:b w:val="0"/>
                <w:sz w:val="21"/>
              </w:rPr>
            </w:r>
          </w:p>
        </w:tc>
      </w:tr>
      <w:tr>
        <w:tc>
          <w:tcPr>
            <w:tcW w:type="dxa" w:w="576"/>
          </w:tcPr>
          <w:p>
            <w:pPr>
              <w:spacing w:after="20" w:before="20"/>
            </w:pPr>
            <w:r/>
            <w:r>
              <w:rPr>
                <w:rFonts w:ascii="Times New Roman" w:hAnsi="Times New Roman" w:eastAsia="宋体"/>
                <w:b w:val="0"/>
                <w:sz w:val="21"/>
              </w:rPr>
              <w:t>4</w:t>
            </w:r>
          </w:p>
        </w:tc>
        <w:tc>
          <w:tcPr>
            <w:tcW w:type="dxa" w:w="576"/>
          </w:tcPr>
          <w:p>
            <w:pPr>
              <w:spacing w:after="20" w:before="20"/>
            </w:pPr>
            <w:r/>
            <w:r>
              <w:rPr>
                <w:rFonts w:ascii="Times New Roman" w:hAnsi="Times New Roman" w:eastAsia="宋体"/>
                <w:b w:val="0"/>
                <w:sz w:val="21"/>
              </w:rPr>
              <w:t>产品设计</w:t>
            </w:r>
          </w:p>
        </w:tc>
        <w:tc>
          <w:tcPr>
            <w:tcW w:type="dxa" w:w="576"/>
          </w:tcPr>
          <w:p>
            <w:pPr>
              <w:spacing w:after="20" w:before="20"/>
            </w:pPr>
            <w:r/>
            <w:r>
              <w:rPr>
                <w:rFonts w:ascii="Times New Roman" w:hAnsi="Times New Roman" w:eastAsia="宋体"/>
                <w:b w:val="0"/>
                <w:sz w:val="21"/>
              </w:rPr>
              <w:t>产品2201</w:t>
            </w:r>
          </w:p>
        </w:tc>
        <w:tc>
          <w:tcPr>
            <w:tcW w:type="dxa" w:w="576"/>
          </w:tcPr>
          <w:p>
            <w:pPr>
              <w:spacing w:after="20" w:before="20"/>
            </w:pPr>
            <w:r/>
            <w:r>
              <w:rPr>
                <w:rFonts w:ascii="Times New Roman" w:hAnsi="Times New Roman" w:eastAsia="宋体"/>
                <w:b w:val="0"/>
                <w:sz w:val="21"/>
              </w:rPr>
              <w:t>唐莹莹</w:t>
            </w:r>
          </w:p>
        </w:tc>
        <w:tc>
          <w:tcPr>
            <w:tcW w:type="dxa" w:w="576"/>
          </w:tcPr>
          <w:p>
            <w:pPr>
              <w:spacing w:after="20" w:before="20"/>
            </w:pPr>
            <w:r/>
            <w:r>
              <w:rPr>
                <w:rFonts w:ascii="Times New Roman" w:hAnsi="Times New Roman" w:eastAsia="宋体"/>
                <w:b w:val="0"/>
                <w:sz w:val="21"/>
              </w:rPr>
              <w:t>88.52</w:t>
            </w:r>
          </w:p>
        </w:tc>
        <w:tc>
          <w:tcPr>
            <w:tcW w:type="dxa" w:w="576"/>
          </w:tcPr>
          <w:p>
            <w:pPr>
              <w:spacing w:after="20" w:before="20"/>
            </w:pPr>
            <w:r/>
            <w:r>
              <w:rPr>
                <w:rFonts w:ascii="Times New Roman" w:hAnsi="Times New Roman" w:eastAsia="宋体"/>
                <w:b w:val="0"/>
                <w:sz w:val="21"/>
              </w:rPr>
              <w:t>35</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1</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36</w:t>
            </w:r>
          </w:p>
        </w:tc>
        <w:tc>
          <w:tcPr>
            <w:tcW w:type="dxa" w:w="576"/>
          </w:tcPr>
          <w:p>
            <w:pPr>
              <w:spacing w:after="20" w:before="20"/>
            </w:pPr>
            <w:r/>
            <w:r>
              <w:rPr>
                <w:rFonts w:ascii="Times New Roman" w:hAnsi="Times New Roman" w:eastAsia="宋体"/>
                <w:b w:val="0"/>
                <w:sz w:val="21"/>
              </w:rPr>
              <w:t>80.642</w:t>
            </w:r>
          </w:p>
        </w:tc>
        <w:tc>
          <w:tcPr>
            <w:tcW w:type="dxa" w:w="576"/>
          </w:tcPr>
          <w:p>
            <w:pPr>
              <w:spacing w:after="20" w:before="20"/>
            </w:pPr>
            <w:r/>
            <w:r>
              <w:rPr>
                <w:rFonts w:ascii="Times New Roman" w:hAnsi="Times New Roman" w:eastAsia="宋体"/>
                <w:b w:val="0"/>
                <w:sz w:val="21"/>
              </w:rPr>
            </w:r>
          </w:p>
        </w:tc>
      </w:tr>
      <w:tr>
        <w:tc>
          <w:tcPr>
            <w:tcW w:type="dxa" w:w="576"/>
          </w:tcPr>
          <w:p>
            <w:pPr>
              <w:spacing w:after="20" w:before="20"/>
            </w:pPr>
            <w:r/>
            <w:r>
              <w:rPr>
                <w:rFonts w:ascii="Times New Roman" w:hAnsi="Times New Roman" w:eastAsia="宋体"/>
                <w:b w:val="0"/>
                <w:sz w:val="21"/>
              </w:rPr>
              <w:t>5</w:t>
            </w:r>
          </w:p>
        </w:tc>
        <w:tc>
          <w:tcPr>
            <w:tcW w:type="dxa" w:w="576"/>
          </w:tcPr>
          <w:p>
            <w:pPr>
              <w:spacing w:after="20" w:before="20"/>
            </w:pPr>
            <w:r/>
            <w:r>
              <w:rPr>
                <w:rFonts w:ascii="Times New Roman" w:hAnsi="Times New Roman" w:eastAsia="宋体"/>
                <w:b w:val="0"/>
                <w:sz w:val="21"/>
              </w:rPr>
              <w:t>产品设计</w:t>
            </w:r>
          </w:p>
        </w:tc>
        <w:tc>
          <w:tcPr>
            <w:tcW w:type="dxa" w:w="576"/>
          </w:tcPr>
          <w:p>
            <w:pPr>
              <w:spacing w:after="20" w:before="20"/>
            </w:pPr>
            <w:r/>
            <w:r>
              <w:rPr>
                <w:rFonts w:ascii="Times New Roman" w:hAnsi="Times New Roman" w:eastAsia="宋体"/>
                <w:b w:val="0"/>
                <w:sz w:val="21"/>
              </w:rPr>
              <w:t>产品2202</w:t>
            </w:r>
          </w:p>
        </w:tc>
        <w:tc>
          <w:tcPr>
            <w:tcW w:type="dxa" w:w="576"/>
          </w:tcPr>
          <w:p>
            <w:pPr>
              <w:spacing w:after="20" w:before="20"/>
            </w:pPr>
            <w:r/>
            <w:r>
              <w:rPr>
                <w:rFonts w:ascii="Times New Roman" w:hAnsi="Times New Roman" w:eastAsia="宋体"/>
                <w:b w:val="0"/>
                <w:sz w:val="21"/>
              </w:rPr>
              <w:t>陈奕伊</w:t>
            </w:r>
          </w:p>
        </w:tc>
        <w:tc>
          <w:tcPr>
            <w:tcW w:type="dxa" w:w="576"/>
          </w:tcPr>
          <w:p>
            <w:pPr>
              <w:spacing w:after="20" w:before="20"/>
            </w:pPr>
            <w:r/>
            <w:r>
              <w:rPr>
                <w:rFonts w:ascii="Times New Roman" w:hAnsi="Times New Roman" w:eastAsia="宋体"/>
                <w:b w:val="0"/>
                <w:sz w:val="21"/>
              </w:rPr>
              <w:t>88.83</w:t>
            </w:r>
          </w:p>
        </w:tc>
        <w:tc>
          <w:tcPr>
            <w:tcW w:type="dxa" w:w="576"/>
          </w:tcPr>
          <w:p>
            <w:pPr>
              <w:spacing w:after="20" w:before="20"/>
            </w:pPr>
            <w:r/>
            <w:r>
              <w:rPr>
                <w:rFonts w:ascii="Times New Roman" w:hAnsi="Times New Roman" w:eastAsia="宋体"/>
                <w:b w:val="0"/>
                <w:sz w:val="21"/>
              </w:rPr>
              <w:t>33</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33</w:t>
            </w:r>
          </w:p>
        </w:tc>
        <w:tc>
          <w:tcPr>
            <w:tcW w:type="dxa" w:w="576"/>
          </w:tcPr>
          <w:p>
            <w:pPr>
              <w:spacing w:after="20" w:before="20"/>
            </w:pPr>
            <w:r/>
            <w:r>
              <w:rPr>
                <w:rFonts w:ascii="Times New Roman" w:hAnsi="Times New Roman" w:eastAsia="宋体"/>
                <w:b w:val="0"/>
                <w:sz w:val="21"/>
              </w:rPr>
              <w:t>80.4555</w:t>
            </w:r>
          </w:p>
        </w:tc>
        <w:tc>
          <w:tcPr>
            <w:tcW w:type="dxa" w:w="576"/>
          </w:tcPr>
          <w:p>
            <w:pPr>
              <w:spacing w:after="20" w:before="20"/>
            </w:pPr>
            <w:r/>
            <w:r>
              <w:rPr>
                <w:rFonts w:ascii="Times New Roman" w:hAnsi="Times New Roman" w:eastAsia="宋体"/>
                <w:b w:val="0"/>
                <w:sz w:val="21"/>
              </w:rPr>
            </w:r>
          </w:p>
        </w:tc>
      </w:tr>
      <w:tr>
        <w:tc>
          <w:tcPr>
            <w:tcW w:type="dxa" w:w="576"/>
          </w:tcPr>
          <w:p>
            <w:pPr>
              <w:spacing w:after="20" w:before="20"/>
            </w:pPr>
            <w:r/>
            <w:r>
              <w:rPr>
                <w:rFonts w:ascii="Times New Roman" w:hAnsi="Times New Roman" w:eastAsia="宋体"/>
                <w:b w:val="0"/>
                <w:sz w:val="21"/>
              </w:rPr>
              <w:t>6</w:t>
            </w:r>
          </w:p>
        </w:tc>
        <w:tc>
          <w:tcPr>
            <w:tcW w:type="dxa" w:w="576"/>
          </w:tcPr>
          <w:p>
            <w:pPr>
              <w:spacing w:after="20" w:before="20"/>
            </w:pPr>
            <w:r/>
            <w:r>
              <w:rPr>
                <w:rFonts w:ascii="Times New Roman" w:hAnsi="Times New Roman" w:eastAsia="宋体"/>
                <w:b w:val="0"/>
                <w:sz w:val="21"/>
              </w:rPr>
              <w:t>产品设计</w:t>
            </w:r>
          </w:p>
        </w:tc>
        <w:tc>
          <w:tcPr>
            <w:tcW w:type="dxa" w:w="576"/>
          </w:tcPr>
          <w:p>
            <w:pPr>
              <w:spacing w:after="20" w:before="20"/>
            </w:pPr>
            <w:r/>
            <w:r>
              <w:rPr>
                <w:rFonts w:ascii="Times New Roman" w:hAnsi="Times New Roman" w:eastAsia="宋体"/>
                <w:b w:val="0"/>
                <w:sz w:val="21"/>
              </w:rPr>
              <w:t>产品2202</w:t>
            </w:r>
          </w:p>
        </w:tc>
        <w:tc>
          <w:tcPr>
            <w:tcW w:type="dxa" w:w="576"/>
          </w:tcPr>
          <w:p>
            <w:pPr>
              <w:spacing w:after="20" w:before="20"/>
            </w:pPr>
            <w:r/>
            <w:r>
              <w:rPr>
                <w:rFonts w:ascii="Times New Roman" w:hAnsi="Times New Roman" w:eastAsia="宋体"/>
                <w:b w:val="0"/>
                <w:sz w:val="21"/>
              </w:rPr>
              <w:t>李宜颖</w:t>
            </w:r>
          </w:p>
        </w:tc>
        <w:tc>
          <w:tcPr>
            <w:tcW w:type="dxa" w:w="576"/>
          </w:tcPr>
          <w:p>
            <w:pPr>
              <w:spacing w:after="20" w:before="20"/>
            </w:pPr>
            <w:r/>
            <w:r>
              <w:rPr>
                <w:rFonts w:ascii="Times New Roman" w:hAnsi="Times New Roman" w:eastAsia="宋体"/>
                <w:b w:val="0"/>
                <w:sz w:val="21"/>
              </w:rPr>
              <w:t>89.48</w:t>
            </w:r>
          </w:p>
        </w:tc>
        <w:tc>
          <w:tcPr>
            <w:tcW w:type="dxa" w:w="576"/>
          </w:tcPr>
          <w:p>
            <w:pPr>
              <w:spacing w:after="20" w:before="20"/>
            </w:pPr>
            <w:r/>
            <w:r>
              <w:rPr>
                <w:rFonts w:ascii="Times New Roman" w:hAnsi="Times New Roman" w:eastAsia="宋体"/>
                <w:b w:val="0"/>
                <w:sz w:val="21"/>
              </w:rPr>
              <w:t>29</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29</w:t>
            </w:r>
          </w:p>
        </w:tc>
        <w:tc>
          <w:tcPr>
            <w:tcW w:type="dxa" w:w="576"/>
          </w:tcPr>
          <w:p>
            <w:pPr>
              <w:spacing w:after="20" w:before="20"/>
            </w:pPr>
            <w:r/>
            <w:r>
              <w:rPr>
                <w:rFonts w:ascii="Times New Roman" w:hAnsi="Times New Roman" w:eastAsia="宋体"/>
                <w:b w:val="0"/>
                <w:sz w:val="21"/>
              </w:rPr>
              <w:t>80.408</w:t>
            </w:r>
          </w:p>
        </w:tc>
        <w:tc>
          <w:tcPr>
            <w:tcW w:type="dxa" w:w="576"/>
          </w:tcPr>
          <w:p>
            <w:pPr>
              <w:spacing w:after="20" w:before="20"/>
            </w:pPr>
            <w:r/>
            <w:r>
              <w:rPr>
                <w:rFonts w:ascii="Times New Roman" w:hAnsi="Times New Roman" w:eastAsia="宋体"/>
                <w:b w:val="0"/>
                <w:sz w:val="21"/>
              </w:rPr>
            </w:r>
          </w:p>
        </w:tc>
      </w:tr>
      <w:tr>
        <w:tc>
          <w:tcPr>
            <w:tcW w:type="dxa" w:w="576"/>
          </w:tcPr>
          <w:p>
            <w:pPr>
              <w:spacing w:after="20" w:before="20"/>
            </w:pPr>
            <w:r/>
            <w:r>
              <w:rPr>
                <w:rFonts w:ascii="Times New Roman" w:hAnsi="Times New Roman" w:eastAsia="宋体"/>
                <w:b w:val="0"/>
                <w:sz w:val="21"/>
              </w:rPr>
              <w:t>7</w:t>
            </w:r>
          </w:p>
        </w:tc>
        <w:tc>
          <w:tcPr>
            <w:tcW w:type="dxa" w:w="576"/>
          </w:tcPr>
          <w:p>
            <w:pPr>
              <w:spacing w:after="20" w:before="20"/>
            </w:pPr>
            <w:r/>
            <w:r>
              <w:rPr>
                <w:rFonts w:ascii="Times New Roman" w:hAnsi="Times New Roman" w:eastAsia="宋体"/>
                <w:b w:val="0"/>
                <w:sz w:val="21"/>
              </w:rPr>
              <w:t>产品设计</w:t>
            </w:r>
          </w:p>
        </w:tc>
        <w:tc>
          <w:tcPr>
            <w:tcW w:type="dxa" w:w="576"/>
          </w:tcPr>
          <w:p>
            <w:pPr>
              <w:spacing w:after="20" w:before="20"/>
            </w:pPr>
            <w:r/>
            <w:r>
              <w:rPr>
                <w:rFonts w:ascii="Times New Roman" w:hAnsi="Times New Roman" w:eastAsia="宋体"/>
                <w:b w:val="0"/>
                <w:sz w:val="21"/>
              </w:rPr>
              <w:t>产品2202</w:t>
            </w:r>
          </w:p>
        </w:tc>
        <w:tc>
          <w:tcPr>
            <w:tcW w:type="dxa" w:w="576"/>
          </w:tcPr>
          <w:p>
            <w:pPr>
              <w:spacing w:after="20" w:before="20"/>
            </w:pPr>
            <w:r/>
            <w:r>
              <w:rPr>
                <w:rFonts w:ascii="Times New Roman" w:hAnsi="Times New Roman" w:eastAsia="宋体"/>
                <w:b w:val="0"/>
                <w:sz w:val="21"/>
              </w:rPr>
              <w:t>丰颖睿</w:t>
            </w:r>
          </w:p>
        </w:tc>
        <w:tc>
          <w:tcPr>
            <w:tcW w:type="dxa" w:w="576"/>
          </w:tcPr>
          <w:p>
            <w:pPr>
              <w:spacing w:after="20" w:before="20"/>
            </w:pPr>
            <w:r/>
            <w:r>
              <w:rPr>
                <w:rFonts w:ascii="Times New Roman" w:hAnsi="Times New Roman" w:eastAsia="宋体"/>
                <w:b w:val="0"/>
                <w:sz w:val="21"/>
              </w:rPr>
              <w:t>89.64</w:t>
            </w:r>
          </w:p>
        </w:tc>
        <w:tc>
          <w:tcPr>
            <w:tcW w:type="dxa" w:w="576"/>
          </w:tcPr>
          <w:p>
            <w:pPr>
              <w:spacing w:after="20" w:before="20"/>
            </w:pPr>
            <w:r/>
            <w:r>
              <w:rPr>
                <w:rFonts w:ascii="Times New Roman" w:hAnsi="Times New Roman" w:eastAsia="宋体"/>
                <w:b w:val="0"/>
                <w:sz w:val="21"/>
              </w:rPr>
              <w:t>自愿放弃</w:t>
            </w:r>
          </w:p>
        </w:tc>
        <w:tc>
          <w:tcPr>
            <w:tcW w:type="dxa" w:w="576"/>
          </w:tcPr>
          <w:p>
            <w:pPr>
              <w:spacing w:after="20" w:before="20"/>
            </w:pPr>
            <w:r/>
            <w:r>
              <w:rPr>
                <w:rFonts w:ascii="Times New Roman" w:hAnsi="Times New Roman" w:eastAsia="宋体"/>
                <w:b w:val="0"/>
                <w:sz w:val="21"/>
              </w:rPr>
            </w:r>
          </w:p>
        </w:tc>
        <w:tc>
          <w:tcPr>
            <w:tcW w:type="dxa" w:w="576"/>
          </w:tcPr>
          <w:p>
            <w:pPr>
              <w:spacing w:after="20" w:before="20"/>
            </w:pPr>
            <w:r/>
            <w:r>
              <w:rPr>
                <w:rFonts w:ascii="Times New Roman" w:hAnsi="Times New Roman" w:eastAsia="宋体"/>
                <w:b w:val="0"/>
                <w:sz w:val="21"/>
              </w:rPr>
            </w:r>
          </w:p>
        </w:tc>
        <w:tc>
          <w:tcPr>
            <w:tcW w:type="dxa" w:w="576"/>
          </w:tcPr>
          <w:p>
            <w:pPr>
              <w:spacing w:after="20" w:before="20"/>
            </w:pPr>
            <w:r/>
            <w:r>
              <w:rPr>
                <w:rFonts w:ascii="Times New Roman" w:hAnsi="Times New Roman" w:eastAsia="宋体"/>
                <w:b w:val="0"/>
                <w:sz w:val="21"/>
              </w:rPr>
            </w:r>
          </w:p>
        </w:tc>
        <w:tc>
          <w:tcPr>
            <w:tcW w:type="dxa" w:w="576"/>
          </w:tcPr>
          <w:p>
            <w:pPr>
              <w:spacing w:after="20" w:before="20"/>
            </w:pPr>
            <w:r/>
            <w:r>
              <w:rPr>
                <w:rFonts w:ascii="Times New Roman" w:hAnsi="Times New Roman" w:eastAsia="宋体"/>
                <w:b w:val="0"/>
                <w:sz w:val="21"/>
              </w:rPr>
            </w:r>
          </w:p>
        </w:tc>
        <w:tc>
          <w:tcPr>
            <w:tcW w:type="dxa" w:w="576"/>
          </w:tcPr>
          <w:p>
            <w:pPr>
              <w:spacing w:after="20" w:before="20"/>
            </w:pPr>
            <w:r/>
            <w:r>
              <w:rPr>
                <w:rFonts w:ascii="Times New Roman" w:hAnsi="Times New Roman" w:eastAsia="宋体"/>
                <w:b w:val="0"/>
                <w:sz w:val="21"/>
              </w:rPr>
            </w:r>
          </w:p>
        </w:tc>
        <w:tc>
          <w:tcPr>
            <w:tcW w:type="dxa" w:w="576"/>
          </w:tcPr>
          <w:p>
            <w:pPr>
              <w:spacing w:after="20" w:before="20"/>
            </w:pPr>
            <w:r/>
            <w:r>
              <w:rPr>
                <w:rFonts w:ascii="Times New Roman" w:hAnsi="Times New Roman" w:eastAsia="宋体"/>
                <w:b w:val="0"/>
                <w:sz w:val="21"/>
              </w:rPr>
            </w:r>
          </w:p>
        </w:tc>
        <w:tc>
          <w:tcPr>
            <w:tcW w:type="dxa" w:w="576"/>
          </w:tcPr>
          <w:p>
            <w:pPr>
              <w:spacing w:after="20" w:before="20"/>
            </w:pPr>
            <w:r/>
            <w:r>
              <w:rPr>
                <w:rFonts w:ascii="Times New Roman" w:hAnsi="Times New Roman" w:eastAsia="宋体"/>
                <w:b w:val="0"/>
                <w:sz w:val="21"/>
              </w:rPr>
            </w:r>
          </w:p>
        </w:tc>
        <w:tc>
          <w:tcPr>
            <w:tcW w:type="dxa" w:w="576"/>
          </w:tcPr>
          <w:p>
            <w:pPr>
              <w:spacing w:after="20" w:before="20"/>
            </w:pPr>
            <w:r/>
            <w:r>
              <w:rPr>
                <w:rFonts w:ascii="Times New Roman" w:hAnsi="Times New Roman" w:eastAsia="宋体"/>
                <w:b w:val="0"/>
                <w:sz w:val="21"/>
              </w:rPr>
            </w:r>
          </w:p>
        </w:tc>
        <w:tc>
          <w:tcPr>
            <w:tcW w:type="dxa" w:w="576"/>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二、环境设计专业拟推免学生综合测评成绩排名</w:t>
      </w:r>
    </w:p>
    <w:tbl>
      <w:tblPr>
        <w:tblStyle w:val="TableGrid"/>
        <w:tblW w:type="auto" w:w="0"/>
        <w:jc w:val="center"/>
        <w:tblLook w:firstColumn="1" w:firstRow="1" w:lastColumn="0" w:lastRow="0" w:noHBand="0" w:noVBand="1" w:val="04A0"/>
      </w:tblPr>
      <w:tblGrid>
        <w:gridCol w:w="576"/>
        <w:gridCol w:w="576"/>
        <w:gridCol w:w="576"/>
        <w:gridCol w:w="576"/>
        <w:gridCol w:w="576"/>
        <w:gridCol w:w="576"/>
        <w:gridCol w:w="576"/>
        <w:gridCol w:w="576"/>
        <w:gridCol w:w="576"/>
        <w:gridCol w:w="576"/>
        <w:gridCol w:w="576"/>
        <w:gridCol w:w="576"/>
        <w:gridCol w:w="576"/>
        <w:gridCol w:w="576"/>
        <w:gridCol w:w="576"/>
      </w:tblGrid>
      <w:tr>
        <w:tc>
          <w:tcPr>
            <w:tcW w:type="dxa" w:w="576"/>
          </w:tcPr>
          <w:p>
            <w:pPr>
              <w:spacing w:after="20" w:before="20"/>
            </w:pPr>
            <w:r/>
            <w:r>
              <w:rPr>
                <w:rFonts w:ascii="Times New Roman" w:hAnsi="Times New Roman" w:eastAsia="宋体"/>
                <w:b/>
                <w:sz w:val="21"/>
              </w:rPr>
              <w:t>序号</w:t>
            </w:r>
          </w:p>
        </w:tc>
        <w:tc>
          <w:tcPr>
            <w:tcW w:type="dxa" w:w="576"/>
          </w:tcPr>
          <w:p>
            <w:pPr>
              <w:spacing w:after="20" w:before="20"/>
            </w:pPr>
            <w:r/>
            <w:r>
              <w:rPr>
                <w:rFonts w:ascii="Times New Roman" w:hAnsi="Times New Roman" w:eastAsia="宋体"/>
                <w:b/>
                <w:sz w:val="21"/>
              </w:rPr>
              <w:t>专业</w:t>
            </w:r>
          </w:p>
        </w:tc>
        <w:tc>
          <w:tcPr>
            <w:tcW w:type="dxa" w:w="576"/>
          </w:tcPr>
          <w:p>
            <w:pPr>
              <w:spacing w:after="20" w:before="20"/>
            </w:pPr>
            <w:r/>
            <w:r>
              <w:rPr>
                <w:rFonts w:ascii="Times New Roman" w:hAnsi="Times New Roman" w:eastAsia="宋体"/>
                <w:b/>
                <w:sz w:val="21"/>
              </w:rPr>
              <w:t>班级</w:t>
            </w:r>
          </w:p>
        </w:tc>
        <w:tc>
          <w:tcPr>
            <w:tcW w:type="dxa" w:w="576"/>
          </w:tcPr>
          <w:p>
            <w:pPr>
              <w:spacing w:after="20" w:before="20"/>
            </w:pPr>
            <w:r/>
            <w:r>
              <w:rPr>
                <w:rFonts w:ascii="Times New Roman" w:hAnsi="Times New Roman" w:eastAsia="宋体"/>
                <w:b/>
                <w:sz w:val="21"/>
              </w:rPr>
              <w:t>姓名</w:t>
            </w:r>
          </w:p>
        </w:tc>
        <w:tc>
          <w:tcPr>
            <w:tcW w:type="dxa" w:w="576"/>
          </w:tcPr>
          <w:p>
            <w:pPr>
              <w:spacing w:after="20" w:before="20"/>
            </w:pPr>
            <w:r/>
            <w:r>
              <w:rPr>
                <w:rFonts w:ascii="Times New Roman" w:hAnsi="Times New Roman" w:eastAsia="宋体"/>
                <w:b/>
                <w:sz w:val="21"/>
              </w:rPr>
              <w:t>p（平均学分成绩）</w:t>
            </w:r>
          </w:p>
        </w:tc>
        <w:tc>
          <w:tcPr>
            <w:tcW w:type="dxa" w:w="576"/>
          </w:tcPr>
          <w:p>
            <w:pPr>
              <w:spacing w:after="20" w:before="20"/>
            </w:pPr>
            <w:r/>
            <w:r>
              <w:rPr>
                <w:rFonts w:ascii="Times New Roman" w:hAnsi="Times New Roman" w:eastAsia="宋体"/>
                <w:b/>
                <w:sz w:val="21"/>
              </w:rPr>
              <w:t>s1（学科竞赛）</w:t>
            </w:r>
          </w:p>
        </w:tc>
        <w:tc>
          <w:tcPr>
            <w:tcW w:type="dxa" w:w="576"/>
          </w:tcPr>
          <w:p>
            <w:pPr>
              <w:spacing w:after="20" w:before="20"/>
            </w:pPr>
            <w:r/>
            <w:r>
              <w:rPr>
                <w:rFonts w:ascii="Times New Roman" w:hAnsi="Times New Roman" w:eastAsia="宋体"/>
                <w:b/>
                <w:sz w:val="21"/>
              </w:rPr>
              <w:t>s2（论文）</w:t>
            </w:r>
          </w:p>
        </w:tc>
        <w:tc>
          <w:tcPr>
            <w:tcW w:type="dxa" w:w="576"/>
          </w:tcPr>
          <w:p>
            <w:pPr>
              <w:spacing w:after="20" w:before="20"/>
            </w:pPr>
            <w:r/>
            <w:r>
              <w:rPr>
                <w:rFonts w:ascii="Times New Roman" w:hAnsi="Times New Roman" w:eastAsia="宋体"/>
                <w:b/>
                <w:sz w:val="21"/>
              </w:rPr>
              <w:t>s3（专利）</w:t>
            </w:r>
          </w:p>
        </w:tc>
        <w:tc>
          <w:tcPr>
            <w:tcW w:type="dxa" w:w="576"/>
          </w:tcPr>
          <w:p>
            <w:pPr>
              <w:spacing w:after="20" w:before="20"/>
            </w:pPr>
            <w:r/>
            <w:r>
              <w:rPr>
                <w:rFonts w:ascii="Times New Roman" w:hAnsi="Times New Roman" w:eastAsia="宋体"/>
                <w:b/>
                <w:sz w:val="21"/>
              </w:rPr>
              <w:t>s4（荣誉称号）</w:t>
            </w:r>
          </w:p>
        </w:tc>
        <w:tc>
          <w:tcPr>
            <w:tcW w:type="dxa" w:w="576"/>
          </w:tcPr>
          <w:p>
            <w:pPr>
              <w:spacing w:after="20" w:before="20"/>
            </w:pPr>
            <w:r/>
            <w:r>
              <w:rPr>
                <w:rFonts w:ascii="Times New Roman" w:hAnsi="Times New Roman" w:eastAsia="宋体"/>
                <w:b/>
                <w:sz w:val="21"/>
              </w:rPr>
              <w:t>s5（六级）</w:t>
            </w:r>
          </w:p>
        </w:tc>
        <w:tc>
          <w:tcPr>
            <w:tcW w:type="dxa" w:w="576"/>
          </w:tcPr>
          <w:p>
            <w:pPr>
              <w:spacing w:after="20" w:before="20"/>
            </w:pPr>
            <w:r/>
            <w:r>
              <w:rPr>
                <w:rFonts w:ascii="Times New Roman" w:hAnsi="Times New Roman" w:eastAsia="宋体"/>
                <w:b/>
                <w:sz w:val="21"/>
              </w:rPr>
              <w:t>s6（体育）</w:t>
            </w:r>
          </w:p>
        </w:tc>
        <w:tc>
          <w:tcPr>
            <w:tcW w:type="dxa" w:w="576"/>
          </w:tcPr>
          <w:p>
            <w:pPr>
              <w:spacing w:after="20" w:before="20"/>
            </w:pPr>
            <w:r/>
            <w:r>
              <w:rPr>
                <w:rFonts w:ascii="Times New Roman" w:hAnsi="Times New Roman" w:eastAsia="宋体"/>
                <w:b/>
                <w:sz w:val="21"/>
              </w:rPr>
              <w:t>s7（其它）</w:t>
            </w:r>
          </w:p>
        </w:tc>
        <w:tc>
          <w:tcPr>
            <w:tcW w:type="dxa" w:w="576"/>
          </w:tcPr>
          <w:p>
            <w:pPr>
              <w:spacing w:after="20" w:before="20"/>
            </w:pPr>
            <w:r/>
            <w:r>
              <w:rPr>
                <w:rFonts w:ascii="Times New Roman" w:hAnsi="Times New Roman" w:eastAsia="宋体"/>
                <w:b/>
                <w:sz w:val="21"/>
              </w:rPr>
              <w:t>s总</w:t>
            </w:r>
          </w:p>
        </w:tc>
        <w:tc>
          <w:tcPr>
            <w:tcW w:type="dxa" w:w="576"/>
          </w:tcPr>
          <w:p>
            <w:pPr>
              <w:spacing w:after="20" w:before="20"/>
            </w:pPr>
            <w:r/>
            <w:r>
              <w:rPr>
                <w:rFonts w:ascii="Times New Roman" w:hAnsi="Times New Roman" w:eastAsia="宋体"/>
                <w:b/>
                <w:sz w:val="21"/>
              </w:rPr>
              <w:t>z（综合测评成绩）</w:t>
            </w:r>
          </w:p>
        </w:tc>
        <w:tc>
          <w:tcPr>
            <w:tcW w:type="dxa" w:w="576"/>
          </w:tcPr>
          <w:p>
            <w:pPr>
              <w:spacing w:after="20" w:before="20"/>
            </w:pPr>
            <w:r/>
            <w:r>
              <w:rPr>
                <w:rFonts w:ascii="Times New Roman" w:hAnsi="Times New Roman" w:eastAsia="宋体"/>
                <w:b/>
                <w:sz w:val="21"/>
              </w:rPr>
              <w:t>备注</w:t>
            </w:r>
          </w:p>
        </w:tc>
      </w:tr>
      <w:tr>
        <w:tc>
          <w:tcPr>
            <w:tcW w:type="dxa" w:w="576"/>
          </w:tcPr>
          <w:p>
            <w:pPr>
              <w:spacing w:after="20" w:before="20"/>
            </w:pPr>
            <w:r/>
            <w:r>
              <w:rPr>
                <w:rFonts w:ascii="Times New Roman" w:hAnsi="Times New Roman" w:eastAsia="宋体"/>
                <w:b w:val="0"/>
                <w:sz w:val="21"/>
              </w:rPr>
              <w:t>1</w:t>
            </w:r>
          </w:p>
        </w:tc>
        <w:tc>
          <w:tcPr>
            <w:tcW w:type="dxa" w:w="576"/>
          </w:tcPr>
          <w:p>
            <w:pPr>
              <w:spacing w:after="20" w:before="20"/>
            </w:pPr>
            <w:r/>
            <w:r>
              <w:rPr>
                <w:rFonts w:ascii="Times New Roman" w:hAnsi="Times New Roman" w:eastAsia="宋体"/>
                <w:b w:val="0"/>
                <w:sz w:val="21"/>
              </w:rPr>
              <w:t>环境设计</w:t>
            </w:r>
          </w:p>
        </w:tc>
        <w:tc>
          <w:tcPr>
            <w:tcW w:type="dxa" w:w="576"/>
          </w:tcPr>
          <w:p>
            <w:pPr>
              <w:spacing w:after="20" w:before="20"/>
            </w:pPr>
            <w:r/>
            <w:r>
              <w:rPr>
                <w:rFonts w:ascii="Times New Roman" w:hAnsi="Times New Roman" w:eastAsia="宋体"/>
                <w:b w:val="0"/>
                <w:sz w:val="21"/>
              </w:rPr>
              <w:t>环艺2201</w:t>
            </w:r>
          </w:p>
        </w:tc>
        <w:tc>
          <w:tcPr>
            <w:tcW w:type="dxa" w:w="576"/>
          </w:tcPr>
          <w:p>
            <w:pPr>
              <w:spacing w:after="20" w:before="20"/>
            </w:pPr>
            <w:r/>
            <w:r>
              <w:rPr>
                <w:rFonts w:ascii="Times New Roman" w:hAnsi="Times New Roman" w:eastAsia="宋体"/>
                <w:b w:val="0"/>
                <w:sz w:val="21"/>
              </w:rPr>
              <w:t>杨钰祺</w:t>
            </w:r>
          </w:p>
        </w:tc>
        <w:tc>
          <w:tcPr>
            <w:tcW w:type="dxa" w:w="576"/>
          </w:tcPr>
          <w:p>
            <w:pPr>
              <w:spacing w:after="20" w:before="20"/>
            </w:pPr>
            <w:r/>
            <w:r>
              <w:rPr>
                <w:rFonts w:ascii="Times New Roman" w:hAnsi="Times New Roman" w:eastAsia="宋体"/>
                <w:b w:val="0"/>
                <w:sz w:val="21"/>
              </w:rPr>
              <w:t>90.03</w:t>
            </w:r>
          </w:p>
        </w:tc>
        <w:tc>
          <w:tcPr>
            <w:tcW w:type="dxa" w:w="576"/>
          </w:tcPr>
          <w:p>
            <w:pPr>
              <w:spacing w:after="20" w:before="20"/>
            </w:pPr>
            <w:r/>
            <w:r>
              <w:rPr>
                <w:rFonts w:ascii="Times New Roman" w:hAnsi="Times New Roman" w:eastAsia="宋体"/>
                <w:b w:val="0"/>
                <w:sz w:val="21"/>
              </w:rPr>
              <w:t>28</w:t>
            </w:r>
          </w:p>
        </w:tc>
        <w:tc>
          <w:tcPr>
            <w:tcW w:type="dxa" w:w="576"/>
          </w:tcPr>
          <w:p>
            <w:pPr>
              <w:spacing w:after="20" w:before="20"/>
            </w:pPr>
            <w:r/>
            <w:r>
              <w:rPr>
                <w:rFonts w:ascii="Times New Roman" w:hAnsi="Times New Roman" w:eastAsia="宋体"/>
                <w:b w:val="0"/>
                <w:sz w:val="21"/>
              </w:rPr>
              <w:t>25</w:t>
            </w:r>
          </w:p>
        </w:tc>
        <w:tc>
          <w:tcPr>
            <w:tcW w:type="dxa" w:w="576"/>
          </w:tcPr>
          <w:p>
            <w:pPr>
              <w:spacing w:after="20" w:before="20"/>
            </w:pPr>
            <w:r/>
            <w:r>
              <w:rPr>
                <w:rFonts w:ascii="Times New Roman" w:hAnsi="Times New Roman" w:eastAsia="宋体"/>
                <w:b w:val="0"/>
                <w:sz w:val="21"/>
              </w:rPr>
              <w:t>4</w:t>
            </w:r>
          </w:p>
        </w:tc>
        <w:tc>
          <w:tcPr>
            <w:tcW w:type="dxa" w:w="576"/>
          </w:tcPr>
          <w:p>
            <w:pPr>
              <w:spacing w:after="20" w:before="20"/>
            </w:pPr>
            <w:r/>
            <w:r>
              <w:rPr>
                <w:rFonts w:ascii="Times New Roman" w:hAnsi="Times New Roman" w:eastAsia="宋体"/>
                <w:b w:val="0"/>
                <w:sz w:val="21"/>
              </w:rPr>
              <w:t>1</w:t>
            </w:r>
          </w:p>
        </w:tc>
        <w:tc>
          <w:tcPr>
            <w:tcW w:type="dxa" w:w="576"/>
          </w:tcPr>
          <w:p>
            <w:pPr>
              <w:spacing w:after="20" w:before="20"/>
            </w:pPr>
            <w:r/>
            <w:r>
              <w:rPr>
                <w:rFonts w:ascii="Times New Roman" w:hAnsi="Times New Roman" w:eastAsia="宋体"/>
                <w:b w:val="0"/>
                <w:sz w:val="21"/>
              </w:rPr>
              <w:t>2</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60</w:t>
            </w:r>
          </w:p>
        </w:tc>
        <w:tc>
          <w:tcPr>
            <w:tcW w:type="dxa" w:w="576"/>
          </w:tcPr>
          <w:p>
            <w:pPr>
              <w:spacing w:after="20" w:before="20"/>
            </w:pPr>
            <w:r/>
            <w:r>
              <w:rPr>
                <w:rFonts w:ascii="Times New Roman" w:hAnsi="Times New Roman" w:eastAsia="宋体"/>
                <w:b w:val="0"/>
                <w:sz w:val="21"/>
              </w:rPr>
              <w:t>85.5255</w:t>
            </w:r>
          </w:p>
        </w:tc>
        <w:tc>
          <w:tcPr>
            <w:tcW w:type="dxa" w:w="576"/>
          </w:tcPr>
          <w:p>
            <w:pPr>
              <w:spacing w:after="20" w:before="20"/>
            </w:pPr>
            <w:r/>
            <w:r>
              <w:rPr>
                <w:rFonts w:ascii="Times New Roman" w:hAnsi="Times New Roman" w:eastAsia="宋体"/>
                <w:b w:val="0"/>
                <w:sz w:val="21"/>
              </w:rPr>
            </w:r>
          </w:p>
        </w:tc>
      </w:tr>
      <w:tr>
        <w:tc>
          <w:tcPr>
            <w:tcW w:type="dxa" w:w="576"/>
          </w:tcPr>
          <w:p>
            <w:pPr>
              <w:spacing w:after="20" w:before="20"/>
            </w:pPr>
            <w:r/>
            <w:r>
              <w:rPr>
                <w:rFonts w:ascii="Times New Roman" w:hAnsi="Times New Roman" w:eastAsia="宋体"/>
                <w:b w:val="0"/>
                <w:sz w:val="21"/>
              </w:rPr>
              <w:t>2</w:t>
            </w:r>
          </w:p>
        </w:tc>
        <w:tc>
          <w:tcPr>
            <w:tcW w:type="dxa" w:w="576"/>
          </w:tcPr>
          <w:p>
            <w:pPr>
              <w:spacing w:after="20" w:before="20"/>
            </w:pPr>
            <w:r/>
            <w:r>
              <w:rPr>
                <w:rFonts w:ascii="Times New Roman" w:hAnsi="Times New Roman" w:eastAsia="宋体"/>
                <w:b w:val="0"/>
                <w:sz w:val="21"/>
              </w:rPr>
              <w:t>环境设计</w:t>
            </w:r>
          </w:p>
        </w:tc>
        <w:tc>
          <w:tcPr>
            <w:tcW w:type="dxa" w:w="576"/>
          </w:tcPr>
          <w:p>
            <w:pPr>
              <w:spacing w:after="20" w:before="20"/>
            </w:pPr>
            <w:r/>
            <w:r>
              <w:rPr>
                <w:rFonts w:ascii="Times New Roman" w:hAnsi="Times New Roman" w:eastAsia="宋体"/>
                <w:b w:val="0"/>
                <w:sz w:val="21"/>
              </w:rPr>
              <w:t>环艺2201</w:t>
            </w:r>
          </w:p>
        </w:tc>
        <w:tc>
          <w:tcPr>
            <w:tcW w:type="dxa" w:w="576"/>
          </w:tcPr>
          <w:p>
            <w:pPr>
              <w:spacing w:after="20" w:before="20"/>
            </w:pPr>
            <w:r/>
            <w:r>
              <w:rPr>
                <w:rFonts w:ascii="Times New Roman" w:hAnsi="Times New Roman" w:eastAsia="宋体"/>
                <w:b w:val="0"/>
                <w:sz w:val="21"/>
              </w:rPr>
              <w:t>韩嘉豪</w:t>
            </w:r>
          </w:p>
        </w:tc>
        <w:tc>
          <w:tcPr>
            <w:tcW w:type="dxa" w:w="576"/>
          </w:tcPr>
          <w:p>
            <w:pPr>
              <w:spacing w:after="20" w:before="20"/>
            </w:pPr>
            <w:r/>
            <w:r>
              <w:rPr>
                <w:rFonts w:ascii="Times New Roman" w:hAnsi="Times New Roman" w:eastAsia="宋体"/>
                <w:b w:val="0"/>
                <w:sz w:val="21"/>
              </w:rPr>
              <w:t>88.23</w:t>
            </w:r>
          </w:p>
        </w:tc>
        <w:tc>
          <w:tcPr>
            <w:tcW w:type="dxa" w:w="576"/>
          </w:tcPr>
          <w:p>
            <w:pPr>
              <w:spacing w:after="20" w:before="20"/>
            </w:pPr>
            <w:r/>
            <w:r>
              <w:rPr>
                <w:rFonts w:ascii="Times New Roman" w:hAnsi="Times New Roman" w:eastAsia="宋体"/>
                <w:b w:val="0"/>
                <w:sz w:val="21"/>
              </w:rPr>
              <w:t>31</w:t>
            </w:r>
          </w:p>
        </w:tc>
        <w:tc>
          <w:tcPr>
            <w:tcW w:type="dxa" w:w="576"/>
          </w:tcPr>
          <w:p>
            <w:pPr>
              <w:spacing w:after="20" w:before="20"/>
            </w:pPr>
            <w:r/>
            <w:r>
              <w:rPr>
                <w:rFonts w:ascii="Times New Roman" w:hAnsi="Times New Roman" w:eastAsia="宋体"/>
                <w:b w:val="0"/>
                <w:sz w:val="21"/>
              </w:rPr>
              <w:t>10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1</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42</w:t>
            </w:r>
          </w:p>
        </w:tc>
        <w:tc>
          <w:tcPr>
            <w:tcW w:type="dxa" w:w="576"/>
          </w:tcPr>
          <w:p>
            <w:pPr>
              <w:spacing w:after="20" w:before="20"/>
            </w:pPr>
            <w:r/>
            <w:r>
              <w:rPr>
                <w:rFonts w:ascii="Times New Roman" w:hAnsi="Times New Roman" w:eastAsia="宋体"/>
                <w:b w:val="0"/>
                <w:sz w:val="21"/>
              </w:rPr>
              <w:t>81.2955</w:t>
            </w:r>
          </w:p>
        </w:tc>
        <w:tc>
          <w:tcPr>
            <w:tcW w:type="dxa" w:w="576"/>
          </w:tcPr>
          <w:p>
            <w:pPr>
              <w:spacing w:after="20" w:before="20"/>
            </w:pPr>
            <w:r/>
            <w:r>
              <w:rPr>
                <w:rFonts w:ascii="Times New Roman" w:hAnsi="Times New Roman" w:eastAsia="宋体"/>
                <w:b w:val="0"/>
                <w:sz w:val="21"/>
              </w:rPr>
            </w:r>
          </w:p>
        </w:tc>
      </w:tr>
      <w:tr>
        <w:tc>
          <w:tcPr>
            <w:tcW w:type="dxa" w:w="576"/>
          </w:tcPr>
          <w:p>
            <w:pPr>
              <w:spacing w:after="20" w:before="20"/>
            </w:pPr>
            <w:r/>
            <w:r>
              <w:rPr>
                <w:rFonts w:ascii="Times New Roman" w:hAnsi="Times New Roman" w:eastAsia="宋体"/>
                <w:b w:val="0"/>
                <w:sz w:val="21"/>
              </w:rPr>
              <w:t>3</w:t>
            </w:r>
          </w:p>
        </w:tc>
        <w:tc>
          <w:tcPr>
            <w:tcW w:type="dxa" w:w="576"/>
          </w:tcPr>
          <w:p>
            <w:pPr>
              <w:spacing w:after="20" w:before="20"/>
            </w:pPr>
            <w:r/>
            <w:r>
              <w:rPr>
                <w:rFonts w:ascii="Times New Roman" w:hAnsi="Times New Roman" w:eastAsia="宋体"/>
                <w:b w:val="0"/>
                <w:sz w:val="21"/>
              </w:rPr>
              <w:t>环境设计</w:t>
            </w:r>
          </w:p>
        </w:tc>
        <w:tc>
          <w:tcPr>
            <w:tcW w:type="dxa" w:w="576"/>
          </w:tcPr>
          <w:p>
            <w:pPr>
              <w:spacing w:after="20" w:before="20"/>
            </w:pPr>
            <w:r/>
            <w:r>
              <w:rPr>
                <w:rFonts w:ascii="Times New Roman" w:hAnsi="Times New Roman" w:eastAsia="宋体"/>
                <w:b w:val="0"/>
                <w:sz w:val="21"/>
              </w:rPr>
              <w:t>环艺2201</w:t>
            </w:r>
          </w:p>
        </w:tc>
        <w:tc>
          <w:tcPr>
            <w:tcW w:type="dxa" w:w="576"/>
          </w:tcPr>
          <w:p>
            <w:pPr>
              <w:spacing w:after="20" w:before="20"/>
            </w:pPr>
            <w:r/>
            <w:r>
              <w:rPr>
                <w:rFonts w:ascii="Times New Roman" w:hAnsi="Times New Roman" w:eastAsia="宋体"/>
                <w:b w:val="0"/>
                <w:sz w:val="21"/>
              </w:rPr>
              <w:t>栾淇云</w:t>
            </w:r>
          </w:p>
        </w:tc>
        <w:tc>
          <w:tcPr>
            <w:tcW w:type="dxa" w:w="576"/>
          </w:tcPr>
          <w:p>
            <w:pPr>
              <w:spacing w:after="20" w:before="20"/>
            </w:pPr>
            <w:r/>
            <w:r>
              <w:rPr>
                <w:rFonts w:ascii="Times New Roman" w:hAnsi="Times New Roman" w:eastAsia="宋体"/>
                <w:b w:val="0"/>
                <w:sz w:val="21"/>
              </w:rPr>
              <w:t>86.42</w:t>
            </w:r>
          </w:p>
        </w:tc>
        <w:tc>
          <w:tcPr>
            <w:tcW w:type="dxa" w:w="576"/>
          </w:tcPr>
          <w:p>
            <w:pPr>
              <w:spacing w:after="20" w:before="20"/>
            </w:pPr>
            <w:r/>
            <w:r>
              <w:rPr>
                <w:rFonts w:ascii="Times New Roman" w:hAnsi="Times New Roman" w:eastAsia="宋体"/>
                <w:b w:val="0"/>
                <w:sz w:val="21"/>
              </w:rPr>
              <w:t>33</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33</w:t>
            </w:r>
          </w:p>
        </w:tc>
        <w:tc>
          <w:tcPr>
            <w:tcW w:type="dxa" w:w="576"/>
          </w:tcPr>
          <w:p>
            <w:pPr>
              <w:spacing w:after="20" w:before="20"/>
            </w:pPr>
            <w:r/>
            <w:r>
              <w:rPr>
                <w:rFonts w:ascii="Times New Roman" w:hAnsi="Times New Roman" w:eastAsia="宋体"/>
                <w:b w:val="0"/>
                <w:sz w:val="21"/>
              </w:rPr>
              <w:t>78.407</w:t>
            </w:r>
          </w:p>
        </w:tc>
        <w:tc>
          <w:tcPr>
            <w:tcW w:type="dxa" w:w="576"/>
          </w:tcPr>
          <w:p>
            <w:pPr>
              <w:spacing w:after="20" w:before="20"/>
            </w:pPr>
            <w:r/>
            <w:r>
              <w:rPr>
                <w:rFonts w:ascii="Times New Roman" w:hAnsi="Times New Roman" w:eastAsia="宋体"/>
                <w:b w:val="0"/>
                <w:sz w:val="21"/>
              </w:rPr>
            </w:r>
          </w:p>
        </w:tc>
      </w:tr>
      <w:tr>
        <w:tc>
          <w:tcPr>
            <w:tcW w:type="dxa" w:w="576"/>
          </w:tcPr>
          <w:p>
            <w:pPr>
              <w:spacing w:after="20" w:before="20"/>
            </w:pPr>
            <w:r/>
            <w:r>
              <w:rPr>
                <w:rFonts w:ascii="Times New Roman" w:hAnsi="Times New Roman" w:eastAsia="宋体"/>
                <w:b w:val="0"/>
                <w:sz w:val="21"/>
              </w:rPr>
              <w:t>4</w:t>
            </w:r>
          </w:p>
        </w:tc>
        <w:tc>
          <w:tcPr>
            <w:tcW w:type="dxa" w:w="576"/>
          </w:tcPr>
          <w:p>
            <w:pPr>
              <w:spacing w:after="20" w:before="20"/>
            </w:pPr>
            <w:r/>
            <w:r>
              <w:rPr>
                <w:rFonts w:ascii="Times New Roman" w:hAnsi="Times New Roman" w:eastAsia="宋体"/>
                <w:b w:val="0"/>
                <w:sz w:val="21"/>
              </w:rPr>
              <w:t>环境设计</w:t>
            </w:r>
          </w:p>
        </w:tc>
        <w:tc>
          <w:tcPr>
            <w:tcW w:type="dxa" w:w="576"/>
          </w:tcPr>
          <w:p>
            <w:pPr>
              <w:spacing w:after="20" w:before="20"/>
            </w:pPr>
            <w:r/>
            <w:r>
              <w:rPr>
                <w:rFonts w:ascii="Times New Roman" w:hAnsi="Times New Roman" w:eastAsia="宋体"/>
                <w:b w:val="0"/>
                <w:sz w:val="21"/>
              </w:rPr>
              <w:t>环艺2202</w:t>
            </w:r>
          </w:p>
        </w:tc>
        <w:tc>
          <w:tcPr>
            <w:tcW w:type="dxa" w:w="576"/>
          </w:tcPr>
          <w:p>
            <w:pPr>
              <w:spacing w:after="20" w:before="20"/>
            </w:pPr>
            <w:r/>
            <w:r>
              <w:rPr>
                <w:rFonts w:ascii="Times New Roman" w:hAnsi="Times New Roman" w:eastAsia="宋体"/>
                <w:b w:val="0"/>
                <w:sz w:val="21"/>
              </w:rPr>
              <w:t>宋金秋</w:t>
            </w:r>
          </w:p>
        </w:tc>
        <w:tc>
          <w:tcPr>
            <w:tcW w:type="dxa" w:w="576"/>
          </w:tcPr>
          <w:p>
            <w:pPr>
              <w:spacing w:after="20" w:before="20"/>
            </w:pPr>
            <w:r/>
            <w:r>
              <w:rPr>
                <w:rFonts w:ascii="Times New Roman" w:hAnsi="Times New Roman" w:eastAsia="宋体"/>
                <w:b w:val="0"/>
                <w:sz w:val="21"/>
              </w:rPr>
              <w:t>86.22</w:t>
            </w:r>
          </w:p>
        </w:tc>
        <w:tc>
          <w:tcPr>
            <w:tcW w:type="dxa" w:w="576"/>
          </w:tcPr>
          <w:p>
            <w:pPr>
              <w:spacing w:after="20" w:before="20"/>
            </w:pPr>
            <w:r/>
            <w:r>
              <w:rPr>
                <w:rFonts w:ascii="Times New Roman" w:hAnsi="Times New Roman" w:eastAsia="宋体"/>
                <w:b w:val="0"/>
                <w:sz w:val="21"/>
              </w:rPr>
              <w:t>11</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1</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12</w:t>
            </w:r>
          </w:p>
        </w:tc>
        <w:tc>
          <w:tcPr>
            <w:tcW w:type="dxa" w:w="576"/>
          </w:tcPr>
          <w:p>
            <w:pPr>
              <w:spacing w:after="20" w:before="20"/>
            </w:pPr>
            <w:r/>
            <w:r>
              <w:rPr>
                <w:rFonts w:ascii="Times New Roman" w:hAnsi="Times New Roman" w:eastAsia="宋体"/>
                <w:b w:val="0"/>
                <w:sz w:val="21"/>
              </w:rPr>
              <w:t>75.087</w:t>
            </w:r>
          </w:p>
        </w:tc>
        <w:tc>
          <w:tcPr>
            <w:tcW w:type="dxa" w:w="576"/>
          </w:tcPr>
          <w:p>
            <w:pPr>
              <w:spacing w:after="20" w:before="20"/>
            </w:pPr>
            <w:r/>
            <w:r>
              <w:rPr>
                <w:rFonts w:ascii="Times New Roman" w:hAnsi="Times New Roman" w:eastAsia="宋体"/>
                <w:b w:val="0"/>
                <w:sz w:val="21"/>
              </w:rPr>
            </w:r>
          </w:p>
        </w:tc>
      </w:tr>
      <w:tr>
        <w:tc>
          <w:tcPr>
            <w:tcW w:type="dxa" w:w="576"/>
          </w:tcPr>
          <w:p>
            <w:pPr>
              <w:spacing w:after="20" w:before="20"/>
            </w:pPr>
            <w:r/>
            <w:r>
              <w:rPr>
                <w:rFonts w:ascii="Times New Roman" w:hAnsi="Times New Roman" w:eastAsia="宋体"/>
                <w:b w:val="0"/>
                <w:sz w:val="21"/>
              </w:rPr>
              <w:t>5</w:t>
            </w:r>
          </w:p>
        </w:tc>
        <w:tc>
          <w:tcPr>
            <w:tcW w:type="dxa" w:w="576"/>
          </w:tcPr>
          <w:p>
            <w:pPr>
              <w:spacing w:after="20" w:before="20"/>
            </w:pPr>
            <w:r/>
            <w:r>
              <w:rPr>
                <w:rFonts w:ascii="Times New Roman" w:hAnsi="Times New Roman" w:eastAsia="宋体"/>
                <w:b w:val="0"/>
                <w:sz w:val="21"/>
              </w:rPr>
              <w:t>环境设计</w:t>
            </w:r>
          </w:p>
        </w:tc>
        <w:tc>
          <w:tcPr>
            <w:tcW w:type="dxa" w:w="576"/>
          </w:tcPr>
          <w:p>
            <w:pPr>
              <w:spacing w:after="20" w:before="20"/>
            </w:pPr>
            <w:r/>
            <w:r>
              <w:rPr>
                <w:rFonts w:ascii="Times New Roman" w:hAnsi="Times New Roman" w:eastAsia="宋体"/>
                <w:b w:val="0"/>
                <w:sz w:val="21"/>
              </w:rPr>
              <w:t>环艺2201</w:t>
            </w:r>
          </w:p>
        </w:tc>
        <w:tc>
          <w:tcPr>
            <w:tcW w:type="dxa" w:w="576"/>
          </w:tcPr>
          <w:p>
            <w:pPr>
              <w:spacing w:after="20" w:before="20"/>
            </w:pPr>
            <w:r/>
            <w:r>
              <w:rPr>
                <w:rFonts w:ascii="Times New Roman" w:hAnsi="Times New Roman" w:eastAsia="宋体"/>
                <w:b w:val="0"/>
                <w:sz w:val="21"/>
              </w:rPr>
              <w:t>杨添成</w:t>
            </w:r>
          </w:p>
        </w:tc>
        <w:tc>
          <w:tcPr>
            <w:tcW w:type="dxa" w:w="576"/>
          </w:tcPr>
          <w:p>
            <w:pPr>
              <w:spacing w:after="20" w:before="20"/>
            </w:pPr>
            <w:r/>
            <w:r>
              <w:rPr>
                <w:rFonts w:ascii="Times New Roman" w:hAnsi="Times New Roman" w:eastAsia="宋体"/>
                <w:b w:val="0"/>
                <w:sz w:val="21"/>
              </w:rPr>
              <w:t>85.91</w:t>
            </w:r>
          </w:p>
        </w:tc>
        <w:tc>
          <w:tcPr>
            <w:tcW w:type="dxa" w:w="576"/>
          </w:tcPr>
          <w:p>
            <w:pPr>
              <w:spacing w:after="20" w:before="20"/>
            </w:pPr>
            <w:r/>
            <w:r>
              <w:rPr>
                <w:rFonts w:ascii="Times New Roman" w:hAnsi="Times New Roman" w:eastAsia="宋体"/>
                <w:b w:val="0"/>
                <w:sz w:val="21"/>
              </w:rPr>
              <w:t>9</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1</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10</w:t>
            </w:r>
          </w:p>
        </w:tc>
        <w:tc>
          <w:tcPr>
            <w:tcW w:type="dxa" w:w="576"/>
          </w:tcPr>
          <w:p>
            <w:pPr>
              <w:spacing w:after="20" w:before="20"/>
            </w:pPr>
            <w:r/>
            <w:r>
              <w:rPr>
                <w:rFonts w:ascii="Times New Roman" w:hAnsi="Times New Roman" w:eastAsia="宋体"/>
                <w:b w:val="0"/>
                <w:sz w:val="21"/>
              </w:rPr>
              <w:t>74.5235</w:t>
            </w:r>
          </w:p>
        </w:tc>
        <w:tc>
          <w:tcPr>
            <w:tcW w:type="dxa" w:w="576"/>
          </w:tcPr>
          <w:p>
            <w:pPr>
              <w:spacing w:after="20" w:before="20"/>
            </w:pPr>
            <w:r/>
            <w:r>
              <w:rPr>
                <w:rFonts w:ascii="Times New Roman" w:hAnsi="Times New Roman" w:eastAsia="宋体"/>
                <w:b w:val="0"/>
                <w:sz w:val="21"/>
              </w:rPr>
            </w:r>
          </w:p>
        </w:tc>
      </w:tr>
      <w:tr>
        <w:tc>
          <w:tcPr>
            <w:tcW w:type="dxa" w:w="576"/>
          </w:tcPr>
          <w:p>
            <w:pPr>
              <w:spacing w:after="20" w:before="20"/>
            </w:pPr>
            <w:r/>
            <w:r>
              <w:rPr>
                <w:rFonts w:ascii="Times New Roman" w:hAnsi="Times New Roman" w:eastAsia="宋体"/>
                <w:b w:val="0"/>
                <w:sz w:val="21"/>
              </w:rPr>
              <w:t>6</w:t>
            </w:r>
          </w:p>
        </w:tc>
        <w:tc>
          <w:tcPr>
            <w:tcW w:type="dxa" w:w="576"/>
          </w:tcPr>
          <w:p>
            <w:pPr>
              <w:spacing w:after="20" w:before="20"/>
            </w:pPr>
            <w:r/>
            <w:r>
              <w:rPr>
                <w:rFonts w:ascii="Times New Roman" w:hAnsi="Times New Roman" w:eastAsia="宋体"/>
                <w:b w:val="0"/>
                <w:sz w:val="21"/>
              </w:rPr>
              <w:t>环境设计</w:t>
            </w:r>
          </w:p>
        </w:tc>
        <w:tc>
          <w:tcPr>
            <w:tcW w:type="dxa" w:w="576"/>
          </w:tcPr>
          <w:p>
            <w:pPr>
              <w:spacing w:after="20" w:before="20"/>
            </w:pPr>
            <w:r/>
            <w:r>
              <w:rPr>
                <w:rFonts w:ascii="Times New Roman" w:hAnsi="Times New Roman" w:eastAsia="宋体"/>
                <w:b w:val="0"/>
                <w:sz w:val="21"/>
              </w:rPr>
              <w:t>环艺2202</w:t>
            </w:r>
          </w:p>
        </w:tc>
        <w:tc>
          <w:tcPr>
            <w:tcW w:type="dxa" w:w="576"/>
          </w:tcPr>
          <w:p>
            <w:pPr>
              <w:spacing w:after="20" w:before="20"/>
            </w:pPr>
            <w:r/>
            <w:r>
              <w:rPr>
                <w:rFonts w:ascii="Times New Roman" w:hAnsi="Times New Roman" w:eastAsia="宋体"/>
                <w:b w:val="0"/>
                <w:sz w:val="21"/>
              </w:rPr>
              <w:t>钱佳丽</w:t>
            </w:r>
          </w:p>
        </w:tc>
        <w:tc>
          <w:tcPr>
            <w:tcW w:type="dxa" w:w="576"/>
          </w:tcPr>
          <w:p>
            <w:pPr>
              <w:spacing w:after="20" w:before="20"/>
            </w:pPr>
            <w:r/>
            <w:r>
              <w:rPr>
                <w:rFonts w:ascii="Times New Roman" w:hAnsi="Times New Roman" w:eastAsia="宋体"/>
                <w:b w:val="0"/>
                <w:sz w:val="21"/>
              </w:rPr>
              <w:t>85.7</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72.845</w:t>
            </w:r>
          </w:p>
        </w:tc>
        <w:tc>
          <w:tcPr>
            <w:tcW w:type="dxa" w:w="576"/>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三、社会工作专业拟推免学生综合测评成绩排名</w:t>
      </w:r>
    </w:p>
    <w:tbl>
      <w:tblPr>
        <w:tblStyle w:val="TableGrid"/>
        <w:tblW w:type="auto" w:w="0"/>
        <w:jc w:val="center"/>
        <w:tblLook w:firstColumn="1" w:firstRow="1" w:lastColumn="0" w:lastRow="0" w:noHBand="0" w:noVBand="1" w:val="04A0"/>
      </w:tblPr>
      <w:tblGrid>
        <w:gridCol w:w="576"/>
        <w:gridCol w:w="576"/>
        <w:gridCol w:w="576"/>
        <w:gridCol w:w="576"/>
        <w:gridCol w:w="576"/>
        <w:gridCol w:w="576"/>
        <w:gridCol w:w="576"/>
        <w:gridCol w:w="576"/>
        <w:gridCol w:w="576"/>
        <w:gridCol w:w="576"/>
        <w:gridCol w:w="576"/>
        <w:gridCol w:w="576"/>
        <w:gridCol w:w="576"/>
        <w:gridCol w:w="576"/>
        <w:gridCol w:w="576"/>
      </w:tblGrid>
      <w:tr>
        <w:tc>
          <w:tcPr>
            <w:tcW w:type="dxa" w:w="576"/>
          </w:tcPr>
          <w:p>
            <w:pPr>
              <w:spacing w:after="20" w:before="20"/>
            </w:pPr>
            <w:r/>
            <w:r>
              <w:rPr>
                <w:rFonts w:ascii="Times New Roman" w:hAnsi="Times New Roman" w:eastAsia="宋体"/>
                <w:b/>
                <w:sz w:val="21"/>
              </w:rPr>
              <w:t>序号</w:t>
            </w:r>
          </w:p>
        </w:tc>
        <w:tc>
          <w:tcPr>
            <w:tcW w:type="dxa" w:w="576"/>
          </w:tcPr>
          <w:p>
            <w:pPr>
              <w:spacing w:after="20" w:before="20"/>
            </w:pPr>
            <w:r/>
            <w:r>
              <w:rPr>
                <w:rFonts w:ascii="Times New Roman" w:hAnsi="Times New Roman" w:eastAsia="宋体"/>
                <w:b/>
                <w:sz w:val="21"/>
              </w:rPr>
              <w:t>专业</w:t>
            </w:r>
          </w:p>
        </w:tc>
        <w:tc>
          <w:tcPr>
            <w:tcW w:type="dxa" w:w="576"/>
          </w:tcPr>
          <w:p>
            <w:pPr>
              <w:spacing w:after="20" w:before="20"/>
            </w:pPr>
            <w:r/>
            <w:r>
              <w:rPr>
                <w:rFonts w:ascii="Times New Roman" w:hAnsi="Times New Roman" w:eastAsia="宋体"/>
                <w:b/>
                <w:sz w:val="21"/>
              </w:rPr>
              <w:t>班级</w:t>
            </w:r>
          </w:p>
        </w:tc>
        <w:tc>
          <w:tcPr>
            <w:tcW w:type="dxa" w:w="576"/>
          </w:tcPr>
          <w:p>
            <w:pPr>
              <w:spacing w:after="20" w:before="20"/>
            </w:pPr>
            <w:r/>
            <w:r>
              <w:rPr>
                <w:rFonts w:ascii="Times New Roman" w:hAnsi="Times New Roman" w:eastAsia="宋体"/>
                <w:b/>
                <w:sz w:val="21"/>
              </w:rPr>
              <w:t>姓名</w:t>
            </w:r>
          </w:p>
        </w:tc>
        <w:tc>
          <w:tcPr>
            <w:tcW w:type="dxa" w:w="576"/>
          </w:tcPr>
          <w:p>
            <w:pPr>
              <w:spacing w:after="20" w:before="20"/>
            </w:pPr>
            <w:r/>
            <w:r>
              <w:rPr>
                <w:rFonts w:ascii="Times New Roman" w:hAnsi="Times New Roman" w:eastAsia="宋体"/>
                <w:b/>
                <w:sz w:val="21"/>
              </w:rPr>
              <w:t>p（平均学分成绩）</w:t>
            </w:r>
          </w:p>
        </w:tc>
        <w:tc>
          <w:tcPr>
            <w:tcW w:type="dxa" w:w="576"/>
          </w:tcPr>
          <w:p>
            <w:pPr>
              <w:spacing w:after="20" w:before="20"/>
            </w:pPr>
            <w:r/>
            <w:r>
              <w:rPr>
                <w:rFonts w:ascii="Times New Roman" w:hAnsi="Times New Roman" w:eastAsia="宋体"/>
                <w:b/>
                <w:sz w:val="21"/>
              </w:rPr>
              <w:t>s1（学科竞赛）</w:t>
            </w:r>
          </w:p>
        </w:tc>
        <w:tc>
          <w:tcPr>
            <w:tcW w:type="dxa" w:w="576"/>
          </w:tcPr>
          <w:p>
            <w:pPr>
              <w:spacing w:after="20" w:before="20"/>
            </w:pPr>
            <w:r/>
            <w:r>
              <w:rPr>
                <w:rFonts w:ascii="Times New Roman" w:hAnsi="Times New Roman" w:eastAsia="宋体"/>
                <w:b/>
                <w:sz w:val="21"/>
              </w:rPr>
              <w:t>s2（论文）</w:t>
            </w:r>
          </w:p>
        </w:tc>
        <w:tc>
          <w:tcPr>
            <w:tcW w:type="dxa" w:w="576"/>
          </w:tcPr>
          <w:p>
            <w:pPr>
              <w:spacing w:after="20" w:before="20"/>
            </w:pPr>
            <w:r/>
            <w:r>
              <w:rPr>
                <w:rFonts w:ascii="Times New Roman" w:hAnsi="Times New Roman" w:eastAsia="宋体"/>
                <w:b/>
                <w:sz w:val="21"/>
              </w:rPr>
              <w:t>s3（专利）</w:t>
            </w:r>
          </w:p>
        </w:tc>
        <w:tc>
          <w:tcPr>
            <w:tcW w:type="dxa" w:w="576"/>
          </w:tcPr>
          <w:p>
            <w:pPr>
              <w:spacing w:after="20" w:before="20"/>
            </w:pPr>
            <w:r/>
            <w:r>
              <w:rPr>
                <w:rFonts w:ascii="Times New Roman" w:hAnsi="Times New Roman" w:eastAsia="宋体"/>
                <w:b/>
                <w:sz w:val="21"/>
              </w:rPr>
              <w:t>s4（荣誉称号）</w:t>
            </w:r>
          </w:p>
        </w:tc>
        <w:tc>
          <w:tcPr>
            <w:tcW w:type="dxa" w:w="576"/>
          </w:tcPr>
          <w:p>
            <w:pPr>
              <w:spacing w:after="20" w:before="20"/>
            </w:pPr>
            <w:r/>
            <w:r>
              <w:rPr>
                <w:rFonts w:ascii="Times New Roman" w:hAnsi="Times New Roman" w:eastAsia="宋体"/>
                <w:b/>
                <w:sz w:val="21"/>
              </w:rPr>
              <w:t>s5（六级）</w:t>
            </w:r>
          </w:p>
        </w:tc>
        <w:tc>
          <w:tcPr>
            <w:tcW w:type="dxa" w:w="576"/>
          </w:tcPr>
          <w:p>
            <w:pPr>
              <w:spacing w:after="20" w:before="20"/>
            </w:pPr>
            <w:r/>
            <w:r>
              <w:rPr>
                <w:rFonts w:ascii="Times New Roman" w:hAnsi="Times New Roman" w:eastAsia="宋体"/>
                <w:b/>
                <w:sz w:val="21"/>
              </w:rPr>
              <w:t>s6（体育）</w:t>
            </w:r>
          </w:p>
        </w:tc>
        <w:tc>
          <w:tcPr>
            <w:tcW w:type="dxa" w:w="576"/>
          </w:tcPr>
          <w:p>
            <w:pPr>
              <w:spacing w:after="20" w:before="20"/>
            </w:pPr>
            <w:r/>
            <w:r>
              <w:rPr>
                <w:rFonts w:ascii="Times New Roman" w:hAnsi="Times New Roman" w:eastAsia="宋体"/>
                <w:b/>
                <w:sz w:val="21"/>
              </w:rPr>
              <w:t>s7（其它）</w:t>
            </w:r>
          </w:p>
        </w:tc>
        <w:tc>
          <w:tcPr>
            <w:tcW w:type="dxa" w:w="576"/>
          </w:tcPr>
          <w:p>
            <w:pPr>
              <w:spacing w:after="20" w:before="20"/>
            </w:pPr>
            <w:r/>
            <w:r>
              <w:rPr>
                <w:rFonts w:ascii="Times New Roman" w:hAnsi="Times New Roman" w:eastAsia="宋体"/>
                <w:b/>
                <w:sz w:val="21"/>
              </w:rPr>
              <w:t>s总</w:t>
            </w:r>
          </w:p>
        </w:tc>
        <w:tc>
          <w:tcPr>
            <w:tcW w:type="dxa" w:w="576"/>
          </w:tcPr>
          <w:p>
            <w:pPr>
              <w:spacing w:after="20" w:before="20"/>
            </w:pPr>
            <w:r/>
            <w:r>
              <w:rPr>
                <w:rFonts w:ascii="Times New Roman" w:hAnsi="Times New Roman" w:eastAsia="宋体"/>
                <w:b/>
                <w:sz w:val="21"/>
              </w:rPr>
              <w:t>z（综合测评成绩）</w:t>
            </w:r>
          </w:p>
        </w:tc>
        <w:tc>
          <w:tcPr>
            <w:tcW w:type="dxa" w:w="576"/>
          </w:tcPr>
          <w:p>
            <w:pPr>
              <w:spacing w:after="20" w:before="20"/>
            </w:pPr>
            <w:r/>
            <w:r>
              <w:rPr>
                <w:rFonts w:ascii="Times New Roman" w:hAnsi="Times New Roman" w:eastAsia="宋体"/>
                <w:b/>
                <w:sz w:val="21"/>
              </w:rPr>
              <w:t>备注</w:t>
            </w:r>
          </w:p>
        </w:tc>
      </w:tr>
      <w:tr>
        <w:tc>
          <w:tcPr>
            <w:tcW w:type="dxa" w:w="576"/>
          </w:tcPr>
          <w:p>
            <w:pPr>
              <w:spacing w:after="20" w:before="20"/>
            </w:pPr>
            <w:r/>
            <w:r>
              <w:rPr>
                <w:rFonts w:ascii="Times New Roman" w:hAnsi="Times New Roman" w:eastAsia="宋体"/>
                <w:b w:val="0"/>
                <w:sz w:val="21"/>
              </w:rPr>
              <w:t>1</w:t>
            </w:r>
          </w:p>
        </w:tc>
        <w:tc>
          <w:tcPr>
            <w:tcW w:type="dxa" w:w="576"/>
          </w:tcPr>
          <w:p>
            <w:pPr>
              <w:spacing w:after="20" w:before="20"/>
            </w:pPr>
            <w:r/>
            <w:r>
              <w:rPr>
                <w:rFonts w:ascii="Times New Roman" w:hAnsi="Times New Roman" w:eastAsia="宋体"/>
                <w:b w:val="0"/>
                <w:sz w:val="21"/>
              </w:rPr>
              <w:t>社会工作</w:t>
            </w:r>
          </w:p>
        </w:tc>
        <w:tc>
          <w:tcPr>
            <w:tcW w:type="dxa" w:w="576"/>
          </w:tcPr>
          <w:p>
            <w:pPr>
              <w:spacing w:after="20" w:before="20"/>
            </w:pPr>
            <w:r/>
            <w:r>
              <w:rPr>
                <w:rFonts w:ascii="Times New Roman" w:hAnsi="Times New Roman" w:eastAsia="宋体"/>
                <w:b w:val="0"/>
                <w:sz w:val="21"/>
              </w:rPr>
              <w:t>社工2202</w:t>
            </w:r>
          </w:p>
        </w:tc>
        <w:tc>
          <w:tcPr>
            <w:tcW w:type="dxa" w:w="576"/>
          </w:tcPr>
          <w:p>
            <w:pPr>
              <w:spacing w:after="20" w:before="20"/>
            </w:pPr>
            <w:r/>
            <w:r>
              <w:rPr>
                <w:rFonts w:ascii="Times New Roman" w:hAnsi="Times New Roman" w:eastAsia="宋体"/>
                <w:b w:val="0"/>
                <w:sz w:val="21"/>
              </w:rPr>
              <w:t>陈晓闵</w:t>
            </w:r>
          </w:p>
        </w:tc>
        <w:tc>
          <w:tcPr>
            <w:tcW w:type="dxa" w:w="576"/>
          </w:tcPr>
          <w:p>
            <w:pPr>
              <w:spacing w:after="20" w:before="20"/>
            </w:pPr>
            <w:r/>
            <w:r>
              <w:rPr>
                <w:rFonts w:ascii="Times New Roman" w:hAnsi="Times New Roman" w:eastAsia="宋体"/>
                <w:b w:val="0"/>
                <w:sz w:val="21"/>
              </w:rPr>
              <w:t>92.23</w:t>
            </w:r>
          </w:p>
        </w:tc>
        <w:tc>
          <w:tcPr>
            <w:tcW w:type="dxa" w:w="576"/>
          </w:tcPr>
          <w:p>
            <w:pPr>
              <w:spacing w:after="20" w:before="20"/>
            </w:pPr>
            <w:r/>
            <w:r>
              <w:rPr>
                <w:rFonts w:ascii="Times New Roman" w:hAnsi="Times New Roman" w:eastAsia="宋体"/>
                <w:b w:val="0"/>
                <w:sz w:val="21"/>
              </w:rPr>
              <w:t>8</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1</w:t>
            </w:r>
          </w:p>
        </w:tc>
        <w:tc>
          <w:tcPr>
            <w:tcW w:type="dxa" w:w="576"/>
          </w:tcPr>
          <w:p>
            <w:pPr>
              <w:spacing w:after="20" w:before="20"/>
            </w:pPr>
            <w:r/>
            <w:r>
              <w:rPr>
                <w:rFonts w:ascii="Times New Roman" w:hAnsi="Times New Roman" w:eastAsia="宋体"/>
                <w:b w:val="0"/>
                <w:sz w:val="21"/>
              </w:rPr>
              <w:t>2</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11</w:t>
            </w:r>
          </w:p>
        </w:tc>
        <w:tc>
          <w:tcPr>
            <w:tcW w:type="dxa" w:w="576"/>
          </w:tcPr>
          <w:p>
            <w:pPr>
              <w:spacing w:after="20" w:before="20"/>
            </w:pPr>
            <w:r/>
            <w:r>
              <w:rPr>
                <w:rFonts w:ascii="Times New Roman" w:hAnsi="Times New Roman" w:eastAsia="宋体"/>
                <w:b w:val="0"/>
                <w:sz w:val="21"/>
              </w:rPr>
              <w:t>80.0455</w:t>
            </w:r>
          </w:p>
        </w:tc>
        <w:tc>
          <w:tcPr>
            <w:tcW w:type="dxa" w:w="576"/>
          </w:tcPr>
          <w:p>
            <w:pPr>
              <w:spacing w:after="20" w:before="20"/>
            </w:pPr>
            <w:r/>
            <w:r>
              <w:rPr>
                <w:rFonts w:ascii="Times New Roman" w:hAnsi="Times New Roman" w:eastAsia="宋体"/>
                <w:b w:val="0"/>
                <w:sz w:val="21"/>
              </w:rPr>
            </w:r>
          </w:p>
        </w:tc>
      </w:tr>
      <w:tr>
        <w:tc>
          <w:tcPr>
            <w:tcW w:type="dxa" w:w="576"/>
          </w:tcPr>
          <w:p>
            <w:pPr>
              <w:spacing w:after="20" w:before="20"/>
            </w:pPr>
            <w:r/>
            <w:r>
              <w:rPr>
                <w:rFonts w:ascii="Times New Roman" w:hAnsi="Times New Roman" w:eastAsia="宋体"/>
                <w:b w:val="0"/>
                <w:sz w:val="21"/>
              </w:rPr>
              <w:t>2</w:t>
            </w:r>
          </w:p>
        </w:tc>
        <w:tc>
          <w:tcPr>
            <w:tcW w:type="dxa" w:w="576"/>
          </w:tcPr>
          <w:p>
            <w:pPr>
              <w:spacing w:after="20" w:before="20"/>
            </w:pPr>
            <w:r/>
            <w:r>
              <w:rPr>
                <w:rFonts w:ascii="Times New Roman" w:hAnsi="Times New Roman" w:eastAsia="宋体"/>
                <w:b w:val="0"/>
                <w:sz w:val="21"/>
              </w:rPr>
              <w:t>社会工作</w:t>
            </w:r>
          </w:p>
        </w:tc>
        <w:tc>
          <w:tcPr>
            <w:tcW w:type="dxa" w:w="576"/>
          </w:tcPr>
          <w:p>
            <w:pPr>
              <w:spacing w:after="20" w:before="20"/>
            </w:pPr>
            <w:r/>
            <w:r>
              <w:rPr>
                <w:rFonts w:ascii="Times New Roman" w:hAnsi="Times New Roman" w:eastAsia="宋体"/>
                <w:b w:val="0"/>
                <w:sz w:val="21"/>
              </w:rPr>
              <w:t>社工2202</w:t>
            </w:r>
          </w:p>
        </w:tc>
        <w:tc>
          <w:tcPr>
            <w:tcW w:type="dxa" w:w="576"/>
          </w:tcPr>
          <w:p>
            <w:pPr>
              <w:spacing w:after="20" w:before="20"/>
            </w:pPr>
            <w:r/>
            <w:r>
              <w:rPr>
                <w:rFonts w:ascii="Times New Roman" w:hAnsi="Times New Roman" w:eastAsia="宋体"/>
                <w:b w:val="0"/>
                <w:sz w:val="21"/>
              </w:rPr>
              <w:t>水广生</w:t>
            </w:r>
          </w:p>
        </w:tc>
        <w:tc>
          <w:tcPr>
            <w:tcW w:type="dxa" w:w="576"/>
          </w:tcPr>
          <w:p>
            <w:pPr>
              <w:spacing w:after="20" w:before="20"/>
            </w:pPr>
            <w:r/>
            <w:r>
              <w:rPr>
                <w:rFonts w:ascii="Times New Roman" w:hAnsi="Times New Roman" w:eastAsia="宋体"/>
                <w:b w:val="0"/>
                <w:sz w:val="21"/>
              </w:rPr>
              <w:t>88.19</w:t>
            </w:r>
          </w:p>
        </w:tc>
        <w:tc>
          <w:tcPr>
            <w:tcW w:type="dxa" w:w="576"/>
          </w:tcPr>
          <w:p>
            <w:pPr>
              <w:spacing w:after="20" w:before="20"/>
            </w:pPr>
            <w:r/>
            <w:r>
              <w:rPr>
                <w:rFonts w:ascii="Times New Roman" w:hAnsi="Times New Roman" w:eastAsia="宋体"/>
                <w:b w:val="0"/>
                <w:sz w:val="21"/>
              </w:rPr>
              <w:t>13</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1</w:t>
            </w:r>
          </w:p>
        </w:tc>
        <w:tc>
          <w:tcPr>
            <w:tcW w:type="dxa" w:w="576"/>
          </w:tcPr>
          <w:p>
            <w:pPr>
              <w:spacing w:after="20" w:before="20"/>
            </w:pPr>
            <w:r/>
            <w:r>
              <w:rPr>
                <w:rFonts w:ascii="Times New Roman" w:hAnsi="Times New Roman" w:eastAsia="宋体"/>
                <w:b w:val="0"/>
                <w:sz w:val="21"/>
              </w:rPr>
              <w:t>5</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19</w:t>
            </w:r>
          </w:p>
        </w:tc>
        <w:tc>
          <w:tcPr>
            <w:tcW w:type="dxa" w:w="576"/>
          </w:tcPr>
          <w:p>
            <w:pPr>
              <w:spacing w:after="20" w:before="20"/>
            </w:pPr>
            <w:r/>
            <w:r>
              <w:rPr>
                <w:rFonts w:ascii="Times New Roman" w:hAnsi="Times New Roman" w:eastAsia="宋体"/>
                <w:b w:val="0"/>
                <w:sz w:val="21"/>
              </w:rPr>
              <w:t>77.8115</w:t>
            </w:r>
          </w:p>
        </w:tc>
        <w:tc>
          <w:tcPr>
            <w:tcW w:type="dxa" w:w="576"/>
          </w:tcPr>
          <w:p>
            <w:pPr>
              <w:spacing w:after="20" w:before="20"/>
            </w:pPr>
            <w:r/>
            <w:r>
              <w:rPr>
                <w:rFonts w:ascii="Times New Roman" w:hAnsi="Times New Roman" w:eastAsia="宋体"/>
                <w:b w:val="0"/>
                <w:sz w:val="21"/>
              </w:rPr>
            </w:r>
          </w:p>
        </w:tc>
      </w:tr>
      <w:tr>
        <w:tc>
          <w:tcPr>
            <w:tcW w:type="dxa" w:w="576"/>
          </w:tcPr>
          <w:p>
            <w:pPr>
              <w:spacing w:after="20" w:before="20"/>
            </w:pPr>
            <w:r/>
            <w:r>
              <w:rPr>
                <w:rFonts w:ascii="Times New Roman" w:hAnsi="Times New Roman" w:eastAsia="宋体"/>
                <w:b w:val="0"/>
                <w:sz w:val="21"/>
              </w:rPr>
              <w:t>3</w:t>
            </w:r>
          </w:p>
        </w:tc>
        <w:tc>
          <w:tcPr>
            <w:tcW w:type="dxa" w:w="576"/>
          </w:tcPr>
          <w:p>
            <w:pPr>
              <w:spacing w:after="20" w:before="20"/>
            </w:pPr>
            <w:r/>
            <w:r>
              <w:rPr>
                <w:rFonts w:ascii="Times New Roman" w:hAnsi="Times New Roman" w:eastAsia="宋体"/>
                <w:b w:val="0"/>
                <w:sz w:val="21"/>
              </w:rPr>
              <w:t>社会工作</w:t>
            </w:r>
          </w:p>
        </w:tc>
        <w:tc>
          <w:tcPr>
            <w:tcW w:type="dxa" w:w="576"/>
          </w:tcPr>
          <w:p>
            <w:pPr>
              <w:spacing w:after="20" w:before="20"/>
            </w:pPr>
            <w:r/>
            <w:r>
              <w:rPr>
                <w:rFonts w:ascii="Times New Roman" w:hAnsi="Times New Roman" w:eastAsia="宋体"/>
                <w:b w:val="0"/>
                <w:sz w:val="21"/>
              </w:rPr>
              <w:t>社工2202</w:t>
            </w:r>
          </w:p>
        </w:tc>
        <w:tc>
          <w:tcPr>
            <w:tcW w:type="dxa" w:w="576"/>
          </w:tcPr>
          <w:p>
            <w:pPr>
              <w:spacing w:after="20" w:before="20"/>
            </w:pPr>
            <w:r/>
            <w:r>
              <w:rPr>
                <w:rFonts w:ascii="Times New Roman" w:hAnsi="Times New Roman" w:eastAsia="宋体"/>
                <w:b w:val="0"/>
                <w:sz w:val="21"/>
              </w:rPr>
              <w:t>于鑫</w:t>
            </w:r>
          </w:p>
        </w:tc>
        <w:tc>
          <w:tcPr>
            <w:tcW w:type="dxa" w:w="576"/>
          </w:tcPr>
          <w:p>
            <w:pPr>
              <w:spacing w:after="20" w:before="20"/>
            </w:pPr>
            <w:r/>
            <w:r>
              <w:rPr>
                <w:rFonts w:ascii="Times New Roman" w:hAnsi="Times New Roman" w:eastAsia="宋体"/>
                <w:b w:val="0"/>
                <w:sz w:val="21"/>
              </w:rPr>
              <w:t>88.4</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2</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2</w:t>
            </w:r>
          </w:p>
        </w:tc>
        <w:tc>
          <w:tcPr>
            <w:tcW w:type="dxa" w:w="576"/>
          </w:tcPr>
          <w:p>
            <w:pPr>
              <w:spacing w:after="20" w:before="20"/>
            </w:pPr>
            <w:r/>
            <w:r>
              <w:rPr>
                <w:rFonts w:ascii="Times New Roman" w:hAnsi="Times New Roman" w:eastAsia="宋体"/>
                <w:b w:val="0"/>
                <w:sz w:val="21"/>
              </w:rPr>
              <w:t>75.44</w:t>
            </w:r>
          </w:p>
        </w:tc>
        <w:tc>
          <w:tcPr>
            <w:tcW w:type="dxa" w:w="576"/>
          </w:tcPr>
          <w:p>
            <w:pPr>
              <w:spacing w:after="20" w:before="20"/>
            </w:pPr>
            <w:r/>
            <w:r>
              <w:rPr>
                <w:rFonts w:ascii="Times New Roman" w:hAnsi="Times New Roman" w:eastAsia="宋体"/>
                <w:b w:val="0"/>
                <w:sz w:val="21"/>
              </w:rPr>
            </w:r>
          </w:p>
        </w:tc>
      </w:tr>
      <w:tr>
        <w:tc>
          <w:tcPr>
            <w:tcW w:type="dxa" w:w="576"/>
          </w:tcPr>
          <w:p>
            <w:pPr>
              <w:spacing w:after="20" w:before="20"/>
            </w:pPr>
            <w:r/>
            <w:r>
              <w:rPr>
                <w:rFonts w:ascii="Times New Roman" w:hAnsi="Times New Roman" w:eastAsia="宋体"/>
                <w:b w:val="0"/>
                <w:sz w:val="21"/>
              </w:rPr>
              <w:t>4</w:t>
            </w:r>
          </w:p>
        </w:tc>
        <w:tc>
          <w:tcPr>
            <w:tcW w:type="dxa" w:w="576"/>
          </w:tcPr>
          <w:p>
            <w:pPr>
              <w:spacing w:after="20" w:before="20"/>
            </w:pPr>
            <w:r/>
            <w:r>
              <w:rPr>
                <w:rFonts w:ascii="Times New Roman" w:hAnsi="Times New Roman" w:eastAsia="宋体"/>
                <w:b w:val="0"/>
                <w:sz w:val="21"/>
              </w:rPr>
              <w:t>社会工作</w:t>
            </w:r>
          </w:p>
        </w:tc>
        <w:tc>
          <w:tcPr>
            <w:tcW w:type="dxa" w:w="576"/>
          </w:tcPr>
          <w:p>
            <w:pPr>
              <w:spacing w:after="20" w:before="20"/>
            </w:pPr>
            <w:r/>
            <w:r>
              <w:rPr>
                <w:rFonts w:ascii="Times New Roman" w:hAnsi="Times New Roman" w:eastAsia="宋体"/>
                <w:b w:val="0"/>
                <w:sz w:val="21"/>
              </w:rPr>
              <w:t>社工2202</w:t>
            </w:r>
          </w:p>
        </w:tc>
        <w:tc>
          <w:tcPr>
            <w:tcW w:type="dxa" w:w="576"/>
          </w:tcPr>
          <w:p>
            <w:pPr>
              <w:spacing w:after="20" w:before="20"/>
            </w:pPr>
            <w:r/>
            <w:r>
              <w:rPr>
                <w:rFonts w:ascii="Times New Roman" w:hAnsi="Times New Roman" w:eastAsia="宋体"/>
                <w:b w:val="0"/>
                <w:sz w:val="21"/>
              </w:rPr>
              <w:t>王文奇</w:t>
            </w:r>
          </w:p>
        </w:tc>
        <w:tc>
          <w:tcPr>
            <w:tcW w:type="dxa" w:w="576"/>
          </w:tcPr>
          <w:p>
            <w:pPr>
              <w:spacing w:after="20" w:before="20"/>
            </w:pPr>
            <w:r/>
            <w:r>
              <w:rPr>
                <w:rFonts w:ascii="Times New Roman" w:hAnsi="Times New Roman" w:eastAsia="宋体"/>
                <w:b w:val="0"/>
                <w:sz w:val="21"/>
              </w:rPr>
              <w:t>86.31</w:t>
            </w:r>
          </w:p>
        </w:tc>
        <w:tc>
          <w:tcPr>
            <w:tcW w:type="dxa" w:w="576"/>
          </w:tcPr>
          <w:p>
            <w:pPr>
              <w:spacing w:after="20" w:before="20"/>
            </w:pPr>
            <w:r/>
            <w:r>
              <w:rPr>
                <w:rFonts w:ascii="Times New Roman" w:hAnsi="Times New Roman" w:eastAsia="宋体"/>
                <w:b w:val="0"/>
                <w:sz w:val="21"/>
              </w:rPr>
              <w:t>7</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1</w:t>
            </w:r>
          </w:p>
        </w:tc>
        <w:tc>
          <w:tcPr>
            <w:tcW w:type="dxa" w:w="576"/>
          </w:tcPr>
          <w:p>
            <w:pPr>
              <w:spacing w:after="20" w:before="20"/>
            </w:pPr>
            <w:r/>
            <w:r>
              <w:rPr>
                <w:rFonts w:ascii="Times New Roman" w:hAnsi="Times New Roman" w:eastAsia="宋体"/>
                <w:b w:val="0"/>
                <w:sz w:val="21"/>
              </w:rPr>
              <w:t>2</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10</w:t>
            </w:r>
          </w:p>
        </w:tc>
        <w:tc>
          <w:tcPr>
            <w:tcW w:type="dxa" w:w="576"/>
          </w:tcPr>
          <w:p>
            <w:pPr>
              <w:spacing w:after="20" w:before="20"/>
            </w:pPr>
            <w:r/>
            <w:r>
              <w:rPr>
                <w:rFonts w:ascii="Times New Roman" w:hAnsi="Times New Roman" w:eastAsia="宋体"/>
                <w:b w:val="0"/>
                <w:sz w:val="21"/>
              </w:rPr>
              <w:t>74.8635</w:t>
            </w:r>
          </w:p>
        </w:tc>
        <w:tc>
          <w:tcPr>
            <w:tcW w:type="dxa" w:w="576"/>
          </w:tcPr>
          <w:p>
            <w:pPr>
              <w:spacing w:after="20" w:before="20"/>
            </w:pPr>
            <w:r/>
            <w:r>
              <w:rPr>
                <w:rFonts w:ascii="Times New Roman" w:hAnsi="Times New Roman" w:eastAsia="宋体"/>
                <w:b w:val="0"/>
                <w:sz w:val="21"/>
              </w:rPr>
            </w:r>
          </w:p>
        </w:tc>
      </w:tr>
      <w:tr>
        <w:tc>
          <w:tcPr>
            <w:tcW w:type="dxa" w:w="576"/>
          </w:tcPr>
          <w:p>
            <w:pPr>
              <w:spacing w:after="20" w:before="20"/>
            </w:pPr>
            <w:r/>
            <w:r>
              <w:rPr>
                <w:rFonts w:ascii="Times New Roman" w:hAnsi="Times New Roman" w:eastAsia="宋体"/>
                <w:b w:val="0"/>
                <w:sz w:val="21"/>
              </w:rPr>
              <w:t>5</w:t>
            </w:r>
          </w:p>
        </w:tc>
        <w:tc>
          <w:tcPr>
            <w:tcW w:type="dxa" w:w="576"/>
          </w:tcPr>
          <w:p>
            <w:pPr>
              <w:spacing w:after="20" w:before="20"/>
            </w:pPr>
            <w:r/>
            <w:r>
              <w:rPr>
                <w:rFonts w:ascii="Times New Roman" w:hAnsi="Times New Roman" w:eastAsia="宋体"/>
                <w:b w:val="0"/>
                <w:sz w:val="21"/>
              </w:rPr>
              <w:t>社会工作</w:t>
            </w:r>
          </w:p>
        </w:tc>
        <w:tc>
          <w:tcPr>
            <w:tcW w:type="dxa" w:w="576"/>
          </w:tcPr>
          <w:p>
            <w:pPr>
              <w:spacing w:after="20" w:before="20"/>
            </w:pPr>
            <w:r/>
            <w:r>
              <w:rPr>
                <w:rFonts w:ascii="Times New Roman" w:hAnsi="Times New Roman" w:eastAsia="宋体"/>
                <w:b w:val="0"/>
                <w:sz w:val="21"/>
              </w:rPr>
              <w:t>社工2201</w:t>
            </w:r>
          </w:p>
        </w:tc>
        <w:tc>
          <w:tcPr>
            <w:tcW w:type="dxa" w:w="576"/>
          </w:tcPr>
          <w:p>
            <w:pPr>
              <w:spacing w:after="20" w:before="20"/>
            </w:pPr>
            <w:r/>
            <w:r>
              <w:rPr>
                <w:rFonts w:ascii="Times New Roman" w:hAnsi="Times New Roman" w:eastAsia="宋体"/>
                <w:b w:val="0"/>
                <w:sz w:val="21"/>
              </w:rPr>
              <w:t>刘心宇</w:t>
            </w:r>
          </w:p>
        </w:tc>
        <w:tc>
          <w:tcPr>
            <w:tcW w:type="dxa" w:w="576"/>
          </w:tcPr>
          <w:p>
            <w:pPr>
              <w:spacing w:after="20" w:before="20"/>
            </w:pPr>
            <w:r/>
            <w:r>
              <w:rPr>
                <w:rFonts w:ascii="Times New Roman" w:hAnsi="Times New Roman" w:eastAsia="宋体"/>
                <w:b w:val="0"/>
                <w:sz w:val="21"/>
              </w:rPr>
              <w:t>86.87</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2</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2</w:t>
            </w:r>
          </w:p>
        </w:tc>
        <w:tc>
          <w:tcPr>
            <w:tcW w:type="dxa" w:w="576"/>
          </w:tcPr>
          <w:p>
            <w:pPr>
              <w:spacing w:after="20" w:before="20"/>
            </w:pPr>
            <w:r/>
            <w:r>
              <w:rPr>
                <w:rFonts w:ascii="Times New Roman" w:hAnsi="Times New Roman" w:eastAsia="宋体"/>
                <w:b w:val="0"/>
                <w:sz w:val="21"/>
              </w:rPr>
              <w:t>74.1395</w:t>
            </w:r>
          </w:p>
        </w:tc>
        <w:tc>
          <w:tcPr>
            <w:tcW w:type="dxa" w:w="576"/>
          </w:tcPr>
          <w:p>
            <w:pPr>
              <w:spacing w:after="20" w:before="20"/>
            </w:pPr>
            <w:r/>
            <w:r>
              <w:rPr>
                <w:rFonts w:ascii="Times New Roman" w:hAnsi="Times New Roman" w:eastAsia="宋体"/>
                <w:b w:val="0"/>
                <w:sz w:val="21"/>
              </w:rPr>
            </w:r>
          </w:p>
        </w:tc>
      </w:tr>
      <w:tr>
        <w:tc>
          <w:tcPr>
            <w:tcW w:type="dxa" w:w="576"/>
          </w:tcPr>
          <w:p>
            <w:pPr>
              <w:spacing w:after="20" w:before="20"/>
            </w:pPr>
            <w:r/>
            <w:r>
              <w:rPr>
                <w:rFonts w:ascii="Times New Roman" w:hAnsi="Times New Roman" w:eastAsia="宋体"/>
                <w:b w:val="0"/>
                <w:sz w:val="21"/>
              </w:rPr>
              <w:t>6</w:t>
            </w:r>
          </w:p>
        </w:tc>
        <w:tc>
          <w:tcPr>
            <w:tcW w:type="dxa" w:w="576"/>
          </w:tcPr>
          <w:p>
            <w:pPr>
              <w:spacing w:after="20" w:before="20"/>
            </w:pPr>
            <w:r/>
            <w:r>
              <w:rPr>
                <w:rFonts w:ascii="Times New Roman" w:hAnsi="Times New Roman" w:eastAsia="宋体"/>
                <w:b w:val="0"/>
                <w:sz w:val="21"/>
              </w:rPr>
              <w:t>社会工作</w:t>
            </w:r>
          </w:p>
        </w:tc>
        <w:tc>
          <w:tcPr>
            <w:tcW w:type="dxa" w:w="576"/>
          </w:tcPr>
          <w:p>
            <w:pPr>
              <w:spacing w:after="20" w:before="20"/>
            </w:pPr>
            <w:r/>
            <w:r>
              <w:rPr>
                <w:rFonts w:ascii="Times New Roman" w:hAnsi="Times New Roman" w:eastAsia="宋体"/>
                <w:b w:val="0"/>
                <w:sz w:val="21"/>
              </w:rPr>
              <w:t>社工2201</w:t>
            </w:r>
          </w:p>
        </w:tc>
        <w:tc>
          <w:tcPr>
            <w:tcW w:type="dxa" w:w="576"/>
          </w:tcPr>
          <w:p>
            <w:pPr>
              <w:spacing w:after="20" w:before="20"/>
            </w:pPr>
            <w:r/>
            <w:r>
              <w:rPr>
                <w:rFonts w:ascii="Times New Roman" w:hAnsi="Times New Roman" w:eastAsia="宋体"/>
                <w:b w:val="0"/>
                <w:sz w:val="21"/>
              </w:rPr>
              <w:t>栾佳怡</w:t>
            </w:r>
          </w:p>
        </w:tc>
        <w:tc>
          <w:tcPr>
            <w:tcW w:type="dxa" w:w="576"/>
          </w:tcPr>
          <w:p>
            <w:pPr>
              <w:spacing w:after="20" w:before="20"/>
            </w:pPr>
            <w:r/>
            <w:r>
              <w:rPr>
                <w:rFonts w:ascii="Times New Roman" w:hAnsi="Times New Roman" w:eastAsia="宋体"/>
                <w:b w:val="0"/>
                <w:sz w:val="21"/>
              </w:rPr>
              <w:t>85.57</w:t>
            </w:r>
          </w:p>
        </w:tc>
        <w:tc>
          <w:tcPr>
            <w:tcW w:type="dxa" w:w="576"/>
          </w:tcPr>
          <w:p>
            <w:pPr>
              <w:spacing w:after="20" w:before="20"/>
            </w:pPr>
            <w:r/>
            <w:r>
              <w:rPr>
                <w:rFonts w:ascii="Times New Roman" w:hAnsi="Times New Roman" w:eastAsia="宋体"/>
                <w:b w:val="0"/>
                <w:sz w:val="21"/>
              </w:rPr>
              <w:t>3</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3</w:t>
            </w:r>
          </w:p>
        </w:tc>
        <w:tc>
          <w:tcPr>
            <w:tcW w:type="dxa" w:w="576"/>
          </w:tcPr>
          <w:p>
            <w:pPr>
              <w:spacing w:after="20" w:before="20"/>
            </w:pPr>
            <w:r/>
            <w:r>
              <w:rPr>
                <w:rFonts w:ascii="Times New Roman" w:hAnsi="Times New Roman" w:eastAsia="宋体"/>
                <w:b w:val="0"/>
                <w:sz w:val="21"/>
              </w:rPr>
              <w:t>73.1845</w:t>
            </w:r>
          </w:p>
        </w:tc>
        <w:tc>
          <w:tcPr>
            <w:tcW w:type="dxa" w:w="576"/>
          </w:tcPr>
          <w:p>
            <w:pPr>
              <w:spacing w:after="20" w:before="20"/>
            </w:pPr>
            <w:r/>
            <w:r>
              <w:rPr>
                <w:rFonts w:ascii="Times New Roman" w:hAnsi="Times New Roman" w:eastAsia="宋体"/>
                <w:b w:val="0"/>
                <w:sz w:val="21"/>
              </w:rPr>
            </w:r>
          </w:p>
        </w:tc>
      </w:tr>
      <w:tr>
        <w:tc>
          <w:tcPr>
            <w:tcW w:type="dxa" w:w="576"/>
          </w:tcPr>
          <w:p>
            <w:pPr>
              <w:spacing w:after="20" w:before="20"/>
            </w:pPr>
            <w:r/>
            <w:r>
              <w:rPr>
                <w:rFonts w:ascii="Times New Roman" w:hAnsi="Times New Roman" w:eastAsia="宋体"/>
                <w:b w:val="0"/>
                <w:sz w:val="21"/>
              </w:rPr>
              <w:t>7</w:t>
            </w:r>
          </w:p>
        </w:tc>
        <w:tc>
          <w:tcPr>
            <w:tcW w:type="dxa" w:w="576"/>
          </w:tcPr>
          <w:p>
            <w:pPr>
              <w:spacing w:after="20" w:before="20"/>
            </w:pPr>
            <w:r/>
            <w:r>
              <w:rPr>
                <w:rFonts w:ascii="Times New Roman" w:hAnsi="Times New Roman" w:eastAsia="宋体"/>
                <w:b w:val="0"/>
                <w:sz w:val="21"/>
              </w:rPr>
              <w:t>社会工作</w:t>
            </w:r>
          </w:p>
        </w:tc>
        <w:tc>
          <w:tcPr>
            <w:tcW w:type="dxa" w:w="576"/>
          </w:tcPr>
          <w:p>
            <w:pPr>
              <w:spacing w:after="20" w:before="20"/>
            </w:pPr>
            <w:r/>
            <w:r>
              <w:rPr>
                <w:rFonts w:ascii="Times New Roman" w:hAnsi="Times New Roman" w:eastAsia="宋体"/>
                <w:b w:val="0"/>
                <w:sz w:val="21"/>
              </w:rPr>
              <w:t>社工2202</w:t>
            </w:r>
          </w:p>
        </w:tc>
        <w:tc>
          <w:tcPr>
            <w:tcW w:type="dxa" w:w="576"/>
          </w:tcPr>
          <w:p>
            <w:pPr>
              <w:spacing w:after="20" w:before="20"/>
            </w:pPr>
            <w:r/>
            <w:r>
              <w:rPr>
                <w:rFonts w:ascii="Times New Roman" w:hAnsi="Times New Roman" w:eastAsia="宋体"/>
                <w:b w:val="0"/>
                <w:sz w:val="21"/>
              </w:rPr>
              <w:t>黄婧怡</w:t>
            </w:r>
          </w:p>
        </w:tc>
        <w:tc>
          <w:tcPr>
            <w:tcW w:type="dxa" w:w="576"/>
          </w:tcPr>
          <w:p>
            <w:pPr>
              <w:spacing w:after="20" w:before="20"/>
            </w:pPr>
            <w:r/>
            <w:r>
              <w:rPr>
                <w:rFonts w:ascii="Times New Roman" w:hAnsi="Times New Roman" w:eastAsia="宋体"/>
                <w:b w:val="0"/>
                <w:sz w:val="21"/>
              </w:rPr>
              <w:t>85.53</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2</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0</w:t>
            </w:r>
          </w:p>
        </w:tc>
        <w:tc>
          <w:tcPr>
            <w:tcW w:type="dxa" w:w="576"/>
          </w:tcPr>
          <w:p>
            <w:pPr>
              <w:spacing w:after="20" w:before="20"/>
            </w:pPr>
            <w:r/>
            <w:r>
              <w:rPr>
                <w:rFonts w:ascii="Times New Roman" w:hAnsi="Times New Roman" w:eastAsia="宋体"/>
                <w:b w:val="0"/>
                <w:sz w:val="21"/>
              </w:rPr>
              <w:t>2</w:t>
            </w:r>
          </w:p>
        </w:tc>
        <w:tc>
          <w:tcPr>
            <w:tcW w:type="dxa" w:w="576"/>
          </w:tcPr>
          <w:p>
            <w:pPr>
              <w:spacing w:after="20" w:before="20"/>
            </w:pPr>
            <w:r/>
            <w:r>
              <w:rPr>
                <w:rFonts w:ascii="Times New Roman" w:hAnsi="Times New Roman" w:eastAsia="宋体"/>
                <w:b w:val="0"/>
                <w:sz w:val="21"/>
              </w:rPr>
              <w:t>73.0005</w:t>
            </w:r>
          </w:p>
        </w:tc>
        <w:tc>
          <w:tcPr>
            <w:tcW w:type="dxa" w:w="576"/>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以上同学学业成绩及综合能力成绩的各项加分情况，以及相应的佐证材料均保存在年级辅导员孙老师处，如有异议，请联系孙老师核查。</w:t>
      </w:r>
    </w:p>
    <w:p>
      <w:pPr>
        <w:spacing w:after="80" w:lineRule="auto" w:line="360"/>
        <w:ind w:firstLine="482"/>
        <w:jc w:val="both"/>
      </w:pPr>
      <w:r>
        <w:rPr>
          <w:rFonts w:ascii="Times New Roman" w:hAnsi="Times New Roman" w:eastAsia="宋体"/>
          <w:b w:val="0"/>
          <w:sz w:val="24"/>
        </w:rPr>
        <w:t>人文与艺术学院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