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物理学院2026年全国优秀大学生夏令营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物理学院2026年全国优秀大学生夏令营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来源：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促进全国高校大学生之间的交流，同时增进优秀大学生对北京理工大学物理学院的了解，北京理工大学物理学院拟定于2026年7月3日-2026年7月5日举办暑期线下夏令营活动。欢迎具有推荐免试资格和有志报考我院硕士研究生的2027届本科毕业生报名参加！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（一）申请条件：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１、暑期夏令营主要面向来自全国高校学习成绩优秀、综合表现优异的2027届本科毕业生。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２、拥护中国共产党的领导，品德良好，遵纪守法，学习期间未受过任何处分。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３、身心健康，勤奋好学，思维敏捷，具有较强的科研创新能力和学术实践能力。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４、本科期间在核心期刊及以上学术刊物发表论文、授权国家发明专利、获科研成果奖、在国内外高水平科技竞赛中获奖者优先。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（二）申请流程：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1、2026年6月13日-2026年6月23日，在线注册填写报名信息https://yz.bit.edu.cn/yzbm/logon，上传相关文件。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2、物理学院研究生招生工作组将于2026年6月27日在学院网站上公布入营名单。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（三）其他：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1、夏令营期间，物理学院免费为营员提供食宿；购买人身保险；往返交通费由营员自理。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2、联系人：郑老师15010762296、周老师13810380488。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3、夏令营联络群二维码：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