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河南医药大学法医学院2025年优秀本科生科研夏令营招生简章</w:t>
      </w:r>
    </w:p>
    <w:p>
      <w:pPr>
        <w:spacing w:after="80" w:lineRule="auto" w:line="360"/>
        <w:ind w:firstLine="482"/>
        <w:jc w:val="both"/>
      </w:pPr>
      <w:r>
        <w:rPr>
          <w:rFonts w:ascii="Times New Roman" w:hAnsi="Times New Roman" w:eastAsia="宋体"/>
          <w:b w:val="0"/>
          <w:sz w:val="24"/>
        </w:rPr>
        <w:t>河南医药大学法医学院2025年优秀本科生科研夏令营招生简章</w:t>
      </w:r>
    </w:p>
    <w:p>
      <w:pPr>
        <w:spacing w:after="80" w:lineRule="auto" w:line="360"/>
        <w:ind w:firstLine="482"/>
        <w:jc w:val="both"/>
      </w:pPr>
      <w:r>
        <w:rPr>
          <w:rFonts w:ascii="Times New Roman" w:hAnsi="Times New Roman" w:eastAsia="宋体"/>
          <w:b w:val="0"/>
          <w:sz w:val="24"/>
        </w:rPr>
        <w:t>发布日期：2025年8月7日</w:t>
      </w:r>
    </w:p>
    <w:p>
      <w:pPr>
        <w:spacing w:before="160" w:after="80" w:lineRule="auto" w:line="360"/>
        <w:jc w:val="left"/>
      </w:pPr>
      <w:r>
        <w:rPr>
          <w:rFonts w:ascii="Times New Roman" w:hAnsi="Times New Roman" w:eastAsia="宋体"/>
          <w:b/>
          <w:sz w:val="28"/>
        </w:rPr>
        <w:t>一、活动基本信息</w:t>
      </w:r>
    </w:p>
    <w:p>
      <w:pPr>
        <w:spacing w:after="80" w:lineRule="auto" w:line="360"/>
        <w:ind w:firstLine="482"/>
        <w:jc w:val="both"/>
      </w:pPr>
      <w:r>
        <w:rPr>
          <w:rFonts w:ascii="Times New Roman" w:hAnsi="Times New Roman" w:eastAsia="宋体"/>
          <w:b w:val="0"/>
          <w:sz w:val="24"/>
        </w:rPr>
        <w:t>1. 活动名称：河南医药大学法医学院2025年优秀大学生夏令营</w:t>
      </w:r>
    </w:p>
    <w:p>
      <w:pPr>
        <w:spacing w:after="80" w:lineRule="auto" w:line="360"/>
        <w:ind w:firstLine="482"/>
        <w:jc w:val="both"/>
      </w:pPr>
      <w:r>
        <w:rPr>
          <w:rFonts w:ascii="Times New Roman" w:hAnsi="Times New Roman" w:eastAsia="宋体"/>
          <w:b w:val="0"/>
          <w:sz w:val="24"/>
        </w:rPr>
        <w:t>2. 活动时间：2025年8月7日</w:t>
      </w:r>
    </w:p>
    <w:p>
      <w:pPr>
        <w:spacing w:after="80" w:lineRule="auto" w:line="360"/>
        <w:ind w:firstLine="482"/>
        <w:jc w:val="both"/>
      </w:pPr>
      <w:r>
        <w:rPr>
          <w:rFonts w:ascii="Times New Roman" w:hAnsi="Times New Roman" w:eastAsia="宋体"/>
          <w:b w:val="0"/>
          <w:sz w:val="24"/>
        </w:rPr>
        <w:t>3. 活动形式：线上（腾讯会议平台）</w:t>
      </w:r>
    </w:p>
    <w:p>
      <w:pPr>
        <w:spacing w:after="80" w:lineRule="auto" w:line="360"/>
        <w:ind w:firstLine="482"/>
        <w:jc w:val="both"/>
      </w:pPr>
      <w:r>
        <w:rPr>
          <w:rFonts w:ascii="Times New Roman" w:hAnsi="Times New Roman" w:eastAsia="宋体"/>
          <w:b w:val="0"/>
          <w:sz w:val="24"/>
        </w:rPr>
        <w:t>4. 招生人数：面向全国高校招收营员30人</w:t>
      </w:r>
    </w:p>
    <w:p>
      <w:pPr>
        <w:spacing w:after="80" w:lineRule="auto" w:line="360"/>
        <w:ind w:firstLine="482"/>
        <w:jc w:val="both"/>
      </w:pPr>
      <w:r>
        <w:rPr>
          <w:rFonts w:ascii="Times New Roman" w:hAnsi="Times New Roman" w:eastAsia="宋体"/>
          <w:b w:val="0"/>
          <w:sz w:val="24"/>
        </w:rPr>
        <w:t>5. 活动内容：知名教授学术讲座、研究生招生改革政策解读、学科与专业介绍、师生互动等</w:t>
      </w:r>
    </w:p>
    <w:p>
      <w:pPr>
        <w:spacing w:before="160" w:after="80" w:lineRule="auto" w:line="360"/>
        <w:jc w:val="left"/>
      </w:pPr>
      <w:r>
        <w:rPr>
          <w:rFonts w:ascii="Times New Roman" w:hAnsi="Times New Roman" w:eastAsia="宋体"/>
          <w:b/>
          <w:sz w:val="28"/>
        </w:rPr>
        <w:t>二、报名时间与方式</w:t>
      </w:r>
    </w:p>
    <w:p>
      <w:pPr>
        <w:spacing w:after="80" w:lineRule="auto" w:line="360"/>
        <w:ind w:firstLine="482"/>
        <w:jc w:val="both"/>
      </w:pPr>
      <w:r>
        <w:rPr>
          <w:rFonts w:ascii="Times New Roman" w:hAnsi="Times New Roman" w:eastAsia="宋体"/>
          <w:b w:val="0"/>
          <w:sz w:val="24"/>
        </w:rPr>
        <w:t>1. 报名截止日期：2025年8月5日，逾期不再接受申请</w:t>
      </w:r>
    </w:p>
    <w:p>
      <w:pPr>
        <w:spacing w:after="80" w:lineRule="auto" w:line="360"/>
        <w:ind w:firstLine="482"/>
        <w:jc w:val="both"/>
      </w:pPr>
      <w:r>
        <w:rPr>
          <w:rFonts w:ascii="Times New Roman" w:hAnsi="Times New Roman" w:eastAsia="宋体"/>
          <w:b w:val="0"/>
          <w:sz w:val="24"/>
        </w:rPr>
        <w:t>2. 入营名单通知：2025年8月5日前通过E-mail或电话通知入选学员</w:t>
      </w:r>
    </w:p>
    <w:p>
      <w:pPr>
        <w:spacing w:after="80" w:lineRule="auto" w:line="360"/>
        <w:ind w:firstLine="482"/>
        <w:jc w:val="both"/>
      </w:pPr>
      <w:r>
        <w:rPr>
          <w:rFonts w:ascii="Times New Roman" w:hAnsi="Times New Roman" w:eastAsia="宋体"/>
          <w:b w:val="0"/>
          <w:sz w:val="24"/>
        </w:rPr>
        <w:t>3. 报名材料提交：将材料按顺序整理扫描合并为一个PDF文件，以“姓名+学校+夏令营材料名称”重命名，发送至邮箱071012@xxmu.edu.cn</w:t>
      </w:r>
    </w:p>
    <w:p>
      <w:pPr>
        <w:spacing w:before="160" w:after="80" w:lineRule="auto" w:line="360"/>
        <w:jc w:val="left"/>
      </w:pPr>
      <w:r>
        <w:rPr>
          <w:rFonts w:ascii="Times New Roman" w:hAnsi="Times New Roman" w:eastAsia="宋体"/>
          <w:b/>
          <w:sz w:val="28"/>
        </w:rPr>
        <w:t>三、申请对象条件</w:t>
      </w:r>
    </w:p>
    <w:p>
      <w:pPr>
        <w:spacing w:after="80" w:lineRule="auto" w:line="360"/>
        <w:ind w:firstLine="482"/>
        <w:jc w:val="both"/>
      </w:pPr>
      <w:r>
        <w:rPr>
          <w:rFonts w:ascii="Times New Roman" w:hAnsi="Times New Roman" w:eastAsia="宋体"/>
          <w:b w:val="0"/>
          <w:sz w:val="24"/>
        </w:rPr>
        <w:t>1. 拥护党的领导，品德良好，遵纪守法，身心健康</w:t>
      </w:r>
    </w:p>
    <w:p>
      <w:pPr>
        <w:spacing w:after="80" w:lineRule="auto" w:line="360"/>
        <w:ind w:firstLine="482"/>
        <w:jc w:val="both"/>
      </w:pPr>
      <w:r>
        <w:rPr>
          <w:rFonts w:ascii="Times New Roman" w:hAnsi="Times New Roman" w:eastAsia="宋体"/>
          <w:b w:val="0"/>
          <w:sz w:val="24"/>
        </w:rPr>
        <w:t>2. 本科为法医学、特种医学、基础医学、临床医学等相关专业的2026届毕业生，有较强专业理论基础和良好科研能力</w:t>
      </w:r>
    </w:p>
    <w:p>
      <w:pPr>
        <w:spacing w:after="80" w:lineRule="auto" w:line="360"/>
        <w:ind w:firstLine="482"/>
        <w:jc w:val="both"/>
      </w:pPr>
      <w:r>
        <w:rPr>
          <w:rFonts w:ascii="Times New Roman" w:hAnsi="Times New Roman" w:eastAsia="宋体"/>
          <w:b w:val="0"/>
          <w:sz w:val="24"/>
        </w:rPr>
        <w:t>3. 在校期间成绩优异，已在学术期刊上发表论文或获得大学生创新创业训练项目立项者优先</w:t>
      </w:r>
    </w:p>
    <w:p>
      <w:pPr>
        <w:spacing w:before="160" w:after="80" w:lineRule="auto" w:line="360"/>
        <w:jc w:val="left"/>
      </w:pPr>
      <w:r>
        <w:rPr>
          <w:rFonts w:ascii="Times New Roman" w:hAnsi="Times New Roman" w:eastAsia="宋体"/>
          <w:b/>
          <w:sz w:val="28"/>
        </w:rPr>
        <w:t>四、报名材料清单</w:t>
      </w:r>
    </w:p>
    <w:p>
      <w:pPr>
        <w:spacing w:after="80" w:lineRule="auto" w:line="360"/>
        <w:ind w:firstLine="482"/>
        <w:jc w:val="both"/>
      </w:pPr>
      <w:r>
        <w:rPr>
          <w:rFonts w:ascii="Times New Roman" w:hAnsi="Times New Roman" w:eastAsia="宋体"/>
          <w:b w:val="0"/>
          <w:sz w:val="24"/>
        </w:rPr>
        <w:t>1. 优秀大学生暑期夏令营申请表（见附件）</w:t>
      </w:r>
    </w:p>
    <w:p>
      <w:pPr>
        <w:spacing w:after="80" w:lineRule="auto" w:line="360"/>
        <w:ind w:firstLine="482"/>
        <w:jc w:val="both"/>
      </w:pPr>
      <w:r>
        <w:rPr>
          <w:rFonts w:ascii="Times New Roman" w:hAnsi="Times New Roman" w:eastAsia="宋体"/>
          <w:b w:val="0"/>
          <w:sz w:val="24"/>
        </w:rPr>
        <w:t>2. 身份证正反面扫描件</w:t>
      </w:r>
    </w:p>
    <w:p>
      <w:pPr>
        <w:spacing w:after="80" w:lineRule="auto" w:line="360"/>
        <w:ind w:firstLine="482"/>
        <w:jc w:val="both"/>
      </w:pPr>
      <w:r>
        <w:rPr>
          <w:rFonts w:ascii="Times New Roman" w:hAnsi="Times New Roman" w:eastAsia="宋体"/>
          <w:b w:val="0"/>
          <w:sz w:val="24"/>
        </w:rPr>
        <w:t>3. 外语水平证明（大学英语四级、六级考试）</w:t>
      </w:r>
    </w:p>
    <w:p>
      <w:pPr>
        <w:spacing w:after="80" w:lineRule="auto" w:line="360"/>
        <w:ind w:firstLine="482"/>
        <w:jc w:val="both"/>
      </w:pPr>
      <w:r>
        <w:rPr>
          <w:rFonts w:ascii="Times New Roman" w:hAnsi="Times New Roman" w:eastAsia="宋体"/>
          <w:b w:val="0"/>
          <w:sz w:val="24"/>
        </w:rPr>
        <w:t>4. 有关学术科研成果（发表论文、专利或参与科研项目情况等，论文提供封面及首页，没有可不提供）</w:t>
      </w:r>
    </w:p>
    <w:p>
      <w:pPr>
        <w:spacing w:after="80" w:lineRule="auto" w:line="360"/>
        <w:ind w:firstLine="482"/>
        <w:jc w:val="both"/>
      </w:pPr>
      <w:r>
        <w:rPr>
          <w:rFonts w:ascii="Times New Roman" w:hAnsi="Times New Roman" w:eastAsia="宋体"/>
          <w:b w:val="0"/>
          <w:sz w:val="24"/>
        </w:rPr>
        <w:t>5. 各类获奖、资格证书等体现自身学习和工作能力的材料（没有可不提供）</w:t>
      </w:r>
    </w:p>
    <w:p>
      <w:pPr>
        <w:spacing w:before="160" w:after="80" w:lineRule="auto" w:line="360"/>
        <w:jc w:val="left"/>
      </w:pPr>
      <w:r>
        <w:rPr>
          <w:rFonts w:ascii="Times New Roman" w:hAnsi="Times New Roman" w:eastAsia="宋体"/>
          <w:b/>
          <w:sz w:val="28"/>
        </w:rPr>
        <w:t>五、夏令营日程安排</w:t>
      </w:r>
    </w:p>
    <w:p>
      <w:pPr>
        <w:spacing w:after="80" w:lineRule="auto" w:line="360"/>
        <w:ind w:firstLine="482"/>
        <w:jc w:val="both"/>
      </w:pPr>
      <w:r>
        <w:rPr>
          <w:rFonts w:ascii="Times New Roman" w:hAnsi="Times New Roman" w:eastAsia="宋体"/>
          <w:b w:val="0"/>
          <w:sz w:val="24"/>
        </w:rPr>
        <w:t>1. 开营仪式</w:t>
      </w:r>
    </w:p>
    <w:p>
      <w:pPr>
        <w:spacing w:after="80" w:lineRule="auto" w:line="360"/>
        <w:ind w:firstLine="482"/>
        <w:jc w:val="both"/>
      </w:pPr>
      <w:r>
        <w:rPr>
          <w:rFonts w:ascii="Times New Roman" w:hAnsi="Times New Roman" w:eastAsia="宋体"/>
          <w:b w:val="0"/>
          <w:sz w:val="24"/>
        </w:rPr>
        <w:t>2. 学院领导介绍研究生招生和培养情况</w:t>
      </w:r>
    </w:p>
    <w:p>
      <w:pPr>
        <w:spacing w:after="80" w:lineRule="auto" w:line="360"/>
        <w:ind w:firstLine="482"/>
        <w:jc w:val="both"/>
      </w:pPr>
      <w:r>
        <w:rPr>
          <w:rFonts w:ascii="Times New Roman" w:hAnsi="Times New Roman" w:eastAsia="宋体"/>
          <w:b w:val="0"/>
          <w:sz w:val="24"/>
        </w:rPr>
        <w:t>3. 各平台负责人介绍研究方向</w:t>
      </w:r>
    </w:p>
    <w:p>
      <w:pPr>
        <w:spacing w:after="80" w:lineRule="auto" w:line="360"/>
        <w:ind w:firstLine="482"/>
        <w:jc w:val="both"/>
      </w:pPr>
      <w:r>
        <w:rPr>
          <w:rFonts w:ascii="Times New Roman" w:hAnsi="Times New Roman" w:eastAsia="宋体"/>
          <w:b w:val="0"/>
          <w:sz w:val="24"/>
        </w:rPr>
        <w:t>4. 知名教师讲授科研经验</w:t>
      </w:r>
    </w:p>
    <w:p>
      <w:pPr>
        <w:spacing w:after="80" w:lineRule="auto" w:line="360"/>
        <w:ind w:firstLine="482"/>
        <w:jc w:val="both"/>
      </w:pPr>
      <w:r>
        <w:rPr>
          <w:rFonts w:ascii="Times New Roman" w:hAnsi="Times New Roman" w:eastAsia="宋体"/>
          <w:b w:val="0"/>
          <w:sz w:val="24"/>
        </w:rPr>
        <w:t>5. 各科研平台负责人与营员交流</w:t>
      </w:r>
    </w:p>
    <w:p>
      <w:pPr>
        <w:spacing w:before="160" w:after="80" w:lineRule="auto" w:line="360"/>
        <w:jc w:val="left"/>
      </w:pPr>
      <w:r>
        <w:rPr>
          <w:rFonts w:ascii="Times New Roman" w:hAnsi="Times New Roman" w:eastAsia="宋体"/>
          <w:b/>
          <w:sz w:val="28"/>
        </w:rPr>
        <w:t>六、注意事项</w:t>
      </w:r>
    </w:p>
    <w:p>
      <w:pPr>
        <w:spacing w:after="80" w:lineRule="auto" w:line="360"/>
        <w:ind w:firstLine="482"/>
        <w:jc w:val="both"/>
      </w:pPr>
      <w:r>
        <w:rPr>
          <w:rFonts w:ascii="Times New Roman" w:hAnsi="Times New Roman" w:eastAsia="宋体"/>
          <w:b w:val="0"/>
          <w:sz w:val="24"/>
        </w:rPr>
        <w:t>1. 参加夏令营的学生须遵守河南医药大学相关规定，按统一安排参加各项活动，并注意安全</w:t>
      </w:r>
    </w:p>
    <w:p>
      <w:pPr>
        <w:spacing w:after="80" w:lineRule="auto" w:line="360"/>
        <w:ind w:firstLine="482"/>
        <w:jc w:val="both"/>
      </w:pPr>
      <w:r>
        <w:rPr>
          <w:rFonts w:ascii="Times New Roman" w:hAnsi="Times New Roman" w:eastAsia="宋体"/>
          <w:b w:val="0"/>
          <w:sz w:val="24"/>
        </w:rPr>
        <w:t>2. 如放弃参加，请在2025年8月6日前及时联系学院</w:t>
      </w:r>
    </w:p>
    <w:p>
      <w:pPr>
        <w:spacing w:after="80" w:lineRule="auto" w:line="360"/>
        <w:ind w:firstLine="482"/>
        <w:jc w:val="both"/>
      </w:pPr>
      <w:r>
        <w:rPr>
          <w:rFonts w:ascii="Times New Roman" w:hAnsi="Times New Roman" w:eastAsia="宋体"/>
          <w:b w:val="0"/>
          <w:sz w:val="24"/>
        </w:rPr>
        <w:t>联系方式：邮箱071012@xxmu.edu.cn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