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外国语学院2026年推荐优秀应届本科毕业生免试攻读硕士学位研究生实施细则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文件名称：外国语学院2026年推荐优秀应届本科毕业生免试攻读硕士学位研究生实施细则。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2. 发布日期：2025-09-09 18:46。</w:t>
      </w:r>
    </w:p>
    <w:p>
      <w:pPr>
        <w:spacing w:after="80" w:lineRule="auto" w:line="360"/>
        <w:ind w:firstLine="482"/>
        <w:jc w:val="both"/>
      </w:pPr>
      <w:r>
        <w:rPr>
          <w:rFonts w:ascii="Times New Roman" w:hAnsi="Times New Roman" w:eastAsia="宋体"/>
          <w:b w:val="0"/>
          <w:sz w:val="24"/>
        </w:rPr>
        <w:t>3. 来源：外国语学院。</w:t>
      </w:r>
    </w:p>
    <w:p>
      <w:pPr>
        <w:spacing w:before="160" w:after="80" w:lineRule="auto" w:line="360"/>
        <w:jc w:val="left"/>
      </w:pPr>
      <w:r>
        <w:rPr>
          <w:rFonts w:ascii="Times New Roman" w:hAnsi="Times New Roman" w:eastAsia="宋体"/>
          <w:b/>
          <w:sz w:val="28"/>
        </w:rPr>
        <w:t>二、相关附件</w:t>
      </w:r>
    </w:p>
    <w:p>
      <w:pPr>
        <w:spacing w:after="80" w:lineRule="auto" w:line="360"/>
        <w:ind w:firstLine="482"/>
        <w:jc w:val="both"/>
      </w:pPr>
      <w:r>
        <w:rPr>
          <w:rFonts w:ascii="Times New Roman" w:hAnsi="Times New Roman" w:eastAsia="宋体"/>
          <w:b w:val="0"/>
          <w:sz w:val="24"/>
        </w:rPr>
        <w:t>1. 附件1：《兰州理工大学推荐优秀应届本科毕业生免试攻读硕士学位研究生申请表》.docx。</w:t>
      </w:r>
    </w:p>
    <w:p>
      <w:pPr>
        <w:spacing w:after="80" w:lineRule="auto" w:line="360"/>
        <w:ind w:firstLine="482"/>
        <w:jc w:val="both"/>
      </w:pPr>
      <w:r>
        <w:rPr>
          <w:rFonts w:ascii="Times New Roman" w:hAnsi="Times New Roman" w:eastAsia="宋体"/>
          <w:b w:val="0"/>
          <w:sz w:val="24"/>
        </w:rPr>
        <w:t>2. 附件2：兰州理工大学推荐免试攻读硕士研究生复议申请表.docx。</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地址：甘肃省兰州市七里河区兰工坪路287号。</w:t>
      </w:r>
    </w:p>
    <w:p>
      <w:pPr>
        <w:spacing w:after="80" w:lineRule="auto" w:line="360"/>
        <w:ind w:firstLine="482"/>
        <w:jc w:val="both"/>
      </w:pPr>
      <w:r>
        <w:rPr>
          <w:rFonts w:ascii="Times New Roman" w:hAnsi="Times New Roman" w:eastAsia="宋体"/>
          <w:b w:val="0"/>
          <w:sz w:val="24"/>
        </w:rPr>
        <w:t>2. 西校区：兰州市七里河区彭家坪路36号。</w:t>
      </w:r>
    </w:p>
    <w:p>
      <w:pPr>
        <w:spacing w:after="80" w:lineRule="auto" w:line="360"/>
        <w:ind w:firstLine="482"/>
        <w:jc w:val="both"/>
      </w:pPr>
      <w:r>
        <w:rPr>
          <w:rFonts w:ascii="Times New Roman" w:hAnsi="Times New Roman" w:eastAsia="宋体"/>
          <w:b w:val="0"/>
          <w:sz w:val="24"/>
        </w:rPr>
        <w:t>3. 电话：0931-2973925。</w:t>
      </w:r>
    </w:p>
    <w:p>
      <w:pPr>
        <w:spacing w:after="80" w:lineRule="auto" w:line="360"/>
        <w:ind w:firstLine="482"/>
        <w:jc w:val="both"/>
      </w:pPr>
      <w:r>
        <w:rPr>
          <w:rFonts w:ascii="Times New Roman" w:hAnsi="Times New Roman" w:eastAsia="宋体"/>
          <w:b w:val="0"/>
          <w:sz w:val="24"/>
        </w:rPr>
        <w:t>4. 邮编：730050。</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下一页：外国语学院2026年度甘肃省高校研...</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