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通知标题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发布日期（推定）：2018年7月20日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您提供的文件内容为PDF格式的原始数据，无法直接解析出可读的文本信息。文件中包含大量乱码和编码字符，未能提取出有效的推免通知内容。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由于无法识别文件中的具体文字信息，无法整理出申请条件、报名时间、活动时间、接收条件、申请流程、材料清单、时间节点、接收名额等关键要素。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建议您提供可读的文本内容或重新上传文件，以便准确提炼通知信息。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