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临床医学院（东直门医院）2026年接收推荐免试攻读硕士学位研究生复试通知_硕士招生_北京中医药大学研究生院</w:t>
      </w:r>
    </w:p>
    <w:p>
      <w:pPr>
        <w:spacing w:after="80" w:lineRule="auto" w:line="360"/>
        <w:ind w:firstLine="482"/>
        <w:jc w:val="both"/>
      </w:pPr>
      <w:r>
        <w:rPr>
          <w:rFonts w:ascii="Times New Roman" w:hAnsi="Times New Roman" w:eastAsia="宋体"/>
          <w:b w:val="0"/>
          <w:sz w:val="24"/>
        </w:rPr>
        <w:t>根据北京中医药大学研究生院工作部署，结合临床医学院（东直门医院）实际情况，现将2026年接收推荐免试攻读硕士学位研究生复试工作通知如下：</w:t>
      </w:r>
    </w:p>
    <w:p>
      <w:pPr>
        <w:spacing w:after="80" w:lineRule="auto" w:line="360"/>
        <w:ind w:firstLine="482"/>
        <w:jc w:val="both"/>
      </w:pPr>
      <w:r>
        <w:rPr>
          <w:rFonts w:ascii="Times New Roman" w:hAnsi="Times New Roman" w:eastAsia="宋体"/>
          <w:b w:val="0"/>
          <w:sz w:val="24"/>
        </w:rPr>
        <w:t>发布日期（推定）：2025年9月13日</w:t>
      </w:r>
    </w:p>
    <w:p>
      <w:pPr>
        <w:spacing w:before="160" w:after="80" w:lineRule="auto" w:line="360"/>
        <w:jc w:val="left"/>
      </w:pPr>
      <w:r>
        <w:rPr>
          <w:rFonts w:ascii="Times New Roman" w:hAnsi="Times New Roman" w:eastAsia="宋体"/>
          <w:b/>
          <w:sz w:val="28"/>
        </w:rPr>
        <w:t>一、招生专业</w:t>
      </w:r>
    </w:p>
    <w:p>
      <w:pPr>
        <w:spacing w:after="80" w:lineRule="auto" w:line="360"/>
        <w:ind w:firstLine="482"/>
        <w:jc w:val="both"/>
      </w:pPr>
      <w:r>
        <w:rPr>
          <w:rFonts w:ascii="Times New Roman" w:hAnsi="Times New Roman" w:eastAsia="宋体"/>
          <w:b w:val="0"/>
          <w:sz w:val="24"/>
        </w:rPr>
        <w:t>（招生专业具体信息以原文表格为准，原文未提供可提取的表格内容）</w:t>
      </w:r>
    </w:p>
    <w:p>
      <w:pPr>
        <w:spacing w:before="160" w:after="80" w:lineRule="auto" w:line="360"/>
        <w:jc w:val="left"/>
      </w:pPr>
      <w:r>
        <w:rPr>
          <w:rFonts w:ascii="Times New Roman" w:hAnsi="Times New Roman" w:eastAsia="宋体"/>
          <w:b/>
          <w:sz w:val="28"/>
        </w:rPr>
        <w:t>二、申请材料</w:t>
      </w:r>
    </w:p>
    <w:p>
      <w:pPr>
        <w:spacing w:after="80" w:lineRule="auto" w:line="360"/>
        <w:ind w:firstLine="482"/>
        <w:jc w:val="both"/>
      </w:pPr>
      <w:r>
        <w:rPr>
          <w:rFonts w:ascii="Times New Roman" w:hAnsi="Times New Roman" w:eastAsia="宋体"/>
          <w:b w:val="0"/>
          <w:sz w:val="24"/>
        </w:rPr>
        <w:t>1. 参加现场复试时，按照要求及序号顺序装订交至学院（以下材料未注明的均为1份，按顺序左上角挂角装订）。以下材料①-⑦的电子版提前发送至指定邮箱 dongzhimen2018@163.com（打包压缩后以考生姓名命名，证明材料未发送视为无）。</w:t>
      </w:r>
    </w:p>
    <w:p>
      <w:pPr>
        <w:spacing w:after="80" w:lineRule="auto" w:line="360"/>
        <w:ind w:firstLine="482"/>
        <w:jc w:val="both"/>
      </w:pPr>
      <w:r>
        <w:rPr>
          <w:rFonts w:ascii="Times New Roman" w:hAnsi="Times New Roman" w:eastAsia="宋体"/>
          <w:b w:val="0"/>
          <w:sz w:val="24"/>
        </w:rPr>
        <w:t>①《北京中医药大学2026年接收推荐免试攻读研究生申请表》原件（附件2，A4）；</w:t>
      </w:r>
    </w:p>
    <w:p>
      <w:pPr>
        <w:spacing w:after="80" w:lineRule="auto" w:line="360"/>
        <w:ind w:firstLine="482"/>
        <w:jc w:val="both"/>
      </w:pPr>
      <w:r>
        <w:rPr>
          <w:rFonts w:ascii="Times New Roman" w:hAnsi="Times New Roman" w:eastAsia="宋体"/>
          <w:b w:val="0"/>
          <w:sz w:val="24"/>
        </w:rPr>
        <w:t>②有效居民身份证原件及复印件（证件正反面在一张A4纸上）；</w:t>
      </w:r>
    </w:p>
    <w:p>
      <w:pPr>
        <w:spacing w:after="80" w:lineRule="auto" w:line="360"/>
        <w:ind w:firstLine="482"/>
        <w:jc w:val="both"/>
      </w:pPr>
      <w:r>
        <w:rPr>
          <w:rFonts w:ascii="Times New Roman" w:hAnsi="Times New Roman" w:eastAsia="宋体"/>
          <w:b w:val="0"/>
          <w:sz w:val="24"/>
        </w:rPr>
        <w:t>④本科前四年学习成绩单原件1份（须加盖所在本科学校教务部门公章）；</w:t>
      </w:r>
    </w:p>
    <w:p>
      <w:pPr>
        <w:spacing w:after="80" w:lineRule="auto" w:line="360"/>
        <w:ind w:firstLine="482"/>
        <w:jc w:val="both"/>
      </w:pPr>
      <w:r>
        <w:rPr>
          <w:rFonts w:ascii="Times New Roman" w:hAnsi="Times New Roman" w:eastAsia="宋体"/>
          <w:b w:val="0"/>
          <w:sz w:val="24"/>
        </w:rPr>
        <w:t>⑤外语水平证明（大学英语四级或六级考试成绩单）；</w:t>
      </w:r>
    </w:p>
    <w:p>
      <w:pPr>
        <w:spacing w:after="80" w:lineRule="auto" w:line="360"/>
        <w:ind w:firstLine="482"/>
        <w:jc w:val="both"/>
      </w:pPr>
      <w:r>
        <w:rPr>
          <w:rFonts w:ascii="Times New Roman" w:hAnsi="Times New Roman" w:eastAsia="宋体"/>
          <w:b w:val="0"/>
          <w:sz w:val="24"/>
        </w:rPr>
        <w:t>⑥科研成果及获奖证明（公开发表的学术论文、出版专著、承担的课题及其他可证明学术水平与能力的材料及获奖证书）（非必须）；</w:t>
      </w:r>
    </w:p>
    <w:p>
      <w:pPr>
        <w:spacing w:after="80" w:lineRule="auto" w:line="360"/>
        <w:ind w:firstLine="482"/>
        <w:jc w:val="both"/>
      </w:pPr>
      <w:r>
        <w:rPr>
          <w:rFonts w:ascii="Times New Roman" w:hAnsi="Times New Roman" w:eastAsia="宋体"/>
          <w:b w:val="0"/>
          <w:sz w:val="24"/>
        </w:rPr>
        <w:t>⑦本人手写签名的《北京中医药大学接收2026年推荐免试攻读研究生复试考生诚信复试承诺书》；</w:t>
      </w:r>
    </w:p>
    <w:p>
      <w:pPr>
        <w:spacing w:after="80" w:lineRule="auto" w:line="360"/>
        <w:ind w:firstLine="482"/>
        <w:jc w:val="both"/>
      </w:pPr>
      <w:r>
        <w:rPr>
          <w:rFonts w:ascii="Times New Roman" w:hAnsi="Times New Roman" w:eastAsia="宋体"/>
          <w:b w:val="0"/>
          <w:sz w:val="24"/>
        </w:rPr>
        <w:t>⑧携带白衣。</w:t>
      </w:r>
    </w:p>
    <w:p>
      <w:pPr>
        <w:spacing w:after="80" w:lineRule="auto" w:line="360"/>
        <w:ind w:firstLine="482"/>
        <w:jc w:val="both"/>
      </w:pPr>
      <w:r>
        <w:rPr>
          <w:rFonts w:ascii="Times New Roman" w:hAnsi="Times New Roman" w:eastAsia="宋体"/>
          <w:b w:val="0"/>
          <w:sz w:val="24"/>
        </w:rPr>
        <w:t>注：参加现场复试时须出示学生证及有效居民身份证原件、《北京中医药大学接收2026年推荐免试攻读研究生复试考生诚信复试承诺书》（附件3）。对在推免过程中弄虚作假，虚报成绩及排名、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全部申请材料一经收到，恕不退还。</w:t>
      </w:r>
    </w:p>
    <w:p>
      <w:pPr>
        <w:spacing w:after="80" w:lineRule="auto" w:line="360"/>
        <w:ind w:firstLine="482"/>
        <w:jc w:val="both"/>
      </w:pPr>
      <w:r>
        <w:rPr>
          <w:rFonts w:ascii="Times New Roman" w:hAnsi="Times New Roman" w:eastAsia="宋体"/>
          <w:b w:val="0"/>
          <w:sz w:val="24"/>
        </w:rPr>
        <w:t>2. 递交渠道：2025年10月8日17:00前将申请材料①-⑦的电子版提前发送至指定邮箱 dongzhimen2018@163.com（打包压缩后以考生姓名命名，证明材料未发送视为无）。</w:t>
      </w:r>
    </w:p>
    <w:p>
      <w:pPr>
        <w:spacing w:after="80" w:lineRule="auto" w:line="360"/>
        <w:ind w:firstLine="482"/>
        <w:jc w:val="both"/>
      </w:pPr>
      <w:r>
        <w:rPr>
          <w:rFonts w:ascii="Times New Roman" w:hAnsi="Times New Roman" w:eastAsia="宋体"/>
          <w:b w:val="0"/>
          <w:sz w:val="24"/>
        </w:rPr>
        <w:t>3. 根据教育部推免工作安排，9月18日起，通过教育部“全国推荐免试攻读研究生（免初试、转段）信息公开管理服务系统”（简称“推免服务系统”）（网址：http://yz.chsi.com.cn/tm），进行注册并填报个人资料信息，上传照片，网上缴费。9月22日-10月20日，推免生通过“推免服务系统”填报志愿、接收并确认招生单位的复试及待录取通知（具体时间按照我院学生情况和招生计划，以实际情况为准）。</w:t>
      </w:r>
    </w:p>
    <w:p>
      <w:pPr>
        <w:spacing w:before="160" w:after="80" w:lineRule="auto" w:line="360"/>
        <w:jc w:val="left"/>
      </w:pPr>
      <w:r>
        <w:rPr>
          <w:rFonts w:ascii="Times New Roman" w:hAnsi="Times New Roman" w:eastAsia="宋体"/>
          <w:b/>
          <w:sz w:val="28"/>
        </w:rPr>
        <w:t>三、复试时间安排及复试形式</w:t>
      </w:r>
    </w:p>
    <w:p>
      <w:pPr>
        <w:spacing w:after="80" w:lineRule="auto" w:line="360"/>
        <w:ind w:firstLine="482"/>
        <w:jc w:val="both"/>
      </w:pPr>
      <w:r>
        <w:rPr>
          <w:rFonts w:ascii="Times New Roman" w:hAnsi="Times New Roman" w:eastAsia="宋体"/>
          <w:b w:val="0"/>
          <w:sz w:val="24"/>
        </w:rPr>
        <w:t>复试采用现场考试方式进行。学院根据申请学生情况及招生计划进行遴选，通知相关考生进行复试。学院对推免生提交的报名信息及材料进行初审，根据招生计划及复试比例（150%）确定复试名单（综合量化成绩排名靠前、通过大学英语六级（≥425分）者优先），并通知考生参加复试。请考生务必保持通讯畅通，及时查看邮箱、钉钉。</w:t>
      </w:r>
    </w:p>
    <w:p>
      <w:pPr>
        <w:spacing w:after="80" w:lineRule="auto" w:line="360"/>
        <w:ind w:firstLine="482"/>
        <w:jc w:val="both"/>
      </w:pPr>
      <w:r>
        <w:rPr>
          <w:rFonts w:ascii="Times New Roman" w:hAnsi="Times New Roman" w:eastAsia="宋体"/>
          <w:b w:val="0"/>
          <w:sz w:val="24"/>
        </w:rPr>
        <w:t>1. 复试时间：10月13日-10月15日。</w:t>
      </w:r>
    </w:p>
    <w:p>
      <w:pPr>
        <w:spacing w:after="80" w:lineRule="auto" w:line="360"/>
        <w:ind w:firstLine="482"/>
        <w:jc w:val="both"/>
      </w:pPr>
      <w:r>
        <w:rPr>
          <w:rFonts w:ascii="Times New Roman" w:hAnsi="Times New Roman" w:eastAsia="宋体"/>
          <w:b w:val="0"/>
          <w:sz w:val="24"/>
        </w:rPr>
        <w:t>2. 复试安排（初步）：</w:t>
      </w:r>
    </w:p>
    <w:p>
      <w:pPr>
        <w:spacing w:after="80" w:lineRule="auto" w:line="360"/>
        <w:ind w:firstLine="482"/>
        <w:jc w:val="both"/>
      </w:pPr>
      <w:r>
        <w:rPr>
          <w:rFonts w:ascii="Times New Roman" w:hAnsi="Times New Roman" w:eastAsia="宋体"/>
          <w:b w:val="0"/>
          <w:sz w:val="24"/>
        </w:rPr>
        <w:t>①以上所有考核地点均在东直门医院（东城区海运仓5号）；</w:t>
      </w:r>
    </w:p>
    <w:p>
      <w:pPr>
        <w:spacing w:after="80" w:lineRule="auto" w:line="360"/>
        <w:ind w:firstLine="482"/>
        <w:jc w:val="both"/>
      </w:pPr>
      <w:r>
        <w:rPr>
          <w:rFonts w:ascii="Times New Roman" w:hAnsi="Times New Roman" w:eastAsia="宋体"/>
          <w:b w:val="0"/>
          <w:sz w:val="24"/>
        </w:rPr>
        <w:t>②具体安排以钉钉群通知及教学楼二层研究生公告栏张贴为准。</w:t>
      </w:r>
    </w:p>
    <w:p>
      <w:pPr>
        <w:spacing w:before="160" w:after="80" w:lineRule="auto" w:line="360"/>
        <w:jc w:val="left"/>
      </w:pPr>
      <w:r>
        <w:rPr>
          <w:rFonts w:ascii="Times New Roman" w:hAnsi="Times New Roman" w:eastAsia="宋体"/>
          <w:b/>
          <w:sz w:val="28"/>
        </w:rPr>
        <w:t>四、复试内容及复试办法</w:t>
      </w:r>
    </w:p>
    <w:p>
      <w:pPr>
        <w:spacing w:after="80" w:lineRule="auto" w:line="360"/>
        <w:ind w:firstLine="482"/>
        <w:jc w:val="both"/>
      </w:pPr>
      <w:r>
        <w:rPr>
          <w:rFonts w:ascii="Times New Roman" w:hAnsi="Times New Roman" w:eastAsia="宋体"/>
          <w:b w:val="0"/>
          <w:sz w:val="24"/>
        </w:rPr>
        <w:t>1. 复试内容包括：资格及基本素质审核、笔试、临床技能考核、综合能力面试（含外语口试）。笔试采取百分制，考试时间2个小时，主要考察专业课水平。临床技能考核主要考察考生的临床基本技能。综合面试主要考查考生的专业知识能力、综合素质及外语听说能力，其中，学术型研究生侧重专业知识基础、动手能力、创新能力的考察，专业学位类型研究生侧重考核发现问题、解决问题的能力，特别是职业素质及实践能力的考核。每位考生临床技能考核和综合面试共计考核时长不少于20分钟。</w:t>
      </w:r>
    </w:p>
    <w:p>
      <w:pPr>
        <w:spacing w:after="80" w:lineRule="auto" w:line="360"/>
        <w:ind w:firstLine="482"/>
        <w:jc w:val="both"/>
      </w:pPr>
      <w:r>
        <w:rPr>
          <w:rFonts w:ascii="Times New Roman" w:hAnsi="Times New Roman" w:eastAsia="宋体"/>
          <w:b w:val="0"/>
          <w:sz w:val="24"/>
        </w:rPr>
        <w:t>2. 复试办法：复试成绩（100分制）= 专业课成绩（50%）+临床技能考核（10%）+综合能力考核（40%）（含外语口试）。根据大学下达各专业名额数按成绩由高分到低分录取。复试不及格即低于60分者不予录取。</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请各位参加复试的考生务必于10月11日4:00前将汇报（3分钟）发送至 dongzhimen2018@163.com，邮件名及文件名均命名为“复试专业+姓名”。</w:t>
      </w:r>
    </w:p>
    <w:p>
      <w:pPr>
        <w:spacing w:after="80" w:lineRule="auto" w:line="360"/>
        <w:ind w:firstLine="482"/>
        <w:jc w:val="both"/>
      </w:pPr>
      <w:r>
        <w:rPr>
          <w:rFonts w:ascii="Times New Roman" w:hAnsi="Times New Roman" w:eastAsia="宋体"/>
          <w:b w:val="0"/>
          <w:sz w:val="24"/>
        </w:rPr>
        <w:t>2. “报考专业+姓名”，例：中医内科学张三。</w:t>
      </w:r>
    </w:p>
    <w:p>
      <w:pPr>
        <w:spacing w:before="160" w:after="80" w:lineRule="auto" w:line="360"/>
        <w:jc w:val="left"/>
      </w:pPr>
      <w:r>
        <w:rPr>
          <w:rFonts w:ascii="Times New Roman" w:hAnsi="Times New Roman" w:eastAsia="宋体"/>
          <w:b/>
          <w:sz w:val="28"/>
        </w:rPr>
        <w:t>六、考生查询复试成绩的网址或公示的具体地点位置</w:t>
      </w:r>
    </w:p>
    <w:p>
      <w:pPr>
        <w:spacing w:after="80" w:lineRule="auto" w:line="360"/>
        <w:ind w:firstLine="482"/>
        <w:jc w:val="both"/>
      </w:pPr>
      <w:r>
        <w:rPr>
          <w:rFonts w:ascii="Times New Roman" w:hAnsi="Times New Roman" w:eastAsia="宋体"/>
          <w:b w:val="0"/>
          <w:sz w:val="24"/>
        </w:rPr>
        <w:t>复试总成绩及拟录取名单在我院教学楼二层研究生公告栏进行公示。</w:t>
      </w:r>
    </w:p>
    <w:p>
      <w:pPr>
        <w:spacing w:after="80" w:lineRule="auto" w:line="360"/>
        <w:ind w:firstLine="482"/>
        <w:jc w:val="both"/>
      </w:pPr>
      <w:r>
        <w:rPr>
          <w:rFonts w:ascii="Times New Roman" w:hAnsi="Times New Roman" w:eastAsia="宋体"/>
          <w:b w:val="0"/>
          <w:sz w:val="24"/>
        </w:rPr>
        <w:t>北京市东城区海运仓5号</w:t>
      </w:r>
    </w:p>
    <w:p>
      <w:pPr>
        <w:spacing w:after="80" w:lineRule="auto" w:line="360"/>
        <w:ind w:firstLine="482"/>
        <w:jc w:val="both"/>
      </w:pPr>
      <w:r>
        <w:rPr>
          <w:rFonts w:ascii="Times New Roman" w:hAnsi="Times New Roman" w:eastAsia="宋体"/>
          <w:b w:val="0"/>
          <w:sz w:val="24"/>
        </w:rPr>
        <w:t>临床医学院（东直门医院）</w:t>
      </w:r>
    </w:p>
    <w:p>
      <w:pPr>
        <w:spacing w:after="80" w:lineRule="auto" w:line="360"/>
        <w:ind w:firstLine="482"/>
        <w:jc w:val="both"/>
      </w:pPr>
      <w:r>
        <w:rPr>
          <w:rFonts w:ascii="Times New Roman" w:hAnsi="Times New Roman" w:eastAsia="宋体"/>
          <w:b w:val="0"/>
          <w:sz w:val="24"/>
        </w:rPr>
        <w:t>教育处研究生办公室</w:t>
      </w:r>
    </w:p>
    <w:p>
      <w:pPr>
        <w:spacing w:after="80" w:lineRule="auto" w:line="360"/>
        <w:ind w:firstLine="482"/>
        <w:jc w:val="both"/>
      </w:pPr>
      <w:r>
        <w:rPr>
          <w:rFonts w:ascii="Times New Roman" w:hAnsi="Times New Roman" w:eastAsia="宋体"/>
          <w:b w:val="0"/>
          <w:sz w:val="24"/>
        </w:rPr>
        <w:t>2025年9月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