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中山大学管理学院2026年接收优秀应届本科毕业生预推荐免试攻读研究生复试名单（学术型硕士生、直博生）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名单人数：本网页为复试名单通知页，未公示具体名单人数及分专业明细。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涵盖专业：学术型硕士生、直博生。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排名/评分方式：原文未公示。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公示期：原文未公示。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其他重要说明：本页为复试名单通知，附有复试日程安排、诚信复试承诺书及考场指引图等附件，具体名单内容需查看附件。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