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公共卫生学院2026年接收推荐免试研究生预报名工作的通知-南昌大学公共卫生学院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一、接收专业及报名流程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（一）接收专业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是否招收直博生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临床检验诊断学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公共卫生与预防医学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