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候考室地点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专业代码：090800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专业名称：水产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候考室地点：腾讯会议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复试考核项目：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1. 专业课知识考核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2. 英语听力与口语考核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 xml:space="preserve">   3. 综合素质与能力考核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复试时间：9月25日 14:30-15:20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复试地点：腾讯会议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二、复试信息表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候考室地点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复试考核项目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复试时间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复试地点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090800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水产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腾讯会议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1. 专业课知识考核、2. 英语听力与口语考核、3. 综合素质与能力考核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9月25日 14:30-15:20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腾讯会议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