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药学院推荐2026届优秀应届本科毕业生免试 攻读硕士学位研究生工作实施方案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﻿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网站首页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学院概况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学院简介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学院领导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院徽院训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人才培养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研究生培养方案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本科生培养方案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师资队伍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药理教研室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药剂教研室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药化教研室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药物分析教研室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生药学教研室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微生物与生化药学教研室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学生工作办公室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综合办公室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科学研究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科研平台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科研成果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党建工作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机构设置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党建活动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学团工作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学生管理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资助贷款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风采展示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招生就业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研究生招生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本科生招生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就业创业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联系我们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首页栏目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新闻动态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通知公告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您的当前位置: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网站首页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首页栏目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通知公告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正文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药学院推荐2026届优秀应届本科毕业生免试 攻读硕士学位研究生工作实施方案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药学院推荐2026届优秀应届本科毕业生免试 攻读硕士学位研究生工作实施方案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附件【附件1：北华大学推荐免试攻读硕士研究生素质加分参考标准(1).pdf】已下载 次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附件【附件2：北华大学大学推荐免试攻读硕士学位研究生资格申请表(1).doc】已下载 次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附件【北华大学药学院推荐2026届优秀应届本科毕业生免试攻读硕士学位研究生工作实施方案(1).pdf】已下载 次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上一篇：药学院2026届毕业生（三学年）平均学分绩点排名公示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下一篇：2024级“优秀学生”转专业转入学院考核结果（药学院）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北华大学药学院 版权所有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地址：吉林省吉林市滨江东路3999号 邮编：132013</w:t>
            </w:r>
          </w:p>
        </w:tc>
      </w:tr>
    </w:tbl>
    <w:p/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