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沈阳化工大学机械与动力工程学院2026年能源装备与智能制造优秀大学生夏令营通知+夏令营通知</w:t>
      </w:r>
    </w:p>
    <w:p>
      <w:pPr>
        <w:ind w:firstLine="480"/>
      </w:pPr>
      <w:r>
        <w:t>图片专题</w:t>
      </w:r>
    </w:p>
    <w:p>
      <w:pPr>
        <w:ind w:firstLine="480"/>
      </w:pPr>
      <w:r>
        <w:t>机械与动力工程学院能源与动力工程专业接受工程教育认证专家入校考查</w:t>
      </w:r>
    </w:p>
    <w:p>
      <w:pPr>
        <w:ind w:firstLine="480"/>
      </w:pPr>
      <w:r>
        <w:t>机械与动力工程学院“书香润心，匠心育人”系列读书活动第一期顺利启动</w:t>
      </w:r>
    </w:p>
    <w:p>
      <w:pPr>
        <w:ind w:firstLine="480"/>
      </w:pPr>
      <w:r>
        <w:t>机械与动力工程学院举办2026年教师荣休座谈会</w:t>
      </w:r>
    </w:p>
    <w:p>
      <w:pPr>
        <w:ind w:firstLine="480"/>
      </w:pPr>
      <w:r>
        <w:t>机械与动力工程学院召开动力工程及工程热物理博士点申报专班成立暨启动会</w:t>
      </w:r>
    </w:p>
    <w:p>
      <w:pPr>
        <w:ind w:firstLine="480"/>
      </w:pPr>
      <w:r>
        <w:t>聚焦专业认证标准 夯实人才培养根基</w:t>
      </w:r>
    </w:p>
    <w:p>
      <w:pPr>
        <w:ind w:firstLine="480"/>
      </w:pPr>
      <w:r>
        <w:t>学院新闻</w:t>
      </w:r>
    </w:p>
    <w:p>
      <w:pPr>
        <w:ind w:firstLine="480"/>
      </w:pPr>
      <w:r>
        <w:t>暖心九月 致敬师者——机动分工会开展“秋...</w:t>
      </w:r>
    </w:p>
    <w:p>
      <w:pPr>
        <w:ind w:firstLine="480"/>
      </w:pPr>
      <w:r>
        <w:t>我院教师在东北地区动力工程及工程热物理...</w:t>
      </w:r>
    </w:p>
    <w:p>
      <w:pPr>
        <w:ind w:firstLine="480"/>
      </w:pPr>
      <w:r>
        <w:t>机械与动力工程学院2026年度“雏英班”系...</w:t>
      </w:r>
    </w:p>
    <w:p>
      <w:pPr>
        <w:ind w:firstLine="480"/>
      </w:pPr>
      <w:r>
        <w:t>机械与动力工程学院能源与动力工程专业接...</w:t>
      </w:r>
    </w:p>
    <w:p>
      <w:pPr>
        <w:ind w:firstLine="480"/>
      </w:pPr>
      <w:r>
        <w:t>机械与动力工程学院“书香润心，匠心育人...</w:t>
      </w:r>
    </w:p>
    <w:p>
      <w:pPr>
        <w:ind w:firstLine="480"/>
      </w:pPr>
      <w:r>
        <w:t>机械与动力工程学院开展“清风驱动初心，...</w:t>
      </w:r>
    </w:p>
    <w:p>
      <w:pPr>
        <w:ind w:firstLine="480"/>
      </w:pPr>
      <w:r>
        <w:t>机械与动力工程学院举办2026年教师荣休座...</w:t>
      </w:r>
    </w:p>
    <w:p>
      <w:pPr>
        <w:ind w:firstLine="480"/>
      </w:pPr>
      <w:r>
        <w:t>械逅青春 动力启航——机械与动力工程学院...</w:t>
      </w:r>
    </w:p>
    <w:p>
      <w:pPr>
        <w:ind w:firstLine="480"/>
      </w:pPr>
      <w:r>
        <w:t>机械与动力工程学院举办推荐免试攻读研究...</w:t>
      </w:r>
    </w:p>
    <w:p>
      <w:pPr>
        <w:ind w:firstLine="480"/>
      </w:pPr>
      <w:r>
        <w:t>机械与动力工程学院开展师德师风专题教育活动</w:t>
      </w:r>
    </w:p>
    <w:p>
      <w:pPr>
        <w:ind w:firstLine="480"/>
      </w:pPr>
      <w:r>
        <w:t>通知公告</w:t>
      </w:r>
    </w:p>
    <w:p>
      <w:pPr>
        <w:ind w:firstLine="480"/>
      </w:pPr>
      <w:r>
        <w:t>机械与动力工程学院2026年研究生国...</w:t>
      </w:r>
    </w:p>
    <w:p>
      <w:pPr>
        <w:ind w:firstLine="480"/>
      </w:pPr>
      <w:r>
        <w:t>机械与动力工程学院2027年推荐优秀...</w:t>
      </w:r>
    </w:p>
    <w:p>
      <w:pPr>
        <w:ind w:firstLine="480"/>
      </w:pPr>
      <w:r>
        <w:t>机械与动力工程学院2026年本科生转...</w:t>
      </w:r>
    </w:p>
    <w:p>
      <w:pPr>
        <w:ind w:firstLine="480"/>
      </w:pPr>
      <w:r>
        <w:t>研究生教育发展质量年度报告（2025...</w:t>
      </w:r>
    </w:p>
    <w:p>
      <w:pPr>
        <w:ind w:firstLine="480"/>
      </w:pPr>
      <w:r>
        <w:t>研究生2026届辽宁省优秀毕业生表扬...</w:t>
      </w:r>
    </w:p>
    <w:p>
      <w:pPr>
        <w:ind w:firstLine="480"/>
      </w:pPr>
      <w:r>
        <w:t>“一站式”学生社区动态</w:t>
      </w:r>
    </w:p>
    <w:p>
      <w:pPr>
        <w:ind w:firstLine="480"/>
      </w:pPr>
      <w:r>
        <w:t>机械与动力工程学院召开新学期学...</w:t>
      </w:r>
    </w:p>
    <w:p>
      <w:pPr>
        <w:ind w:firstLine="480"/>
      </w:pPr>
      <w:r>
        <w:t>09/15</w:t>
      </w:r>
    </w:p>
    <w:p>
      <w:pPr>
        <w:ind w:firstLine="480"/>
      </w:pPr>
      <w:r>
        <w:t>书香机动|机械与动力工程学院举办...</w:t>
      </w:r>
    </w:p>
    <w:p>
      <w:pPr>
        <w:ind w:firstLine="480"/>
      </w:pPr>
      <w:r>
        <w:t>06/03</w:t>
      </w:r>
    </w:p>
    <w:p>
      <w:pPr>
        <w:ind w:firstLine="480"/>
      </w:pPr>
      <w:r>
        <w:t>05/25</w:t>
      </w:r>
    </w:p>
    <w:p>
      <w:pPr>
        <w:ind w:firstLine="480"/>
      </w:pPr>
      <w:r>
        <w:t>书香机动|以书润心强素质 书香铸...</w:t>
      </w:r>
    </w:p>
    <w:p>
      <w:pPr>
        <w:ind w:firstLine="480"/>
      </w:pPr>
      <w:r>
        <w:t>05/24</w:t>
      </w:r>
    </w:p>
    <w:p>
      <w:pPr>
        <w:ind w:firstLine="480"/>
      </w:pPr>
      <w:r>
        <w:t>机械与动力工程学院举办第一届“...</w:t>
      </w:r>
    </w:p>
    <w:p>
      <w:pPr>
        <w:ind w:firstLine="480"/>
      </w:pPr>
      <w:r>
        <w:t>05/18</w:t>
      </w:r>
    </w:p>
    <w:p>
      <w:pPr>
        <w:ind w:firstLine="480"/>
      </w:pPr>
      <w:r>
        <w:t>机械与动力工程学院举办“‘机’...</w:t>
      </w:r>
    </w:p>
    <w:p>
      <w:pPr>
        <w:ind w:firstLine="480"/>
      </w:pPr>
      <w:r>
        <w:t>03/04</w:t>
      </w:r>
    </w:p>
    <w:p>
      <w:pPr>
        <w:ind w:firstLine="480"/>
      </w:pPr>
      <w:r>
        <w:t>沈阳科技学院机械工程学院赴我校...</w:t>
      </w:r>
    </w:p>
    <w:p>
      <w:pPr>
        <w:ind w:firstLine="480"/>
      </w:pPr>
      <w:r>
        <w:t>11/28</w:t>
      </w:r>
    </w:p>
    <w:p>
      <w:pPr>
        <w:ind w:firstLine="480"/>
      </w:pPr>
      <w:r>
        <w:t>师生风采</w:t>
      </w:r>
    </w:p>
    <w:p>
      <w:pPr>
        <w:ind w:firstLine="480"/>
      </w:pPr>
      <w:r>
        <w:t>躬耕笃行基础课 薪火相传绘蓝图--沈阳化工大学首届“新阳教育教学奖”获奖者张静老师事迹介绍</w:t>
      </w:r>
    </w:p>
    <w:p>
      <w:pPr>
        <w:ind w:firstLine="480"/>
      </w:pPr>
      <w:r>
        <w:t>张静教授是机械与动力工程学院一名普通...</w:t>
      </w:r>
    </w:p>
    <w:p>
      <w:pPr>
        <w:ind w:firstLine="480"/>
      </w:pPr>
      <w:r>
        <w:t>【详细】</w:t>
      </w:r>
    </w:p>
    <w:p>
      <w:pPr>
        <w:ind w:firstLine="480"/>
      </w:pPr>
      <w:r>
        <w:t>辽宁省第三届职业规划大赛金奖获得者|耿帅：以笃行铸根基 向深蓝赴LNG能源之约</w:t>
      </w:r>
    </w:p>
    <w:p>
      <w:pPr>
        <w:ind w:firstLine="480"/>
      </w:pPr>
      <w:r>
        <w:t>https://www.syuct.edu.cn/info/1047/73...</w:t>
      </w:r>
    </w:p>
    <w:p>
      <w:pPr>
        <w:ind w:firstLine="480"/>
      </w:pPr>
      <w:r>
        <w:t>MORE&gt;&gt;</w:t>
      </w:r>
    </w:p>
    <w:p>
      <w:pPr>
        <w:ind w:firstLine="480"/>
      </w:pPr>
      <w:r>
        <w:t>招生就业</w:t>
      </w:r>
    </w:p>
    <w:p>
      <w:pPr>
        <w:ind w:firstLine="480"/>
      </w:pPr>
      <w:r>
        <w:t>机械与动力工程学院赴盘锦访企拓岗</w:t>
      </w:r>
    </w:p>
    <w:p>
      <w:pPr>
        <w:ind w:firstLine="480"/>
      </w:pPr>
      <w:r>
        <w:t>机械与动力工程学院举办访企拓岗促就业专项会议</w:t>
      </w:r>
    </w:p>
    <w:p>
      <w:pPr>
        <w:ind w:firstLine="480"/>
      </w:pPr>
      <w:r>
        <w:t>机械与动力工程学院赴日出东方西藏部阿康清洁能源有限公司访企拓岗</w:t>
      </w:r>
    </w:p>
    <w:p>
      <w:pPr>
        <w:ind w:firstLine="480"/>
      </w:pPr>
      <w:r>
        <w:t>机械与动力工程学院赴沈阳华晨宝马访企拓岗</w:t>
      </w:r>
    </w:p>
    <w:p>
      <w:pPr>
        <w:ind w:firstLine="480"/>
      </w:pPr>
      <w:r>
        <w:t>专业介绍</w:t>
      </w:r>
    </w:p>
    <w:p>
      <w:pPr>
        <w:ind w:firstLine="480"/>
      </w:pPr>
      <w:r>
        <w:t>能源与动力工程专业介绍</w:t>
      </w:r>
    </w:p>
    <w:p>
      <w:pPr>
        <w:ind w:firstLine="480"/>
      </w:pPr>
      <w:r>
        <w:t>04/08</w:t>
      </w:r>
    </w:p>
    <w:p>
      <w:pPr>
        <w:ind w:firstLine="480"/>
      </w:pPr>
      <w:r>
        <w:t>机械设计制造及其自动...</w:t>
      </w:r>
    </w:p>
    <w:p>
      <w:pPr>
        <w:ind w:firstLine="480"/>
      </w:pPr>
      <w:r>
        <w:t>过程装备与控制工程专...</w:t>
      </w:r>
    </w:p>
    <w:p>
      <w:pPr>
        <w:ind w:firstLine="480"/>
      </w:pPr>
      <w:r>
        <w:t>油气储运工程专业介绍</w:t>
      </w:r>
    </w:p>
    <w:p>
      <w:pPr>
        <w:ind w:firstLine="480"/>
      </w:pPr>
      <w:r>
        <w:t>研究生教学</w:t>
      </w:r>
    </w:p>
    <w:p>
      <w:pPr>
        <w:ind w:firstLine="480"/>
      </w:pPr>
      <w:r>
        <w:t>2024机械工程学术学位授权点建设年...</w:t>
      </w:r>
    </w:p>
    <w:p>
      <w:pPr>
        <w:ind w:firstLine="480"/>
      </w:pPr>
      <w:r>
        <w:t>01/06</w:t>
      </w:r>
    </w:p>
    <w:p>
      <w:pPr>
        <w:ind w:firstLine="480"/>
      </w:pPr>
      <w:r>
        <w:t>2024动力工程及工程热物理学术学位...</w:t>
      </w:r>
    </w:p>
    <w:p>
      <w:pPr>
        <w:ind w:firstLine="480"/>
      </w:pPr>
      <w:r>
        <w:t>2023机械工程学术学位授权点建设年...</w:t>
      </w:r>
    </w:p>
    <w:p>
      <w:pPr>
        <w:ind w:firstLine="480"/>
      </w:pPr>
      <w:r>
        <w:t>2023动力工程及工程热物理学术学位...</w:t>
      </w:r>
    </w:p>
    <w:p>
      <w:pPr>
        <w:ind w:firstLine="480"/>
      </w:pPr>
      <w:r>
        <w:t>2022机械工程学术学位授权点建设年...</w:t>
      </w:r>
    </w:p>
    <w:p>
      <w:pPr>
        <w:ind w:firstLine="480"/>
      </w:pPr>
      <w:r>
        <w:t>2022动力工程及工程热物理学术学位...</w:t>
      </w:r>
    </w:p>
    <w:p>
      <w:pPr>
        <w:ind w:firstLine="480"/>
      </w:pPr>
      <w:r>
        <w:t>本科教学</w:t>
      </w:r>
    </w:p>
    <w:p>
      <w:pPr>
        <w:ind w:firstLine="480"/>
      </w:pPr>
      <w:r>
        <w:t>本科教学成果展：立德树人铸根基，创新驱动育英才</w:t>
      </w:r>
    </w:p>
    <w:p>
      <w:pPr>
        <w:ind w:firstLine="480"/>
      </w:pPr>
      <w:r>
        <w:t>​https://www.syuct.edu.cn/info/1047/...</w:t>
      </w:r>
    </w:p>
    <w:p>
      <w:pPr>
        <w:ind w:firstLine="480"/>
      </w:pPr>
      <w:r>
        <w:t>机械与动力工程学院举办教育教学研讨活动</w:t>
      </w:r>
    </w:p>
    <w:p>
      <w:pPr>
        <w:ind w:firstLine="480"/>
      </w:pPr>
      <w:r>
        <w:t>《学业预警平台操作指南》</w:t>
      </w:r>
    </w:p>
    <w:p>
      <w:pPr>
        <w:ind w:firstLine="480"/>
      </w:pPr>
      <w:r>
        <w:t>沈阳化工大学2020-2021学年度第一学期校历（修订版）</w:t>
      </w:r>
    </w:p>
    <w:p>
      <w:pPr>
        <w:ind w:firstLine="480"/>
      </w:pPr>
      <w:r>
        <w:t>关于2019-2020学年第二学期重修报名工作的通知</w:t>
      </w:r>
    </w:p>
    <w:p>
      <w:pPr>
        <w:ind w:firstLine="480"/>
      </w:pPr>
      <w:r>
        <w:t>更多+</w:t>
      </w:r>
    </w:p>
    <w:p>
      <w:pPr>
        <w:ind w:firstLine="480"/>
      </w:pPr>
      <w:r>
        <w:t>学院风采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