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哈尔滨体育学院2026 届推免生拟推荐名单汇总表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哈尔滨体育学院2026届推免生拟推荐名单汇总表，共拟推荐23人，涉及冬季奥林匹克学院、体育教育学院、运动训练学院、运动科学与健康学院、体育人文与社会学院、民族传统体育学院、体育艺术学院共7个学院，涵盖冰雪运动、运动训练（冰雪方向）、体育教育、运动训练、运动人体科学、运动康复、社会体育指导与管理、体育经济与管理、英语、新闻学、武术与民族传统体育、舞蹈表演等专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发布日期（推定）：2025年9月8日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一、拟推荐名单明细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专业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学号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冬季奥林匹克学院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冰雪运动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李晓壮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22050309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冬季奥林匹克学院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冰雪运动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李皓月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22050109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冬季奥林匹克学院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冰雪运动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22050432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冬季奥林匹克学院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冰雪运动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李严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22050111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冬季奥林匹克学院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运动训练（冰雪方向）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孟天宇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22050724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蔡炳杰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20010501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冷晓晓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22010108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崔瑞恒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22010303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朱晋祺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22010438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体育教育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朱丹丹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22010136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运动训练学院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运动训练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李颖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22040317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运动科学与健康学院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运动人体科学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杨梓娜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22020124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运动科学与健康学院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运动康复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杨祐辰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22020326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运动科学与健康学院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运动康复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吴姝晓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22020223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体育人文与社会学院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陈良灏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22030102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体育人文与社会学院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社会体育指导与管理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唐子豪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22030117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体育人文与社会学院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体育经济与管理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马欣瑶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22030212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体育人文与社会学院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英语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卢佳怡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22030315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体育人文与社会学院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新闻学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李亦纯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22030409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民族传统体育学院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武术与民族传统体育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张阿秋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22040235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民族传统体育学院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武术与民族传统体育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吴天庆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22040227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舞蹈表演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欧阳语谦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22060121</w:t>
            </w:r>
          </w:p>
        </w:tc>
      </w:tr>
      <w:tr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体育艺术学院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舞蹈表演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郑奕佳</w:t>
            </w:r>
          </w:p>
        </w:tc>
        <w:tc>
          <w:tcPr>
            <w:tcW w:type="dxa" w:w="1727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22060137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二、学院及专业分布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冬季奥林匹克学院：5人，其中冰雪运动4人（李晓壮、李皓月、赵鹏、李严），运动训练（冰雪方向）1人（孟天宇）。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体育教育学院：5人，均为体育教育专业（蔡炳杰、冷晓晓、崔瑞恒、朱晋祺、朱丹丹）。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运动训练学院：1人，运动训练专业（李颖）。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运动科学与健康学院：3人，其中运动人体科学1人（杨梓娜），运动康复2人（杨祐辰、吴姝晓）。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体育人文与社会学院：5人，其中社会体育指导与管理2人（陈良灏、唐子豪），体育经济与管理1人（马欣瑶），英语1人（卢佳怡），新闻学1人（李亦纯）。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民族传统体育学院：2人，均为武术与民族传统体育专业（张阿秋、吴天庆）。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体育艺术学院：2人，均为舞蹈表演专业（欧阳语谦、郑奕佳）。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本表为哈尔滨体育学院2026届推免生拟推荐名单汇总表，共23人。原始内容未包含排名或评分方式、公示期等信息。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