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机械与动力学院接收2026级硕士免试生复试录取工作实施细则</w:t>
      </w:r>
    </w:p>
    <w:p>
      <w:pPr>
        <w:spacing w:after="80" w:line="360" w:lineRule="auto"/>
        <w:ind w:firstLine="482"/>
        <w:jc w:val="both"/>
      </w:pPr>
      <w:r>
        <w:rPr>
          <w:rFonts w:ascii="Times New Roman" w:hAnsi="Times New Roman" w:eastAsia="宋体"/>
          <w:sz w:val="24"/>
        </w:rPr>
        <w:t>根据教育部有关推免工作的文件精神，我院2026年通过推荐免试方式招收优秀应届本科毕业生攻读硕士研究生。现将接收推免生复试录取工作安排如下：</w:t>
      </w:r>
    </w:p>
    <w:p>
      <w:pPr>
        <w:spacing w:before="160" w:after="80" w:line="360" w:lineRule="auto"/>
      </w:pPr>
      <w:r>
        <w:rPr>
          <w:rFonts w:ascii="Times New Roman" w:hAnsi="Times New Roman" w:eastAsia="宋体"/>
          <w:b/>
          <w:sz w:val="28"/>
        </w:rPr>
        <w:t>一、组织机构与职责</w:t>
      </w:r>
    </w:p>
    <w:p>
      <w:pPr>
        <w:spacing w:after="80" w:line="360" w:lineRule="auto"/>
        <w:ind w:firstLine="482"/>
        <w:jc w:val="both"/>
      </w:pPr>
      <w:r>
        <w:rPr>
          <w:rFonts w:ascii="Times New Roman" w:hAnsi="Times New Roman" w:eastAsia="宋体"/>
          <w:sz w:val="24"/>
        </w:rPr>
        <w:t>学院成立由学院相关领导担任组长、各招生学科带头人担任成员的学院复试录取工作领导小组，负责对本学院研究生复试和录取工作。制定本学院复试实施细则（含直博生考核录取办法），组织考生复试，并根据复试专家小组意见确定拟录取名单；负责对复试专家小组成员进行全面培训，确保复试严格按照要求进行，保证复试质量。学院复试录取工作领导小组下设督查组、资格审核组、复试专家小组。工作内容及职责如下：</w:t>
      </w:r>
    </w:p>
    <w:p>
      <w:pPr>
        <w:spacing w:after="80" w:line="360" w:lineRule="auto"/>
        <w:ind w:firstLine="482"/>
        <w:jc w:val="both"/>
      </w:pPr>
      <w:r>
        <w:rPr>
          <w:rFonts w:ascii="Times New Roman" w:hAnsi="Times New Roman" w:eastAsia="宋体"/>
          <w:sz w:val="24"/>
        </w:rPr>
        <w:t>(一)督查组</w:t>
      </w:r>
    </w:p>
    <w:p>
      <w:pPr>
        <w:spacing w:after="80" w:line="360" w:lineRule="auto"/>
        <w:ind w:firstLine="482"/>
        <w:jc w:val="both"/>
      </w:pPr>
      <w:r>
        <w:rPr>
          <w:rFonts w:ascii="Times New Roman" w:hAnsi="Times New Roman" w:eastAsia="宋体"/>
          <w:sz w:val="24"/>
        </w:rPr>
        <w:t>负责对本学院研究生复试录取工作进行全程监督检查；受理有关投诉和申诉，及时调查并给予回复。</w:t>
      </w:r>
    </w:p>
    <w:p>
      <w:pPr>
        <w:spacing w:after="80" w:line="360" w:lineRule="auto"/>
        <w:ind w:firstLine="482"/>
        <w:jc w:val="both"/>
      </w:pPr>
      <w:r>
        <w:rPr>
          <w:rFonts w:ascii="Times New Roman" w:hAnsi="Times New Roman" w:eastAsia="宋体"/>
          <w:sz w:val="24"/>
        </w:rPr>
        <w:t>(二)资格审核组</w:t>
      </w:r>
    </w:p>
    <w:p>
      <w:pPr>
        <w:spacing w:after="80" w:line="360" w:lineRule="auto"/>
        <w:ind w:firstLine="482"/>
        <w:jc w:val="both"/>
      </w:pPr>
      <w:r>
        <w:rPr>
          <w:rFonts w:ascii="Times New Roman" w:hAnsi="Times New Roman" w:eastAsia="宋体"/>
          <w:sz w:val="24"/>
        </w:rPr>
        <w:t>资格审核小组通过教育部“学信网”核实学籍,对参加复试的考生逐一进行严格的资格审核身份。</w:t>
      </w:r>
    </w:p>
    <w:p>
      <w:pPr>
        <w:spacing w:after="80" w:line="360" w:lineRule="auto"/>
        <w:ind w:firstLine="482"/>
        <w:jc w:val="both"/>
      </w:pPr>
      <w:r>
        <w:rPr>
          <w:rFonts w:ascii="Times New Roman" w:hAnsi="Times New Roman" w:eastAsia="宋体"/>
          <w:sz w:val="24"/>
        </w:rPr>
        <w:t>(三)复试专家小组</w:t>
      </w:r>
    </w:p>
    <w:p>
      <w:pPr>
        <w:spacing w:after="80" w:line="360" w:lineRule="auto"/>
        <w:ind w:firstLine="482"/>
        <w:jc w:val="both"/>
      </w:pPr>
      <w:r>
        <w:rPr>
          <w:rFonts w:ascii="Times New Roman" w:hAnsi="Times New Roman" w:eastAsia="宋体"/>
          <w:sz w:val="24"/>
        </w:rPr>
        <w:t>复试专家小组在学院推免生复试录取工作领导小组的领导下开展工作，根据本学院制定的复试实施细则对考生进行复试，确定复试结果。</w:t>
      </w:r>
    </w:p>
    <w:p>
      <w:pPr>
        <w:spacing w:before="160" w:after="80" w:line="360" w:lineRule="auto"/>
      </w:pPr>
      <w:r>
        <w:rPr>
          <w:rFonts w:ascii="Times New Roman" w:hAnsi="Times New Roman" w:eastAsia="宋体"/>
          <w:b/>
          <w:sz w:val="28"/>
        </w:rPr>
        <w:t>二、推免服务系统操作流程</w:t>
      </w:r>
    </w:p>
    <w:p>
      <w:pPr>
        <w:spacing w:after="80" w:line="360" w:lineRule="auto"/>
        <w:ind w:firstLine="482"/>
        <w:jc w:val="both"/>
      </w:pPr>
      <w:r>
        <w:rPr>
          <w:rFonts w:ascii="Times New Roman" w:hAnsi="Times New Roman" w:eastAsia="宋体"/>
          <w:sz w:val="24"/>
        </w:rPr>
        <w:t>（一）取得推免生资格的考生登录中国研究生招生信息网推免服务系统，在规定时间内注册、查询招生单位推免生章程和专业目录，填报志愿。</w:t>
      </w:r>
    </w:p>
    <w:p>
      <w:pPr>
        <w:spacing w:after="80" w:line="360" w:lineRule="auto"/>
        <w:ind w:firstLine="482"/>
        <w:jc w:val="both"/>
      </w:pPr>
      <w:r>
        <w:rPr>
          <w:rFonts w:ascii="Times New Roman" w:hAnsi="Times New Roman" w:eastAsia="宋体"/>
          <w:sz w:val="24"/>
        </w:rPr>
        <w:t>（二）学院根据本院接收计划，发送复试通知，推免生确认复试通知。</w:t>
      </w:r>
    </w:p>
    <w:p>
      <w:pPr>
        <w:spacing w:after="80" w:line="360" w:lineRule="auto"/>
        <w:ind w:firstLine="482"/>
        <w:jc w:val="both"/>
      </w:pPr>
      <w:r>
        <w:rPr>
          <w:rFonts w:ascii="Times New Roman" w:hAnsi="Times New Roman" w:eastAsia="宋体"/>
          <w:sz w:val="24"/>
        </w:rPr>
        <w:t>（三）复试结束后，学院根据本院拟接收名单向推免生发拟录取通知，推免生确认拟录取通知。</w:t>
      </w:r>
    </w:p>
    <w:p>
      <w:pPr>
        <w:spacing w:before="160" w:after="80" w:line="360" w:lineRule="auto"/>
      </w:pPr>
      <w:r>
        <w:rPr>
          <w:rFonts w:ascii="Times New Roman" w:hAnsi="Times New Roman" w:eastAsia="宋体"/>
          <w:b/>
          <w:sz w:val="28"/>
        </w:rPr>
        <w:t>三、复试</w:t>
      </w:r>
    </w:p>
    <w:p>
      <w:pPr>
        <w:spacing w:after="80" w:line="360" w:lineRule="auto"/>
        <w:ind w:firstLine="482"/>
        <w:jc w:val="both"/>
      </w:pPr>
      <w:r>
        <w:rPr>
          <w:rFonts w:ascii="Times New Roman" w:hAnsi="Times New Roman" w:eastAsia="宋体"/>
          <w:sz w:val="24"/>
        </w:rPr>
        <w:t>(一)复试要求</w:t>
      </w:r>
    </w:p>
    <w:p>
      <w:pPr>
        <w:spacing w:after="80" w:line="360" w:lineRule="auto"/>
        <w:ind w:firstLine="482"/>
        <w:jc w:val="both"/>
      </w:pPr>
      <w:r>
        <w:rPr>
          <w:rFonts w:ascii="Times New Roman" w:hAnsi="Times New Roman" w:eastAsia="宋体"/>
          <w:sz w:val="24"/>
        </w:rPr>
        <w:t>坚持按需招生、德智体全面衡量、择优录取、保证质量、宁缺毋滥的原则。</w:t>
      </w:r>
    </w:p>
    <w:p>
      <w:pPr>
        <w:spacing w:after="80" w:line="360" w:lineRule="auto"/>
        <w:ind w:firstLine="482"/>
        <w:jc w:val="both"/>
      </w:pPr>
      <w:r>
        <w:rPr>
          <w:rFonts w:ascii="Times New Roman" w:hAnsi="Times New Roman" w:eastAsia="宋体"/>
          <w:sz w:val="24"/>
        </w:rPr>
        <w:t>(二)复试方式和内容</w:t>
      </w:r>
    </w:p>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jc w:val="center"/>
            </w:pPr>
            <w:r>
              <w:rPr>
                <w:rFonts w:ascii="Times New Roman" w:hAnsi="Times New Roman" w:eastAsia="宋体"/>
                <w:sz w:val="21"/>
              </w:rPr>
              <w:t>姓名</w:t>
            </w:r>
          </w:p>
        </w:tc>
        <w:tc>
          <w:tcPr>
            <w:tcW w:type="dxa" w:w="863"/>
          </w:tcPr>
          <w:p>
            <w:pPr>
              <w:jc w:val="center"/>
            </w:pPr>
            <w:r>
              <w:rPr>
                <w:rFonts w:ascii="Times New Roman" w:hAnsi="Times New Roman" w:eastAsia="宋体"/>
                <w:sz w:val="21"/>
              </w:rPr>
              <w:t>学号</w:t>
            </w:r>
          </w:p>
        </w:tc>
        <w:tc>
          <w:tcPr>
            <w:tcW w:type="dxa" w:w="863"/>
          </w:tcPr>
          <w:p>
            <w:pPr>
              <w:jc w:val="center"/>
            </w:pPr>
            <w:r>
              <w:rPr>
                <w:rFonts w:ascii="Times New Roman" w:hAnsi="Times New Roman" w:eastAsia="宋体"/>
                <w:sz w:val="21"/>
              </w:rPr>
              <w:t>专业</w:t>
            </w:r>
          </w:p>
        </w:tc>
        <w:tc>
          <w:tcPr>
            <w:tcW w:type="dxa" w:w="863"/>
          </w:tcPr>
          <w:p>
            <w:pPr>
              <w:jc w:val="center"/>
            </w:pPr>
            <w:r>
              <w:rPr>
                <w:rFonts w:ascii="Times New Roman" w:hAnsi="Times New Roman" w:eastAsia="宋体"/>
                <w:sz w:val="21"/>
              </w:rPr>
              <w:t>专业排名</w:t>
            </w:r>
          </w:p>
        </w:tc>
        <w:tc>
          <w:tcPr>
            <w:tcW w:type="dxa" w:w="863"/>
          </w:tcPr>
          <w:p>
            <w:pPr>
              <w:jc w:val="center"/>
            </w:pPr>
            <w:r>
              <w:rPr>
                <w:rFonts w:ascii="Times New Roman" w:hAnsi="Times New Roman" w:eastAsia="宋体"/>
                <w:sz w:val="21"/>
              </w:rPr>
              <w:t>学分加权 平均成绩</w:t>
            </w:r>
          </w:p>
        </w:tc>
        <w:tc>
          <w:tcPr>
            <w:tcW w:type="dxa" w:w="863"/>
          </w:tcPr>
          <w:p>
            <w:pPr>
              <w:jc w:val="center"/>
            </w:pPr>
            <w:r>
              <w:rPr>
                <w:rFonts w:ascii="Times New Roman" w:hAnsi="Times New Roman" w:eastAsia="宋体"/>
                <w:sz w:val="21"/>
              </w:rPr>
              <w:t>奖励项目</w:t>
            </w:r>
          </w:p>
        </w:tc>
        <w:tc>
          <w:tcPr>
            <w:tcW w:type="dxa" w:w="863"/>
          </w:tcPr>
          <w:p>
            <w:pPr>
              <w:jc w:val="center"/>
            </w:pPr>
            <w:r>
              <w:rPr>
                <w:rFonts w:ascii="Times New Roman" w:hAnsi="Times New Roman" w:eastAsia="宋体"/>
                <w:sz w:val="21"/>
              </w:rPr>
              <w:t>奖励项目 得分</w:t>
            </w:r>
          </w:p>
        </w:tc>
        <w:tc>
          <w:tcPr>
            <w:tcW w:type="dxa" w:w="863"/>
          </w:tcPr>
          <w:p>
            <w:pPr>
              <w:jc w:val="center"/>
            </w:pPr>
            <w:r>
              <w:rPr>
                <w:rFonts w:ascii="Times New Roman" w:hAnsi="Times New Roman" w:eastAsia="宋体"/>
                <w:sz w:val="21"/>
              </w:rPr>
              <w:t>综合成绩 得分</w:t>
            </w:r>
          </w:p>
        </w:tc>
        <w:tc>
          <w:tcPr>
            <w:tcW w:type="dxa" w:w="863"/>
          </w:tcPr>
          <w:p>
            <w:pPr>
              <w:jc w:val="center"/>
            </w:pPr>
            <w:r>
              <w:rPr>
                <w:rFonts w:ascii="Times New Roman" w:hAnsi="Times New Roman" w:eastAsia="宋体"/>
                <w:sz w:val="21"/>
              </w:rPr>
              <w:t>学院推荐 排序</w:t>
            </w:r>
          </w:p>
        </w:tc>
        <w:tc>
          <w:tcPr>
            <w:tcW w:type="dxa" w:w="863"/>
          </w:tcPr>
          <w:p>
            <w:pPr>
              <w:jc w:val="center"/>
            </w:pPr>
            <w:r>
              <w:rPr>
                <w:rFonts w:ascii="Times New Roman" w:hAnsi="Times New Roman" w:eastAsia="宋体"/>
                <w:sz w:val="21"/>
              </w:rPr>
              <w:t>备注</w:t>
            </w:r>
          </w:p>
        </w:tc>
      </w:tr>
      <w:tr>
        <w:tc>
          <w:tcPr>
            <w:tcW w:type="dxa" w:w="863"/>
          </w:tcPr>
          <w:p>
            <w:pPr>
              <w:jc w:val="center"/>
            </w:pPr>
            <w:r>
              <w:rPr>
                <w:rFonts w:ascii="Times New Roman" w:hAnsi="Times New Roman" w:eastAsia="宋体"/>
                <w:sz w:val="21"/>
              </w:rPr>
              <w:t>范兴宇</w:t>
            </w:r>
          </w:p>
        </w:tc>
        <w:tc>
          <w:tcPr>
            <w:tcW w:type="dxa" w:w="863"/>
          </w:tcPr>
          <w:p>
            <w:pPr>
              <w:jc w:val="center"/>
            </w:pPr>
            <w:r>
              <w:rPr>
                <w:rFonts w:ascii="Times New Roman" w:hAnsi="Times New Roman" w:eastAsia="宋体"/>
                <w:sz w:val="21"/>
              </w:rPr>
              <w:t>202210050129</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1</w:t>
            </w:r>
          </w:p>
        </w:tc>
        <w:tc>
          <w:tcPr>
            <w:tcW w:type="dxa" w:w="863"/>
          </w:tcPr>
          <w:p>
            <w:pPr>
              <w:jc w:val="center"/>
            </w:pPr>
            <w:r>
              <w:rPr>
                <w:rFonts w:ascii="Times New Roman" w:hAnsi="Times New Roman" w:eastAsia="宋体"/>
                <w:sz w:val="21"/>
              </w:rPr>
              <w:t>93.108</w:t>
            </w:r>
          </w:p>
        </w:tc>
        <w:tc>
          <w:tcPr>
            <w:tcW w:type="dxa" w:w="863"/>
          </w:tcPr>
          <w:p>
            <w:pPr>
              <w:jc w:val="center"/>
            </w:pPr>
            <w:r>
              <w:rPr>
                <w:rFonts w:ascii="Times New Roman" w:hAnsi="Times New Roman" w:eastAsia="宋体"/>
                <w:sz w:val="21"/>
              </w:rPr>
              <w:t>2024年中国国际“互联网+”大学生创新创业大赛银奖</w:t>
            </w:r>
          </w:p>
        </w:tc>
        <w:tc>
          <w:tcPr>
            <w:tcW w:type="dxa" w:w="863"/>
          </w:tcPr>
          <w:p>
            <w:pPr>
              <w:jc w:val="center"/>
            </w:pPr>
            <w:r>
              <w:rPr>
                <w:rFonts w:ascii="Times New Roman" w:hAnsi="Times New Roman" w:eastAsia="宋体"/>
                <w:sz w:val="21"/>
              </w:rPr>
              <w:t>8</w:t>
            </w:r>
          </w:p>
        </w:tc>
        <w:tc>
          <w:tcPr>
            <w:tcW w:type="dxa" w:w="863"/>
          </w:tcPr>
          <w:p>
            <w:pPr>
              <w:jc w:val="center"/>
            </w:pPr>
            <w:r>
              <w:rPr>
                <w:rFonts w:ascii="Times New Roman" w:hAnsi="Times New Roman" w:eastAsia="宋体"/>
                <w:sz w:val="21"/>
              </w:rPr>
              <w:t>101.108</w:t>
            </w:r>
          </w:p>
        </w:tc>
        <w:tc>
          <w:tcPr>
            <w:tcW w:type="dxa" w:w="863"/>
          </w:tcPr>
          <w:p>
            <w:pPr>
              <w:jc w:val="center"/>
            </w:pPr>
            <w:r>
              <w:rPr>
                <w:rFonts w:ascii="Times New Roman" w:hAnsi="Times New Roman" w:eastAsia="宋体"/>
                <w:sz w:val="21"/>
              </w:rPr>
              <w:t>1</w:t>
            </w:r>
          </w:p>
        </w:tc>
        <w:tc>
          <w:tcPr>
            <w:tcW w:type="dxa" w:w="863"/>
          </w:tcPr>
          <w:p>
            <w:pPr>
              <w:jc w:val="center"/>
            </w:pPr>
            <w:r>
              <w:rPr>
                <w:rFonts w:ascii="Times New Roman" w:hAnsi="Times New Roman" w:eastAsia="宋体"/>
                <w:sz w:val="21"/>
              </w:rPr>
              <w:t>直推</w:t>
            </w:r>
          </w:p>
        </w:tc>
      </w:tr>
      <w:tr>
        <w:tc>
          <w:tcPr>
            <w:tcW w:type="dxa" w:w="863"/>
          </w:tcPr>
          <w:p>
            <w:pPr>
              <w:jc w:val="center"/>
            </w:pPr>
            <w:r>
              <w:rPr>
                <w:rFonts w:ascii="Times New Roman" w:hAnsi="Times New Roman" w:eastAsia="宋体"/>
                <w:sz w:val="21"/>
              </w:rPr>
              <w:t>杨明航</w:t>
            </w:r>
          </w:p>
        </w:tc>
        <w:tc>
          <w:tcPr>
            <w:tcW w:type="dxa" w:w="863"/>
          </w:tcPr>
          <w:p>
            <w:pPr>
              <w:jc w:val="center"/>
            </w:pPr>
            <w:r>
              <w:rPr>
                <w:rFonts w:ascii="Times New Roman" w:hAnsi="Times New Roman" w:eastAsia="宋体"/>
                <w:sz w:val="21"/>
              </w:rPr>
              <w:t>202210050429</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2</w:t>
            </w:r>
          </w:p>
        </w:tc>
        <w:tc>
          <w:tcPr>
            <w:tcW w:type="dxa" w:w="863"/>
          </w:tcPr>
          <w:p>
            <w:pPr>
              <w:jc w:val="center"/>
            </w:pPr>
            <w:r>
              <w:rPr>
                <w:rFonts w:ascii="Times New Roman" w:hAnsi="Times New Roman" w:eastAsia="宋体"/>
                <w:sz w:val="21"/>
              </w:rPr>
              <w:t>92.86</w:t>
            </w:r>
          </w:p>
        </w:tc>
        <w:tc>
          <w:tcPr>
            <w:tcW w:type="dxa" w:w="863"/>
          </w:tcPr>
          <w:p>
            <w:pPr>
              <w:jc w:val="center"/>
            </w:pPr>
            <w:r>
              <w:rPr>
                <w:rFonts w:ascii="Times New Roman" w:hAnsi="Times New Roman" w:eastAsia="宋体"/>
                <w:sz w:val="21"/>
              </w:rPr>
              <w:t>2023年第16届全国三维数字化创新设计大赛国赛一等奖</w:t>
            </w:r>
          </w:p>
        </w:tc>
        <w:tc>
          <w:tcPr>
            <w:tcW w:type="dxa" w:w="863"/>
          </w:tcPr>
          <w:p>
            <w:pPr>
              <w:jc w:val="center"/>
            </w:pPr>
            <w:r>
              <w:rPr>
                <w:rFonts w:ascii="Times New Roman" w:hAnsi="Times New Roman" w:eastAsia="宋体"/>
                <w:sz w:val="21"/>
              </w:rPr>
              <w:t>8</w:t>
            </w:r>
          </w:p>
        </w:tc>
        <w:tc>
          <w:tcPr>
            <w:tcW w:type="dxa" w:w="863"/>
          </w:tcPr>
          <w:p>
            <w:pPr>
              <w:jc w:val="center"/>
            </w:pPr>
            <w:r>
              <w:rPr>
                <w:rFonts w:ascii="Times New Roman" w:hAnsi="Times New Roman" w:eastAsia="宋体"/>
                <w:sz w:val="21"/>
              </w:rPr>
              <w:t>100.86</w:t>
            </w:r>
          </w:p>
        </w:tc>
        <w:tc>
          <w:tcPr>
            <w:tcW w:type="dxa" w:w="863"/>
          </w:tcPr>
          <w:p>
            <w:pPr>
              <w:jc w:val="center"/>
            </w:pPr>
            <w:r>
              <w:rPr>
                <w:rFonts w:ascii="Times New Roman" w:hAnsi="Times New Roman" w:eastAsia="宋体"/>
                <w:sz w:val="21"/>
              </w:rPr>
              <w:t>2</w:t>
            </w:r>
          </w:p>
        </w:tc>
        <w:tc>
          <w:tcPr>
            <w:tcW w:type="dxa" w:w="863"/>
          </w:tcPr>
          <w:p>
            <w:pPr>
              <w:jc w:val="center"/>
            </w:pPr>
            <w:r>
              <w:rPr>
                <w:rFonts w:ascii="Times New Roman" w:hAnsi="Times New Roman" w:eastAsia="宋体"/>
                <w:sz w:val="21"/>
              </w:rPr>
              <w:t>直推</w:t>
            </w:r>
          </w:p>
        </w:tc>
      </w:tr>
      <w:tr>
        <w:tc>
          <w:tcPr>
            <w:tcW w:type="dxa" w:w="863"/>
          </w:tcPr>
          <w:p>
            <w:pPr>
              <w:jc w:val="center"/>
            </w:pPr>
            <w:r>
              <w:rPr>
                <w:rFonts w:ascii="Times New Roman" w:hAnsi="Times New Roman" w:eastAsia="宋体"/>
                <w:sz w:val="21"/>
              </w:rPr>
              <w:t>郭佳佳</w:t>
            </w:r>
          </w:p>
        </w:tc>
        <w:tc>
          <w:tcPr>
            <w:tcW w:type="dxa" w:w="863"/>
          </w:tcPr>
          <w:p>
            <w:pPr>
              <w:jc w:val="center"/>
            </w:pPr>
            <w:r>
              <w:rPr>
                <w:rFonts w:ascii="Times New Roman" w:hAnsi="Times New Roman" w:eastAsia="宋体"/>
                <w:sz w:val="21"/>
              </w:rPr>
              <w:t>202210050103</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3</w:t>
            </w:r>
          </w:p>
        </w:tc>
        <w:tc>
          <w:tcPr>
            <w:tcW w:type="dxa" w:w="863"/>
          </w:tcPr>
          <w:p>
            <w:pPr>
              <w:jc w:val="center"/>
            </w:pPr>
            <w:r>
              <w:rPr>
                <w:rFonts w:ascii="Times New Roman" w:hAnsi="Times New Roman" w:eastAsia="宋体"/>
                <w:sz w:val="21"/>
              </w:rPr>
              <w:t>92.856</w:t>
            </w:r>
          </w:p>
        </w:tc>
        <w:tc>
          <w:tcPr>
            <w:tcW w:type="dxa" w:w="863"/>
          </w:tcPr>
          <w:p>
            <w:pPr>
              <w:jc w:val="center"/>
            </w:pPr>
            <w:r>
              <w:rPr>
                <w:rFonts w:ascii="Times New Roman" w:hAnsi="Times New Roman" w:eastAsia="宋体"/>
                <w:sz w:val="21"/>
              </w:rPr>
              <w:t>2024年"云说新科技"科普传播大赛国家级二等奖</w:t>
            </w:r>
          </w:p>
        </w:tc>
        <w:tc>
          <w:tcPr>
            <w:tcW w:type="dxa" w:w="863"/>
          </w:tcPr>
          <w:p>
            <w:pPr>
              <w:jc w:val="center"/>
            </w:pPr>
            <w:r>
              <w:rPr>
                <w:rFonts w:ascii="Times New Roman" w:hAnsi="Times New Roman" w:eastAsia="宋体"/>
                <w:sz w:val="21"/>
              </w:rPr>
              <w:t>8</w:t>
            </w:r>
          </w:p>
        </w:tc>
        <w:tc>
          <w:tcPr>
            <w:tcW w:type="dxa" w:w="863"/>
          </w:tcPr>
          <w:p>
            <w:pPr>
              <w:jc w:val="center"/>
            </w:pPr>
            <w:r>
              <w:rPr>
                <w:rFonts w:ascii="Times New Roman" w:hAnsi="Times New Roman" w:eastAsia="宋体"/>
                <w:sz w:val="21"/>
              </w:rPr>
              <w:t>100.856</w:t>
            </w:r>
          </w:p>
        </w:tc>
        <w:tc>
          <w:tcPr>
            <w:tcW w:type="dxa" w:w="863"/>
          </w:tcPr>
          <w:p>
            <w:pPr>
              <w:jc w:val="center"/>
            </w:pPr>
            <w:r>
              <w:rPr>
                <w:rFonts w:ascii="Times New Roman" w:hAnsi="Times New Roman" w:eastAsia="宋体"/>
                <w:sz w:val="21"/>
              </w:rPr>
              <w:t>3</w:t>
            </w:r>
          </w:p>
        </w:tc>
        <w:tc>
          <w:tcPr>
            <w:tcW w:type="dxa" w:w="863"/>
          </w:tcPr>
          <w:p>
            <w:pPr>
              <w:jc w:val="center"/>
            </w:pPr>
            <w:r>
              <w:rPr>
                <w:rFonts w:ascii="Times New Roman" w:hAnsi="Times New Roman" w:eastAsia="宋体"/>
                <w:sz w:val="21"/>
              </w:rPr>
              <w:t>直推</w:t>
            </w:r>
          </w:p>
        </w:tc>
      </w:tr>
      <w:tr>
        <w:tc>
          <w:tcPr>
            <w:tcW w:type="dxa" w:w="863"/>
          </w:tcPr>
          <w:p>
            <w:pPr>
              <w:jc w:val="center"/>
            </w:pPr>
            <w:r>
              <w:rPr>
                <w:rFonts w:ascii="Times New Roman" w:hAnsi="Times New Roman" w:eastAsia="宋体"/>
                <w:sz w:val="21"/>
              </w:rPr>
              <w:t>鲜欣荣</w:t>
            </w:r>
          </w:p>
        </w:tc>
        <w:tc>
          <w:tcPr>
            <w:tcW w:type="dxa" w:w="863"/>
          </w:tcPr>
          <w:p>
            <w:pPr>
              <w:jc w:val="center"/>
            </w:pPr>
            <w:r>
              <w:rPr>
                <w:rFonts w:ascii="Times New Roman" w:hAnsi="Times New Roman" w:eastAsia="宋体"/>
                <w:sz w:val="21"/>
              </w:rPr>
              <w:t>202210050204</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4</w:t>
            </w:r>
          </w:p>
        </w:tc>
        <w:tc>
          <w:tcPr>
            <w:tcW w:type="dxa" w:w="863"/>
          </w:tcPr>
          <w:p>
            <w:pPr>
              <w:jc w:val="center"/>
            </w:pPr>
            <w:r>
              <w:rPr>
                <w:rFonts w:ascii="Times New Roman" w:hAnsi="Times New Roman" w:eastAsia="宋体"/>
                <w:sz w:val="21"/>
              </w:rPr>
              <w:t>92.43</w:t>
            </w:r>
          </w:p>
        </w:tc>
        <w:tc>
          <w:tcPr>
            <w:tcW w:type="dxa" w:w="863"/>
          </w:tcPr>
          <w:p>
            <w:pPr>
              <w:jc w:val="center"/>
            </w:pPr>
            <w:r>
              <w:rPr>
                <w:rFonts w:ascii="Times New Roman" w:hAnsi="Times New Roman" w:eastAsia="宋体"/>
                <w:sz w:val="21"/>
              </w:rPr>
              <w:t>2024睿抗机器人开发者大赛全国总决赛果实采摘项目二等奖</w:t>
            </w:r>
          </w:p>
        </w:tc>
        <w:tc>
          <w:tcPr>
            <w:tcW w:type="dxa" w:w="863"/>
          </w:tcPr>
          <w:p>
            <w:pPr>
              <w:jc w:val="center"/>
            </w:pPr>
            <w:r>
              <w:rPr>
                <w:rFonts w:ascii="Times New Roman" w:hAnsi="Times New Roman" w:eastAsia="宋体"/>
                <w:sz w:val="21"/>
              </w:rPr>
              <w:t>8</w:t>
            </w:r>
          </w:p>
        </w:tc>
        <w:tc>
          <w:tcPr>
            <w:tcW w:type="dxa" w:w="863"/>
          </w:tcPr>
          <w:p>
            <w:pPr>
              <w:jc w:val="center"/>
            </w:pPr>
            <w:r>
              <w:rPr>
                <w:rFonts w:ascii="Times New Roman" w:hAnsi="Times New Roman" w:eastAsia="宋体"/>
                <w:sz w:val="21"/>
              </w:rPr>
              <w:t>100.43</w:t>
            </w:r>
          </w:p>
        </w:tc>
        <w:tc>
          <w:tcPr>
            <w:tcW w:type="dxa" w:w="863"/>
          </w:tcPr>
          <w:p>
            <w:pPr>
              <w:jc w:val="center"/>
            </w:pPr>
            <w:r>
              <w:rPr>
                <w:rFonts w:ascii="Times New Roman" w:hAnsi="Times New Roman" w:eastAsia="宋体"/>
                <w:sz w:val="21"/>
              </w:rPr>
              <w:t>4</w:t>
            </w:r>
          </w:p>
        </w:tc>
        <w:tc>
          <w:tcPr>
            <w:tcW w:type="dxa" w:w="863"/>
          </w:tcPr>
          <w:p>
            <w:pPr>
              <w:jc w:val="center"/>
            </w:pPr>
            <w:r>
              <w:rPr>
                <w:rFonts w:ascii="Times New Roman" w:hAnsi="Times New Roman" w:eastAsia="宋体"/>
                <w:sz w:val="21"/>
              </w:rPr>
              <w:t>直推</w:t>
            </w:r>
          </w:p>
        </w:tc>
      </w:tr>
      <w:tr>
        <w:tc>
          <w:tcPr>
            <w:tcW w:type="dxa" w:w="863"/>
          </w:tcPr>
          <w:p>
            <w:pPr>
              <w:jc w:val="center"/>
            </w:pPr>
            <w:r>
              <w:rPr>
                <w:rFonts w:ascii="Times New Roman" w:hAnsi="Times New Roman" w:eastAsia="宋体"/>
                <w:sz w:val="21"/>
              </w:rPr>
              <w:t>朱沁怡</w:t>
            </w:r>
          </w:p>
        </w:tc>
        <w:tc>
          <w:tcPr>
            <w:tcW w:type="dxa" w:w="863"/>
          </w:tcPr>
          <w:p>
            <w:pPr>
              <w:jc w:val="center"/>
            </w:pPr>
            <w:r>
              <w:rPr>
                <w:rFonts w:ascii="Times New Roman" w:hAnsi="Times New Roman" w:eastAsia="宋体"/>
                <w:sz w:val="21"/>
              </w:rPr>
              <w:t>202210050523</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5</w:t>
            </w:r>
          </w:p>
        </w:tc>
        <w:tc>
          <w:tcPr>
            <w:tcW w:type="dxa" w:w="863"/>
          </w:tcPr>
          <w:p>
            <w:pPr>
              <w:jc w:val="center"/>
            </w:pPr>
            <w:r>
              <w:rPr>
                <w:rFonts w:ascii="Times New Roman" w:hAnsi="Times New Roman" w:eastAsia="宋体"/>
                <w:sz w:val="21"/>
              </w:rPr>
              <w:t>92.258</w:t>
            </w:r>
          </w:p>
        </w:tc>
        <w:tc>
          <w:tcPr>
            <w:tcW w:type="dxa" w:w="863"/>
          </w:tcPr>
          <w:p>
            <w:pPr>
              <w:jc w:val="center"/>
            </w:pPr>
            <w:r>
              <w:rPr>
                <w:rFonts w:ascii="Times New Roman" w:hAnsi="Times New Roman" w:eastAsia="宋体"/>
                <w:sz w:val="21"/>
              </w:rPr>
              <w:t>2025美国大学生数学建模竞赛F奖</w:t>
            </w:r>
          </w:p>
        </w:tc>
        <w:tc>
          <w:tcPr>
            <w:tcW w:type="dxa" w:w="863"/>
          </w:tcPr>
          <w:p>
            <w:pPr>
              <w:jc w:val="center"/>
            </w:pPr>
            <w:r>
              <w:rPr>
                <w:rFonts w:ascii="Times New Roman" w:hAnsi="Times New Roman" w:eastAsia="宋体"/>
                <w:sz w:val="21"/>
              </w:rPr>
              <w:t>3.5</w:t>
            </w:r>
          </w:p>
        </w:tc>
        <w:tc>
          <w:tcPr>
            <w:tcW w:type="dxa" w:w="863"/>
          </w:tcPr>
          <w:p>
            <w:pPr>
              <w:jc w:val="center"/>
            </w:pPr>
            <w:r>
              <w:rPr>
                <w:rFonts w:ascii="Times New Roman" w:hAnsi="Times New Roman" w:eastAsia="宋体"/>
                <w:sz w:val="21"/>
              </w:rPr>
              <w:t>95.758</w:t>
            </w:r>
          </w:p>
        </w:tc>
        <w:tc>
          <w:tcPr>
            <w:tcW w:type="dxa" w:w="863"/>
          </w:tcPr>
          <w:p>
            <w:pPr>
              <w:jc w:val="center"/>
            </w:pPr>
            <w:r>
              <w:rPr>
                <w:rFonts w:ascii="Times New Roman" w:hAnsi="Times New Roman" w:eastAsia="宋体"/>
                <w:sz w:val="21"/>
              </w:rPr>
              <w:t>5</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何乐</w:t>
            </w:r>
          </w:p>
        </w:tc>
        <w:tc>
          <w:tcPr>
            <w:tcW w:type="dxa" w:w="863"/>
          </w:tcPr>
          <w:p>
            <w:pPr>
              <w:jc w:val="center"/>
            </w:pPr>
            <w:r>
              <w:rPr>
                <w:rFonts w:ascii="Times New Roman" w:hAnsi="Times New Roman" w:eastAsia="宋体"/>
                <w:sz w:val="21"/>
              </w:rPr>
              <w:t>202210050232</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9</w:t>
            </w:r>
          </w:p>
        </w:tc>
        <w:tc>
          <w:tcPr>
            <w:tcW w:type="dxa" w:w="863"/>
          </w:tcPr>
          <w:p>
            <w:pPr>
              <w:jc w:val="center"/>
            </w:pPr>
            <w:r>
              <w:rPr>
                <w:rFonts w:ascii="Times New Roman" w:hAnsi="Times New Roman" w:eastAsia="宋体"/>
                <w:sz w:val="21"/>
              </w:rPr>
              <w:t>91.026</w:t>
            </w:r>
          </w:p>
        </w:tc>
        <w:tc>
          <w:tcPr>
            <w:tcW w:type="dxa" w:w="863"/>
          </w:tcPr>
          <w:p>
            <w:pPr>
              <w:jc w:val="center"/>
            </w:pPr>
            <w:r>
              <w:rPr>
                <w:rFonts w:ascii="Times New Roman" w:hAnsi="Times New Roman" w:eastAsia="宋体"/>
                <w:sz w:val="21"/>
              </w:rPr>
              <w:t>2024年第十七届“高教杯”全国大学生先进成图技术与产品信息建模创新大赛-国家级一等奖</w:t>
            </w:r>
          </w:p>
        </w:tc>
        <w:tc>
          <w:tcPr>
            <w:tcW w:type="dxa" w:w="863"/>
          </w:tcPr>
          <w:p>
            <w:pPr>
              <w:jc w:val="center"/>
            </w:pPr>
            <w:r>
              <w:rPr>
                <w:rFonts w:ascii="Times New Roman" w:hAnsi="Times New Roman" w:eastAsia="宋体"/>
                <w:sz w:val="21"/>
              </w:rPr>
              <w:t>3</w:t>
            </w:r>
          </w:p>
        </w:tc>
        <w:tc>
          <w:tcPr>
            <w:tcW w:type="dxa" w:w="863"/>
          </w:tcPr>
          <w:p>
            <w:pPr>
              <w:jc w:val="center"/>
            </w:pPr>
            <w:r>
              <w:rPr>
                <w:rFonts w:ascii="Times New Roman" w:hAnsi="Times New Roman" w:eastAsia="宋体"/>
                <w:sz w:val="21"/>
              </w:rPr>
              <w:t>94.026</w:t>
            </w:r>
          </w:p>
        </w:tc>
        <w:tc>
          <w:tcPr>
            <w:tcW w:type="dxa" w:w="863"/>
          </w:tcPr>
          <w:p>
            <w:pPr>
              <w:jc w:val="center"/>
            </w:pPr>
            <w:r>
              <w:rPr>
                <w:rFonts w:ascii="Times New Roman" w:hAnsi="Times New Roman" w:eastAsia="宋体"/>
                <w:sz w:val="21"/>
              </w:rPr>
              <w:t>6</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徐林敏</w:t>
            </w:r>
          </w:p>
        </w:tc>
        <w:tc>
          <w:tcPr>
            <w:tcW w:type="dxa" w:w="863"/>
          </w:tcPr>
          <w:p>
            <w:pPr>
              <w:jc w:val="center"/>
            </w:pPr>
            <w:r>
              <w:rPr>
                <w:rFonts w:ascii="Times New Roman" w:hAnsi="Times New Roman" w:eastAsia="宋体"/>
                <w:sz w:val="21"/>
              </w:rPr>
              <w:t>202210050724</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11</w:t>
            </w:r>
          </w:p>
        </w:tc>
        <w:tc>
          <w:tcPr>
            <w:tcW w:type="dxa" w:w="863"/>
          </w:tcPr>
          <w:p>
            <w:pPr>
              <w:jc w:val="center"/>
            </w:pPr>
            <w:r>
              <w:rPr>
                <w:rFonts w:ascii="Times New Roman" w:hAnsi="Times New Roman" w:eastAsia="宋体"/>
                <w:sz w:val="21"/>
              </w:rPr>
              <w:t>90.73</w:t>
            </w:r>
          </w:p>
        </w:tc>
        <w:tc>
          <w:tcPr>
            <w:tcW w:type="dxa" w:w="863"/>
          </w:tcPr>
          <w:p>
            <w:pPr>
              <w:jc w:val="center"/>
            </w:pPr>
            <w:r>
              <w:rPr>
                <w:rFonts w:ascii="Times New Roman" w:hAnsi="Times New Roman" w:eastAsia="宋体"/>
                <w:sz w:val="21"/>
              </w:rPr>
              <w:t>2023年第16届全国三维数字化创新设计大赛一等奖</w:t>
            </w:r>
          </w:p>
        </w:tc>
        <w:tc>
          <w:tcPr>
            <w:tcW w:type="dxa" w:w="863"/>
          </w:tcPr>
          <w:p>
            <w:pPr>
              <w:jc w:val="center"/>
            </w:pPr>
            <w:r>
              <w:rPr>
                <w:rFonts w:ascii="Times New Roman" w:hAnsi="Times New Roman" w:eastAsia="宋体"/>
                <w:sz w:val="21"/>
              </w:rPr>
              <w:t>3</w:t>
            </w:r>
          </w:p>
        </w:tc>
        <w:tc>
          <w:tcPr>
            <w:tcW w:type="dxa" w:w="863"/>
          </w:tcPr>
          <w:p>
            <w:pPr>
              <w:jc w:val="center"/>
            </w:pPr>
            <w:r>
              <w:rPr>
                <w:rFonts w:ascii="Times New Roman" w:hAnsi="Times New Roman" w:eastAsia="宋体"/>
                <w:sz w:val="21"/>
              </w:rPr>
              <w:t>93.73</w:t>
            </w:r>
          </w:p>
        </w:tc>
        <w:tc>
          <w:tcPr>
            <w:tcW w:type="dxa" w:w="863"/>
          </w:tcPr>
          <w:p>
            <w:pPr>
              <w:jc w:val="center"/>
            </w:pPr>
            <w:r>
              <w:rPr>
                <w:rFonts w:ascii="Times New Roman" w:hAnsi="Times New Roman" w:eastAsia="宋体"/>
                <w:sz w:val="21"/>
              </w:rPr>
              <w:t>7</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周祥</w:t>
            </w:r>
          </w:p>
        </w:tc>
        <w:tc>
          <w:tcPr>
            <w:tcW w:type="dxa" w:w="863"/>
          </w:tcPr>
          <w:p>
            <w:pPr>
              <w:jc w:val="center"/>
            </w:pPr>
            <w:r>
              <w:rPr>
                <w:rFonts w:ascii="Times New Roman" w:hAnsi="Times New Roman" w:eastAsia="宋体"/>
                <w:sz w:val="21"/>
              </w:rPr>
              <w:t>202110050331</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12</w:t>
            </w:r>
          </w:p>
        </w:tc>
        <w:tc>
          <w:tcPr>
            <w:tcW w:type="dxa" w:w="863"/>
          </w:tcPr>
          <w:p>
            <w:pPr>
              <w:jc w:val="center"/>
            </w:pPr>
            <w:r>
              <w:rPr>
                <w:rFonts w:ascii="Times New Roman" w:hAnsi="Times New Roman" w:eastAsia="宋体"/>
                <w:sz w:val="21"/>
              </w:rPr>
              <w:t>90.556</w:t>
            </w:r>
          </w:p>
        </w:tc>
        <w:tc>
          <w:tcPr>
            <w:tcW w:type="dxa" w:w="863"/>
          </w:tcPr>
          <w:p>
            <w:pPr>
              <w:jc w:val="center"/>
            </w:pPr>
            <w:r>
              <w:rPr>
                <w:rFonts w:ascii="Times New Roman" w:hAnsi="Times New Roman" w:eastAsia="宋体"/>
                <w:sz w:val="21"/>
              </w:rPr>
              <w:t>2024年第九届国际大学生智能农业装备创新大赛国家级一等奖</w:t>
            </w:r>
          </w:p>
        </w:tc>
        <w:tc>
          <w:tcPr>
            <w:tcW w:type="dxa" w:w="863"/>
          </w:tcPr>
          <w:p>
            <w:pPr>
              <w:jc w:val="center"/>
            </w:pPr>
            <w:r>
              <w:rPr>
                <w:rFonts w:ascii="Times New Roman" w:hAnsi="Times New Roman" w:eastAsia="宋体"/>
                <w:sz w:val="21"/>
              </w:rPr>
              <w:t>3</w:t>
            </w:r>
          </w:p>
        </w:tc>
        <w:tc>
          <w:tcPr>
            <w:tcW w:type="dxa" w:w="863"/>
          </w:tcPr>
          <w:p>
            <w:pPr>
              <w:jc w:val="center"/>
            </w:pPr>
            <w:r>
              <w:rPr>
                <w:rFonts w:ascii="Times New Roman" w:hAnsi="Times New Roman" w:eastAsia="宋体"/>
                <w:sz w:val="21"/>
              </w:rPr>
              <w:t>93.556</w:t>
            </w:r>
          </w:p>
        </w:tc>
        <w:tc>
          <w:tcPr>
            <w:tcW w:type="dxa" w:w="863"/>
          </w:tcPr>
          <w:p>
            <w:pPr>
              <w:jc w:val="center"/>
            </w:pPr>
            <w:r>
              <w:rPr>
                <w:rFonts w:ascii="Times New Roman" w:hAnsi="Times New Roman" w:eastAsia="宋体"/>
                <w:sz w:val="21"/>
              </w:rPr>
              <w:t>8</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可运</w:t>
            </w:r>
          </w:p>
        </w:tc>
        <w:tc>
          <w:tcPr>
            <w:tcW w:type="dxa" w:w="863"/>
          </w:tcPr>
          <w:p>
            <w:pPr>
              <w:jc w:val="center"/>
            </w:pPr>
            <w:r>
              <w:rPr>
                <w:rFonts w:ascii="Times New Roman" w:hAnsi="Times New Roman" w:eastAsia="宋体"/>
                <w:sz w:val="21"/>
              </w:rPr>
              <w:t>202210050325</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14</w:t>
            </w:r>
          </w:p>
        </w:tc>
        <w:tc>
          <w:tcPr>
            <w:tcW w:type="dxa" w:w="863"/>
          </w:tcPr>
          <w:p>
            <w:pPr>
              <w:jc w:val="center"/>
            </w:pPr>
            <w:r>
              <w:rPr>
                <w:rFonts w:ascii="Times New Roman" w:hAnsi="Times New Roman" w:eastAsia="宋体"/>
                <w:sz w:val="21"/>
              </w:rPr>
              <w:t>89.716</w:t>
            </w:r>
          </w:p>
        </w:tc>
        <w:tc>
          <w:tcPr>
            <w:tcW w:type="dxa" w:w="863"/>
          </w:tcPr>
          <w:p>
            <w:pPr>
              <w:jc w:val="center"/>
            </w:pPr>
            <w:r>
              <w:rPr>
                <w:rFonts w:ascii="Times New Roman" w:hAnsi="Times New Roman" w:eastAsia="宋体"/>
                <w:sz w:val="21"/>
              </w:rPr>
              <w:t>2025年中国大学生工程实践与创新能力大赛“智能+”赛道垃圾分类项目国家特等奖</w:t>
            </w:r>
          </w:p>
        </w:tc>
        <w:tc>
          <w:tcPr>
            <w:tcW w:type="dxa" w:w="863"/>
          </w:tcPr>
          <w:p>
            <w:pPr>
              <w:jc w:val="center"/>
            </w:pPr>
            <w:r>
              <w:rPr>
                <w:rFonts w:ascii="Times New Roman" w:hAnsi="Times New Roman" w:eastAsia="宋体"/>
                <w:sz w:val="21"/>
              </w:rPr>
              <w:t>3.5</w:t>
            </w:r>
          </w:p>
        </w:tc>
        <w:tc>
          <w:tcPr>
            <w:tcW w:type="dxa" w:w="863"/>
          </w:tcPr>
          <w:p>
            <w:pPr>
              <w:jc w:val="center"/>
            </w:pPr>
            <w:r>
              <w:rPr>
                <w:rFonts w:ascii="Times New Roman" w:hAnsi="Times New Roman" w:eastAsia="宋体"/>
                <w:sz w:val="21"/>
              </w:rPr>
              <w:t>93.216</w:t>
            </w:r>
          </w:p>
        </w:tc>
        <w:tc>
          <w:tcPr>
            <w:tcW w:type="dxa" w:w="863"/>
          </w:tcPr>
          <w:p>
            <w:pPr>
              <w:jc w:val="center"/>
            </w:pPr>
            <w:r>
              <w:rPr>
                <w:rFonts w:ascii="Times New Roman" w:hAnsi="Times New Roman" w:eastAsia="宋体"/>
                <w:sz w:val="21"/>
              </w:rPr>
              <w:t>9</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刘傲林</w:t>
            </w:r>
          </w:p>
        </w:tc>
        <w:tc>
          <w:tcPr>
            <w:tcW w:type="dxa" w:w="863"/>
          </w:tcPr>
          <w:p>
            <w:pPr>
              <w:jc w:val="center"/>
            </w:pPr>
            <w:r>
              <w:rPr>
                <w:rFonts w:ascii="Times New Roman" w:hAnsi="Times New Roman" w:eastAsia="宋体"/>
                <w:sz w:val="21"/>
              </w:rPr>
              <w:t>202210050704</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18</w:t>
            </w:r>
          </w:p>
        </w:tc>
        <w:tc>
          <w:tcPr>
            <w:tcW w:type="dxa" w:w="863"/>
          </w:tcPr>
          <w:p>
            <w:pPr>
              <w:jc w:val="center"/>
            </w:pPr>
            <w:r>
              <w:rPr>
                <w:rFonts w:ascii="Times New Roman" w:hAnsi="Times New Roman" w:eastAsia="宋体"/>
                <w:sz w:val="21"/>
              </w:rPr>
              <w:t>88.603</w:t>
            </w:r>
          </w:p>
        </w:tc>
        <w:tc>
          <w:tcPr>
            <w:tcW w:type="dxa" w:w="863"/>
          </w:tcPr>
          <w:p>
            <w:pPr>
              <w:jc w:val="center"/>
            </w:pPr>
            <w:r>
              <w:rPr>
                <w:rFonts w:ascii="Times New Roman" w:hAnsi="Times New Roman" w:eastAsia="宋体"/>
                <w:sz w:val="21"/>
              </w:rPr>
              <w:t>2024年中国机器人大赛赛暨RoboCup机器人世界杯中国赛机器人先进视觉赛国家二等奖；多人申请第一作者授权获批发明专利</w:t>
            </w:r>
          </w:p>
        </w:tc>
        <w:tc>
          <w:tcPr>
            <w:tcW w:type="dxa" w:w="863"/>
          </w:tcPr>
          <w:p>
            <w:pPr>
              <w:jc w:val="center"/>
            </w:pPr>
            <w:r>
              <w:rPr>
                <w:rFonts w:ascii="Times New Roman" w:hAnsi="Times New Roman" w:eastAsia="宋体"/>
                <w:sz w:val="21"/>
              </w:rPr>
              <w:t>4.5</w:t>
            </w:r>
          </w:p>
        </w:tc>
        <w:tc>
          <w:tcPr>
            <w:tcW w:type="dxa" w:w="863"/>
          </w:tcPr>
          <w:p>
            <w:pPr>
              <w:jc w:val="center"/>
            </w:pPr>
            <w:r>
              <w:rPr>
                <w:rFonts w:ascii="Times New Roman" w:hAnsi="Times New Roman" w:eastAsia="宋体"/>
                <w:sz w:val="21"/>
              </w:rPr>
              <w:t>93.103</w:t>
            </w:r>
          </w:p>
        </w:tc>
        <w:tc>
          <w:tcPr>
            <w:tcW w:type="dxa" w:w="863"/>
          </w:tcPr>
          <w:p>
            <w:pPr>
              <w:jc w:val="center"/>
            </w:pPr>
            <w:r>
              <w:rPr>
                <w:rFonts w:ascii="Times New Roman" w:hAnsi="Times New Roman" w:eastAsia="宋体"/>
                <w:sz w:val="21"/>
              </w:rPr>
              <w:t>10</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吴康康</w:t>
            </w:r>
          </w:p>
        </w:tc>
        <w:tc>
          <w:tcPr>
            <w:tcW w:type="dxa" w:w="863"/>
          </w:tcPr>
          <w:p>
            <w:pPr>
              <w:jc w:val="center"/>
            </w:pPr>
            <w:r>
              <w:rPr>
                <w:rFonts w:ascii="Times New Roman" w:hAnsi="Times New Roman" w:eastAsia="宋体"/>
                <w:sz w:val="21"/>
              </w:rPr>
              <w:t>202210050518</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15</w:t>
            </w:r>
          </w:p>
        </w:tc>
        <w:tc>
          <w:tcPr>
            <w:tcW w:type="dxa" w:w="863"/>
          </w:tcPr>
          <w:p>
            <w:pPr>
              <w:jc w:val="center"/>
            </w:pPr>
            <w:r>
              <w:rPr>
                <w:rFonts w:ascii="Times New Roman" w:hAnsi="Times New Roman" w:eastAsia="宋体"/>
                <w:sz w:val="21"/>
              </w:rPr>
              <w:t>89.702</w:t>
            </w:r>
          </w:p>
        </w:tc>
        <w:tc>
          <w:tcPr>
            <w:tcW w:type="dxa" w:w="863"/>
          </w:tcPr>
          <w:p>
            <w:pPr>
              <w:jc w:val="center"/>
            </w:pPr>
            <w:r>
              <w:rPr>
                <w:rFonts w:ascii="Times New Roman" w:hAnsi="Times New Roman" w:eastAsia="宋体"/>
                <w:sz w:val="21"/>
              </w:rPr>
              <w:t>2023年第十六届全国三维数字化创新设计大赛国家级一等奖</w:t>
            </w:r>
          </w:p>
        </w:tc>
        <w:tc>
          <w:tcPr>
            <w:tcW w:type="dxa" w:w="863"/>
          </w:tcPr>
          <w:p>
            <w:pPr>
              <w:jc w:val="center"/>
            </w:pPr>
            <w:r>
              <w:rPr>
                <w:rFonts w:ascii="Times New Roman" w:hAnsi="Times New Roman" w:eastAsia="宋体"/>
                <w:sz w:val="21"/>
              </w:rPr>
              <w:t>3</w:t>
            </w:r>
          </w:p>
        </w:tc>
        <w:tc>
          <w:tcPr>
            <w:tcW w:type="dxa" w:w="863"/>
          </w:tcPr>
          <w:p>
            <w:pPr>
              <w:jc w:val="center"/>
            </w:pPr>
            <w:r>
              <w:rPr>
                <w:rFonts w:ascii="Times New Roman" w:hAnsi="Times New Roman" w:eastAsia="宋体"/>
                <w:sz w:val="21"/>
              </w:rPr>
              <w:t>92.702</w:t>
            </w:r>
          </w:p>
        </w:tc>
        <w:tc>
          <w:tcPr>
            <w:tcW w:type="dxa" w:w="863"/>
          </w:tcPr>
          <w:p>
            <w:pPr>
              <w:jc w:val="center"/>
            </w:pPr>
            <w:r>
              <w:rPr>
                <w:rFonts w:ascii="Times New Roman" w:hAnsi="Times New Roman" w:eastAsia="宋体"/>
                <w:sz w:val="21"/>
              </w:rPr>
              <w:t>11</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吴博文</w:t>
            </w:r>
          </w:p>
        </w:tc>
        <w:tc>
          <w:tcPr>
            <w:tcW w:type="dxa" w:w="863"/>
          </w:tcPr>
          <w:p>
            <w:pPr>
              <w:jc w:val="center"/>
            </w:pPr>
            <w:r>
              <w:rPr>
                <w:rFonts w:ascii="Times New Roman" w:hAnsi="Times New Roman" w:eastAsia="宋体"/>
                <w:sz w:val="21"/>
              </w:rPr>
              <w:t>202210050126</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7</w:t>
            </w:r>
          </w:p>
        </w:tc>
        <w:tc>
          <w:tcPr>
            <w:tcW w:type="dxa" w:w="863"/>
          </w:tcPr>
          <w:p>
            <w:pPr>
              <w:jc w:val="center"/>
            </w:pPr>
            <w:r>
              <w:rPr>
                <w:rFonts w:ascii="Times New Roman" w:hAnsi="Times New Roman" w:eastAsia="宋体"/>
                <w:sz w:val="21"/>
              </w:rPr>
              <w:t>91.742</w:t>
            </w:r>
          </w:p>
        </w:tc>
        <w:tc>
          <w:tcPr>
            <w:tcW w:type="dxa" w:w="863"/>
          </w:tcPr>
          <w:p>
            <w:pPr>
              <w:jc w:val="center"/>
            </w:pPr>
            <w:r>
              <w:rPr>
                <w:rFonts w:ascii="Times New Roman" w:hAnsi="Times New Roman" w:eastAsia="宋体"/>
                <w:sz w:val="21"/>
              </w:rPr>
            </w:r>
          </w:p>
        </w:tc>
        <w:tc>
          <w:tcPr>
            <w:tcW w:type="dxa" w:w="863"/>
          </w:tcPr>
          <w:p>
            <w:pPr>
              <w:jc w:val="center"/>
            </w:pPr>
            <w:r>
              <w:rPr>
                <w:rFonts w:ascii="Times New Roman" w:hAnsi="Times New Roman" w:eastAsia="宋体"/>
                <w:sz w:val="21"/>
              </w:rPr>
            </w:r>
          </w:p>
        </w:tc>
        <w:tc>
          <w:tcPr>
            <w:tcW w:type="dxa" w:w="863"/>
          </w:tcPr>
          <w:p>
            <w:pPr>
              <w:jc w:val="center"/>
            </w:pPr>
            <w:r>
              <w:rPr>
                <w:rFonts w:ascii="Times New Roman" w:hAnsi="Times New Roman" w:eastAsia="宋体"/>
                <w:sz w:val="21"/>
              </w:rPr>
              <w:t>91.742</w:t>
            </w:r>
          </w:p>
        </w:tc>
        <w:tc>
          <w:tcPr>
            <w:tcW w:type="dxa" w:w="863"/>
          </w:tcPr>
          <w:p>
            <w:pPr>
              <w:jc w:val="center"/>
            </w:pPr>
            <w:r>
              <w:rPr>
                <w:rFonts w:ascii="Times New Roman" w:hAnsi="Times New Roman" w:eastAsia="宋体"/>
                <w:sz w:val="21"/>
              </w:rPr>
              <w:t>12</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余欣</w:t>
            </w:r>
          </w:p>
        </w:tc>
        <w:tc>
          <w:tcPr>
            <w:tcW w:type="dxa" w:w="863"/>
          </w:tcPr>
          <w:p>
            <w:pPr>
              <w:jc w:val="center"/>
            </w:pPr>
            <w:r>
              <w:rPr>
                <w:rFonts w:ascii="Times New Roman" w:hAnsi="Times New Roman" w:eastAsia="宋体"/>
                <w:sz w:val="21"/>
              </w:rPr>
              <w:t>202210050703</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16</w:t>
            </w:r>
          </w:p>
        </w:tc>
        <w:tc>
          <w:tcPr>
            <w:tcW w:type="dxa" w:w="863"/>
          </w:tcPr>
          <w:p>
            <w:pPr>
              <w:jc w:val="center"/>
            </w:pPr>
            <w:r>
              <w:rPr>
                <w:rFonts w:ascii="Times New Roman" w:hAnsi="Times New Roman" w:eastAsia="宋体"/>
                <w:sz w:val="21"/>
              </w:rPr>
              <w:t>88.894</w:t>
            </w:r>
          </w:p>
        </w:tc>
        <w:tc>
          <w:tcPr>
            <w:tcW w:type="dxa" w:w="863"/>
          </w:tcPr>
          <w:p>
            <w:pPr>
              <w:jc w:val="center"/>
            </w:pPr>
            <w:r>
              <w:rPr>
                <w:rFonts w:ascii="Times New Roman" w:hAnsi="Times New Roman" w:eastAsia="宋体"/>
                <w:sz w:val="21"/>
              </w:rPr>
              <w:t>2024年第十七届国际先进机器人及仿真技术大赛国赛二等奖</w:t>
            </w:r>
          </w:p>
        </w:tc>
        <w:tc>
          <w:tcPr>
            <w:tcW w:type="dxa" w:w="863"/>
          </w:tcPr>
          <w:p>
            <w:pPr>
              <w:jc w:val="center"/>
            </w:pPr>
            <w:r>
              <w:rPr>
                <w:rFonts w:ascii="Times New Roman" w:hAnsi="Times New Roman" w:eastAsia="宋体"/>
                <w:sz w:val="21"/>
              </w:rPr>
              <w:t>2.5</w:t>
            </w:r>
          </w:p>
        </w:tc>
        <w:tc>
          <w:tcPr>
            <w:tcW w:type="dxa" w:w="863"/>
          </w:tcPr>
          <w:p>
            <w:pPr>
              <w:jc w:val="center"/>
            </w:pPr>
            <w:r>
              <w:rPr>
                <w:rFonts w:ascii="Times New Roman" w:hAnsi="Times New Roman" w:eastAsia="宋体"/>
                <w:sz w:val="21"/>
              </w:rPr>
              <w:t>91.394</w:t>
            </w:r>
          </w:p>
        </w:tc>
        <w:tc>
          <w:tcPr>
            <w:tcW w:type="dxa" w:w="863"/>
          </w:tcPr>
          <w:p>
            <w:pPr>
              <w:jc w:val="center"/>
            </w:pPr>
            <w:r>
              <w:rPr>
                <w:rFonts w:ascii="Times New Roman" w:hAnsi="Times New Roman" w:eastAsia="宋体"/>
                <w:sz w:val="21"/>
              </w:rPr>
              <w:t>13</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张英鸽</w:t>
            </w:r>
          </w:p>
        </w:tc>
        <w:tc>
          <w:tcPr>
            <w:tcW w:type="dxa" w:w="863"/>
          </w:tcPr>
          <w:p>
            <w:pPr>
              <w:jc w:val="center"/>
            </w:pPr>
            <w:r>
              <w:rPr>
                <w:rFonts w:ascii="Times New Roman" w:hAnsi="Times New Roman" w:eastAsia="宋体"/>
                <w:sz w:val="21"/>
              </w:rPr>
              <w:t>202210050121</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8</w:t>
            </w:r>
          </w:p>
        </w:tc>
        <w:tc>
          <w:tcPr>
            <w:tcW w:type="dxa" w:w="863"/>
          </w:tcPr>
          <w:p>
            <w:pPr>
              <w:jc w:val="center"/>
            </w:pPr>
            <w:r>
              <w:rPr>
                <w:rFonts w:ascii="Times New Roman" w:hAnsi="Times New Roman" w:eastAsia="宋体"/>
                <w:sz w:val="21"/>
              </w:rPr>
              <w:t>91.2</w:t>
            </w:r>
          </w:p>
        </w:tc>
        <w:tc>
          <w:tcPr>
            <w:tcW w:type="dxa" w:w="863"/>
          </w:tcPr>
          <w:p>
            <w:pPr>
              <w:jc w:val="center"/>
            </w:pPr>
            <w:r>
              <w:rPr>
                <w:rFonts w:ascii="Times New Roman" w:hAnsi="Times New Roman" w:eastAsia="宋体"/>
                <w:sz w:val="21"/>
              </w:rPr>
            </w:r>
          </w:p>
        </w:tc>
        <w:tc>
          <w:tcPr>
            <w:tcW w:type="dxa" w:w="863"/>
          </w:tcPr>
          <w:p>
            <w:pPr>
              <w:jc w:val="center"/>
            </w:pPr>
            <w:r>
              <w:rPr>
                <w:rFonts w:ascii="Times New Roman" w:hAnsi="Times New Roman" w:eastAsia="宋体"/>
                <w:sz w:val="21"/>
              </w:rPr>
            </w:r>
          </w:p>
        </w:tc>
        <w:tc>
          <w:tcPr>
            <w:tcW w:type="dxa" w:w="863"/>
          </w:tcPr>
          <w:p>
            <w:pPr>
              <w:jc w:val="center"/>
            </w:pPr>
            <w:r>
              <w:rPr>
                <w:rFonts w:ascii="Times New Roman" w:hAnsi="Times New Roman" w:eastAsia="宋体"/>
                <w:sz w:val="21"/>
              </w:rPr>
              <w:t>91.2</w:t>
            </w:r>
          </w:p>
        </w:tc>
        <w:tc>
          <w:tcPr>
            <w:tcW w:type="dxa" w:w="863"/>
          </w:tcPr>
          <w:p>
            <w:pPr>
              <w:jc w:val="center"/>
            </w:pPr>
            <w:r>
              <w:rPr>
                <w:rFonts w:ascii="Times New Roman" w:hAnsi="Times New Roman" w:eastAsia="宋体"/>
                <w:sz w:val="21"/>
              </w:rPr>
              <w:t>14</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李家辉</w:t>
            </w:r>
          </w:p>
        </w:tc>
        <w:tc>
          <w:tcPr>
            <w:tcW w:type="dxa" w:w="863"/>
          </w:tcPr>
          <w:p>
            <w:pPr>
              <w:jc w:val="center"/>
            </w:pPr>
            <w:r>
              <w:rPr>
                <w:rFonts w:ascii="Times New Roman" w:hAnsi="Times New Roman" w:eastAsia="宋体"/>
                <w:sz w:val="21"/>
              </w:rPr>
              <w:t>202210050423</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10</w:t>
            </w:r>
          </w:p>
        </w:tc>
        <w:tc>
          <w:tcPr>
            <w:tcW w:type="dxa" w:w="863"/>
          </w:tcPr>
          <w:p>
            <w:pPr>
              <w:jc w:val="center"/>
            </w:pPr>
            <w:r>
              <w:rPr>
                <w:rFonts w:ascii="Times New Roman" w:hAnsi="Times New Roman" w:eastAsia="宋体"/>
                <w:sz w:val="21"/>
              </w:rPr>
              <w:t>90.8</w:t>
            </w:r>
          </w:p>
        </w:tc>
        <w:tc>
          <w:tcPr>
            <w:tcW w:type="dxa" w:w="863"/>
          </w:tcPr>
          <w:p>
            <w:pPr>
              <w:jc w:val="center"/>
            </w:pPr>
            <w:r>
              <w:rPr>
                <w:rFonts w:ascii="Times New Roman" w:hAnsi="Times New Roman" w:eastAsia="宋体"/>
                <w:sz w:val="21"/>
              </w:rPr>
            </w:r>
          </w:p>
        </w:tc>
        <w:tc>
          <w:tcPr>
            <w:tcW w:type="dxa" w:w="863"/>
          </w:tcPr>
          <w:p>
            <w:pPr>
              <w:jc w:val="center"/>
            </w:pPr>
            <w:r>
              <w:rPr>
                <w:rFonts w:ascii="Times New Roman" w:hAnsi="Times New Roman" w:eastAsia="宋体"/>
                <w:sz w:val="21"/>
              </w:rPr>
            </w:r>
          </w:p>
        </w:tc>
        <w:tc>
          <w:tcPr>
            <w:tcW w:type="dxa" w:w="863"/>
          </w:tcPr>
          <w:p>
            <w:pPr>
              <w:jc w:val="center"/>
            </w:pPr>
            <w:r>
              <w:rPr>
                <w:rFonts w:ascii="Times New Roman" w:hAnsi="Times New Roman" w:eastAsia="宋体"/>
                <w:sz w:val="21"/>
              </w:rPr>
              <w:t>90.8</w:t>
            </w:r>
          </w:p>
        </w:tc>
        <w:tc>
          <w:tcPr>
            <w:tcW w:type="dxa" w:w="863"/>
          </w:tcPr>
          <w:p>
            <w:pPr>
              <w:jc w:val="center"/>
            </w:pPr>
            <w:r>
              <w:rPr>
                <w:rFonts w:ascii="Times New Roman" w:hAnsi="Times New Roman" w:eastAsia="宋体"/>
                <w:sz w:val="21"/>
              </w:rPr>
              <w:t>15</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张庆馨</w:t>
            </w:r>
          </w:p>
        </w:tc>
        <w:tc>
          <w:tcPr>
            <w:tcW w:type="dxa" w:w="863"/>
          </w:tcPr>
          <w:p>
            <w:pPr>
              <w:jc w:val="center"/>
            </w:pPr>
            <w:r>
              <w:rPr>
                <w:rFonts w:ascii="Times New Roman" w:hAnsi="Times New Roman" w:eastAsia="宋体"/>
                <w:sz w:val="21"/>
              </w:rPr>
              <w:t>202210050335</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17</w:t>
            </w:r>
          </w:p>
        </w:tc>
        <w:tc>
          <w:tcPr>
            <w:tcW w:type="dxa" w:w="863"/>
          </w:tcPr>
          <w:p>
            <w:pPr>
              <w:jc w:val="center"/>
            </w:pPr>
            <w:r>
              <w:rPr>
                <w:rFonts w:ascii="Times New Roman" w:hAnsi="Times New Roman" w:eastAsia="宋体"/>
                <w:sz w:val="21"/>
              </w:rPr>
              <w:t>88.634</w:t>
            </w:r>
          </w:p>
        </w:tc>
        <w:tc>
          <w:tcPr>
            <w:tcW w:type="dxa" w:w="863"/>
          </w:tcPr>
          <w:p>
            <w:pPr>
              <w:jc w:val="center"/>
            </w:pPr>
            <w:r>
              <w:rPr>
                <w:rFonts w:ascii="Times New Roman" w:hAnsi="Times New Roman" w:eastAsia="宋体"/>
                <w:sz w:val="21"/>
              </w:rPr>
              <w:t>2025年全国大学生英语竞赛二等奖</w:t>
            </w:r>
          </w:p>
        </w:tc>
        <w:tc>
          <w:tcPr>
            <w:tcW w:type="dxa" w:w="863"/>
          </w:tcPr>
          <w:p>
            <w:pPr>
              <w:jc w:val="center"/>
            </w:pPr>
            <w:r>
              <w:rPr>
                <w:rFonts w:ascii="Times New Roman" w:hAnsi="Times New Roman" w:eastAsia="宋体"/>
                <w:sz w:val="21"/>
              </w:rPr>
              <w:t>2</w:t>
            </w:r>
          </w:p>
        </w:tc>
        <w:tc>
          <w:tcPr>
            <w:tcW w:type="dxa" w:w="863"/>
          </w:tcPr>
          <w:p>
            <w:pPr>
              <w:jc w:val="center"/>
            </w:pPr>
            <w:r>
              <w:rPr>
                <w:rFonts w:ascii="Times New Roman" w:hAnsi="Times New Roman" w:eastAsia="宋体"/>
                <w:sz w:val="21"/>
              </w:rPr>
              <w:t>90.634</w:t>
            </w:r>
          </w:p>
        </w:tc>
        <w:tc>
          <w:tcPr>
            <w:tcW w:type="dxa" w:w="863"/>
          </w:tcPr>
          <w:p>
            <w:pPr>
              <w:jc w:val="center"/>
            </w:pPr>
            <w:r>
              <w:rPr>
                <w:rFonts w:ascii="Times New Roman" w:hAnsi="Times New Roman" w:eastAsia="宋体"/>
                <w:sz w:val="21"/>
              </w:rPr>
              <w:t>16</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刘子涵</w:t>
            </w:r>
          </w:p>
        </w:tc>
        <w:tc>
          <w:tcPr>
            <w:tcW w:type="dxa" w:w="863"/>
          </w:tcPr>
          <w:p>
            <w:pPr>
              <w:jc w:val="center"/>
            </w:pPr>
            <w:r>
              <w:rPr>
                <w:rFonts w:ascii="Times New Roman" w:hAnsi="Times New Roman" w:eastAsia="宋体"/>
                <w:sz w:val="21"/>
              </w:rPr>
              <w:t>202210050716</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19</w:t>
            </w:r>
          </w:p>
        </w:tc>
        <w:tc>
          <w:tcPr>
            <w:tcW w:type="dxa" w:w="863"/>
          </w:tcPr>
          <w:p>
            <w:pPr>
              <w:jc w:val="center"/>
            </w:pPr>
            <w:r>
              <w:rPr>
                <w:rFonts w:ascii="Times New Roman" w:hAnsi="Times New Roman" w:eastAsia="宋体"/>
                <w:sz w:val="21"/>
              </w:rPr>
              <w:t>88.124</w:t>
            </w:r>
          </w:p>
        </w:tc>
        <w:tc>
          <w:tcPr>
            <w:tcW w:type="dxa" w:w="863"/>
          </w:tcPr>
          <w:p>
            <w:pPr>
              <w:jc w:val="center"/>
            </w:pPr>
            <w:r>
              <w:rPr>
                <w:rFonts w:ascii="Times New Roman" w:hAnsi="Times New Roman" w:eastAsia="宋体"/>
                <w:sz w:val="21"/>
              </w:rPr>
              <w:t>2024Raicom机器人开发者大赛A类国家级二等奖</w:t>
            </w:r>
          </w:p>
        </w:tc>
        <w:tc>
          <w:tcPr>
            <w:tcW w:type="dxa" w:w="863"/>
          </w:tcPr>
          <w:p>
            <w:pPr>
              <w:jc w:val="center"/>
            </w:pPr>
            <w:r>
              <w:rPr>
                <w:rFonts w:ascii="Times New Roman" w:hAnsi="Times New Roman" w:eastAsia="宋体"/>
                <w:sz w:val="21"/>
              </w:rPr>
              <w:t>2.5</w:t>
            </w:r>
          </w:p>
        </w:tc>
        <w:tc>
          <w:tcPr>
            <w:tcW w:type="dxa" w:w="863"/>
          </w:tcPr>
          <w:p>
            <w:pPr>
              <w:jc w:val="center"/>
            </w:pPr>
            <w:r>
              <w:rPr>
                <w:rFonts w:ascii="Times New Roman" w:hAnsi="Times New Roman" w:eastAsia="宋体"/>
                <w:sz w:val="21"/>
              </w:rPr>
              <w:t>90.624</w:t>
            </w:r>
          </w:p>
        </w:tc>
        <w:tc>
          <w:tcPr>
            <w:tcW w:type="dxa" w:w="863"/>
          </w:tcPr>
          <w:p>
            <w:pPr>
              <w:jc w:val="center"/>
            </w:pPr>
            <w:r>
              <w:rPr>
                <w:rFonts w:ascii="Times New Roman" w:hAnsi="Times New Roman" w:eastAsia="宋体"/>
                <w:sz w:val="21"/>
              </w:rPr>
              <w:t>17</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徐振东</w:t>
            </w:r>
          </w:p>
        </w:tc>
        <w:tc>
          <w:tcPr>
            <w:tcW w:type="dxa" w:w="863"/>
          </w:tcPr>
          <w:p>
            <w:pPr>
              <w:jc w:val="center"/>
            </w:pPr>
            <w:r>
              <w:rPr>
                <w:rFonts w:ascii="Times New Roman" w:hAnsi="Times New Roman" w:eastAsia="宋体"/>
                <w:sz w:val="21"/>
              </w:rPr>
              <w:t>202210050620</w:t>
            </w:r>
          </w:p>
        </w:tc>
        <w:tc>
          <w:tcPr>
            <w:tcW w:type="dxa" w:w="863"/>
          </w:tcPr>
          <w:p>
            <w:pPr>
              <w:jc w:val="center"/>
            </w:pPr>
            <w:r>
              <w:rPr>
                <w:rFonts w:ascii="Times New Roman" w:hAnsi="Times New Roman" w:eastAsia="宋体"/>
                <w:sz w:val="21"/>
              </w:rPr>
              <w:t>机械设计制造及其自动化</w:t>
            </w:r>
          </w:p>
        </w:tc>
        <w:tc>
          <w:tcPr>
            <w:tcW w:type="dxa" w:w="863"/>
          </w:tcPr>
          <w:p>
            <w:pPr>
              <w:jc w:val="center"/>
            </w:pPr>
            <w:r>
              <w:rPr>
                <w:rFonts w:ascii="Times New Roman" w:hAnsi="Times New Roman" w:eastAsia="宋体"/>
                <w:sz w:val="21"/>
              </w:rPr>
              <w:t>25</w:t>
            </w:r>
          </w:p>
        </w:tc>
        <w:tc>
          <w:tcPr>
            <w:tcW w:type="dxa" w:w="863"/>
          </w:tcPr>
          <w:p>
            <w:pPr>
              <w:jc w:val="center"/>
            </w:pPr>
            <w:r>
              <w:rPr>
                <w:rFonts w:ascii="Times New Roman" w:hAnsi="Times New Roman" w:eastAsia="宋体"/>
                <w:sz w:val="21"/>
              </w:rPr>
              <w:t>87.219</w:t>
            </w:r>
          </w:p>
        </w:tc>
        <w:tc>
          <w:tcPr>
            <w:tcW w:type="dxa" w:w="863"/>
          </w:tcPr>
          <w:p>
            <w:pPr>
              <w:jc w:val="center"/>
            </w:pPr>
            <w:r>
              <w:rPr>
                <w:rFonts w:ascii="Times New Roman" w:hAnsi="Times New Roman" w:eastAsia="宋体"/>
                <w:sz w:val="21"/>
              </w:rPr>
              <w:t>2024中国工程机器人暨国际公开赛工程搬运项目摄像头车型搬运赛（本科院校组)项目比赛一等奖</w:t>
            </w:r>
          </w:p>
        </w:tc>
        <w:tc>
          <w:tcPr>
            <w:tcW w:type="dxa" w:w="863"/>
          </w:tcPr>
          <w:p>
            <w:pPr>
              <w:jc w:val="center"/>
            </w:pPr>
            <w:r>
              <w:rPr>
                <w:rFonts w:ascii="Times New Roman" w:hAnsi="Times New Roman" w:eastAsia="宋体"/>
                <w:sz w:val="21"/>
              </w:rPr>
              <w:t>3</w:t>
            </w:r>
          </w:p>
        </w:tc>
        <w:tc>
          <w:tcPr>
            <w:tcW w:type="dxa" w:w="863"/>
          </w:tcPr>
          <w:p>
            <w:pPr>
              <w:jc w:val="center"/>
            </w:pPr>
            <w:r>
              <w:rPr>
                <w:rFonts w:ascii="Times New Roman" w:hAnsi="Times New Roman" w:eastAsia="宋体"/>
                <w:sz w:val="21"/>
              </w:rPr>
              <w:t>90.219</w:t>
            </w:r>
          </w:p>
        </w:tc>
        <w:tc>
          <w:tcPr>
            <w:tcW w:type="dxa" w:w="863"/>
          </w:tcPr>
          <w:p>
            <w:pPr>
              <w:jc w:val="center"/>
            </w:pPr>
            <w:r>
              <w:rPr>
                <w:rFonts w:ascii="Times New Roman" w:hAnsi="Times New Roman" w:eastAsia="宋体"/>
                <w:sz w:val="21"/>
              </w:rPr>
              <w:t>18</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鲁明飞</w:t>
            </w:r>
          </w:p>
        </w:tc>
        <w:tc>
          <w:tcPr>
            <w:tcW w:type="dxa" w:w="863"/>
          </w:tcPr>
          <w:p>
            <w:pPr>
              <w:jc w:val="center"/>
            </w:pPr>
            <w:r>
              <w:rPr>
                <w:rFonts w:ascii="Times New Roman" w:hAnsi="Times New Roman" w:eastAsia="宋体"/>
                <w:sz w:val="21"/>
              </w:rPr>
              <w:t>202210800309</w:t>
            </w:r>
          </w:p>
        </w:tc>
        <w:tc>
          <w:tcPr>
            <w:tcW w:type="dxa" w:w="863"/>
          </w:tcPr>
          <w:p>
            <w:pPr>
              <w:jc w:val="center"/>
            </w:pPr>
            <w:r>
              <w:rPr>
                <w:rFonts w:ascii="Times New Roman" w:hAnsi="Times New Roman" w:eastAsia="宋体"/>
                <w:sz w:val="21"/>
              </w:rPr>
              <w:t>智能制造工程</w:t>
            </w:r>
          </w:p>
        </w:tc>
        <w:tc>
          <w:tcPr>
            <w:tcW w:type="dxa" w:w="863"/>
          </w:tcPr>
          <w:p>
            <w:pPr>
              <w:jc w:val="center"/>
            </w:pPr>
            <w:r>
              <w:rPr>
                <w:rFonts w:ascii="Times New Roman" w:hAnsi="Times New Roman" w:eastAsia="宋体"/>
                <w:sz w:val="21"/>
              </w:rPr>
              <w:t>1</w:t>
            </w:r>
          </w:p>
        </w:tc>
        <w:tc>
          <w:tcPr>
            <w:tcW w:type="dxa" w:w="863"/>
          </w:tcPr>
          <w:p>
            <w:pPr>
              <w:jc w:val="center"/>
            </w:pPr>
            <w:r>
              <w:rPr>
                <w:rFonts w:ascii="Times New Roman" w:hAnsi="Times New Roman" w:eastAsia="宋体"/>
                <w:sz w:val="21"/>
              </w:rPr>
              <w:t>92.405</w:t>
            </w:r>
          </w:p>
        </w:tc>
        <w:tc>
          <w:tcPr>
            <w:tcW w:type="dxa" w:w="863"/>
          </w:tcPr>
          <w:p>
            <w:pPr>
              <w:jc w:val="center"/>
            </w:pPr>
            <w:r>
              <w:rPr>
                <w:rFonts w:ascii="Times New Roman" w:hAnsi="Times New Roman" w:eastAsia="宋体"/>
                <w:sz w:val="21"/>
              </w:rPr>
              <w:t>2024年中国机器人大赛暨RoboCup机器人世界杯中国赛机器人先进视觉赛国家二等奖</w:t>
            </w:r>
          </w:p>
        </w:tc>
        <w:tc>
          <w:tcPr>
            <w:tcW w:type="dxa" w:w="863"/>
          </w:tcPr>
          <w:p>
            <w:pPr>
              <w:jc w:val="center"/>
            </w:pPr>
            <w:r>
              <w:rPr>
                <w:rFonts w:ascii="Times New Roman" w:hAnsi="Times New Roman" w:eastAsia="宋体"/>
                <w:sz w:val="21"/>
              </w:rPr>
              <w:t>8</w:t>
            </w:r>
          </w:p>
        </w:tc>
        <w:tc>
          <w:tcPr>
            <w:tcW w:type="dxa" w:w="863"/>
          </w:tcPr>
          <w:p>
            <w:pPr>
              <w:jc w:val="center"/>
            </w:pPr>
            <w:r>
              <w:rPr>
                <w:rFonts w:ascii="Times New Roman" w:hAnsi="Times New Roman" w:eastAsia="宋体"/>
                <w:sz w:val="21"/>
              </w:rPr>
              <w:t>100.405</w:t>
            </w:r>
          </w:p>
        </w:tc>
        <w:tc>
          <w:tcPr>
            <w:tcW w:type="dxa" w:w="863"/>
          </w:tcPr>
          <w:p>
            <w:pPr>
              <w:jc w:val="center"/>
            </w:pPr>
            <w:r>
              <w:rPr>
                <w:rFonts w:ascii="Times New Roman" w:hAnsi="Times New Roman" w:eastAsia="宋体"/>
                <w:sz w:val="21"/>
              </w:rPr>
              <w:t>1</w:t>
            </w:r>
          </w:p>
        </w:tc>
        <w:tc>
          <w:tcPr>
            <w:tcW w:type="dxa" w:w="863"/>
          </w:tcPr>
          <w:p>
            <w:pPr>
              <w:jc w:val="center"/>
            </w:pPr>
            <w:r>
              <w:rPr>
                <w:rFonts w:ascii="Times New Roman" w:hAnsi="Times New Roman" w:eastAsia="宋体"/>
                <w:sz w:val="21"/>
              </w:rPr>
              <w:t>直推</w:t>
            </w:r>
          </w:p>
        </w:tc>
      </w:tr>
      <w:tr>
        <w:tc>
          <w:tcPr>
            <w:tcW w:type="dxa" w:w="863"/>
          </w:tcPr>
          <w:p>
            <w:pPr>
              <w:jc w:val="center"/>
            </w:pPr>
            <w:r>
              <w:rPr>
                <w:rFonts w:ascii="Times New Roman" w:hAnsi="Times New Roman" w:eastAsia="宋体"/>
                <w:sz w:val="21"/>
              </w:rPr>
              <w:t>秦坤蓉</w:t>
            </w:r>
          </w:p>
        </w:tc>
        <w:tc>
          <w:tcPr>
            <w:tcW w:type="dxa" w:w="863"/>
          </w:tcPr>
          <w:p>
            <w:pPr>
              <w:jc w:val="center"/>
            </w:pPr>
            <w:r>
              <w:rPr>
                <w:rFonts w:ascii="Times New Roman" w:hAnsi="Times New Roman" w:eastAsia="宋体"/>
                <w:sz w:val="21"/>
              </w:rPr>
              <w:t>202210800221</w:t>
            </w:r>
          </w:p>
        </w:tc>
        <w:tc>
          <w:tcPr>
            <w:tcW w:type="dxa" w:w="863"/>
          </w:tcPr>
          <w:p>
            <w:pPr>
              <w:jc w:val="center"/>
            </w:pPr>
            <w:r>
              <w:rPr>
                <w:rFonts w:ascii="Times New Roman" w:hAnsi="Times New Roman" w:eastAsia="宋体"/>
                <w:sz w:val="21"/>
              </w:rPr>
              <w:t>智能制造工程</w:t>
            </w:r>
          </w:p>
        </w:tc>
        <w:tc>
          <w:tcPr>
            <w:tcW w:type="dxa" w:w="863"/>
          </w:tcPr>
          <w:p>
            <w:pPr>
              <w:jc w:val="center"/>
            </w:pPr>
            <w:r>
              <w:rPr>
                <w:rFonts w:ascii="Times New Roman" w:hAnsi="Times New Roman" w:eastAsia="宋体"/>
                <w:sz w:val="21"/>
              </w:rPr>
              <w:t>2</w:t>
            </w:r>
          </w:p>
        </w:tc>
        <w:tc>
          <w:tcPr>
            <w:tcW w:type="dxa" w:w="863"/>
          </w:tcPr>
          <w:p>
            <w:pPr>
              <w:jc w:val="center"/>
            </w:pPr>
            <w:r>
              <w:rPr>
                <w:rFonts w:ascii="Times New Roman" w:hAnsi="Times New Roman" w:eastAsia="宋体"/>
                <w:sz w:val="21"/>
              </w:rPr>
              <w:t>91.865</w:t>
            </w:r>
          </w:p>
        </w:tc>
        <w:tc>
          <w:tcPr>
            <w:tcW w:type="dxa" w:w="863"/>
          </w:tcPr>
          <w:p>
            <w:pPr>
              <w:jc w:val="center"/>
            </w:pPr>
            <w:r>
              <w:rPr>
                <w:rFonts w:ascii="Times New Roman" w:hAnsi="Times New Roman" w:eastAsia="宋体"/>
                <w:sz w:val="21"/>
              </w:rPr>
              <w:t>2024年全国高校商业精英挑战赛创新创业竞赛（国家级A类比赛一等奖）</w:t>
            </w:r>
          </w:p>
        </w:tc>
        <w:tc>
          <w:tcPr>
            <w:tcW w:type="dxa" w:w="863"/>
          </w:tcPr>
          <w:p>
            <w:pPr>
              <w:jc w:val="center"/>
            </w:pPr>
            <w:r>
              <w:rPr>
                <w:rFonts w:ascii="Times New Roman" w:hAnsi="Times New Roman" w:eastAsia="宋体"/>
                <w:sz w:val="21"/>
              </w:rPr>
              <w:t>8</w:t>
            </w:r>
          </w:p>
        </w:tc>
        <w:tc>
          <w:tcPr>
            <w:tcW w:type="dxa" w:w="863"/>
          </w:tcPr>
          <w:p>
            <w:pPr>
              <w:jc w:val="center"/>
            </w:pPr>
            <w:r>
              <w:rPr>
                <w:rFonts w:ascii="Times New Roman" w:hAnsi="Times New Roman" w:eastAsia="宋体"/>
                <w:sz w:val="21"/>
              </w:rPr>
              <w:t>99.865</w:t>
            </w:r>
          </w:p>
        </w:tc>
        <w:tc>
          <w:tcPr>
            <w:tcW w:type="dxa" w:w="863"/>
          </w:tcPr>
          <w:p>
            <w:pPr>
              <w:jc w:val="center"/>
            </w:pPr>
            <w:r>
              <w:rPr>
                <w:rFonts w:ascii="Times New Roman" w:hAnsi="Times New Roman" w:eastAsia="宋体"/>
                <w:sz w:val="21"/>
              </w:rPr>
              <w:t>2</w:t>
            </w:r>
          </w:p>
        </w:tc>
        <w:tc>
          <w:tcPr>
            <w:tcW w:type="dxa" w:w="863"/>
          </w:tcPr>
          <w:p>
            <w:pPr>
              <w:jc w:val="center"/>
            </w:pPr>
            <w:r>
              <w:rPr>
                <w:rFonts w:ascii="Times New Roman" w:hAnsi="Times New Roman" w:eastAsia="宋体"/>
                <w:sz w:val="21"/>
              </w:rPr>
              <w:t>直推</w:t>
            </w:r>
          </w:p>
        </w:tc>
      </w:tr>
      <w:tr>
        <w:tc>
          <w:tcPr>
            <w:tcW w:type="dxa" w:w="863"/>
          </w:tcPr>
          <w:p>
            <w:pPr>
              <w:jc w:val="center"/>
            </w:pPr>
            <w:r>
              <w:rPr>
                <w:rFonts w:ascii="Times New Roman" w:hAnsi="Times New Roman" w:eastAsia="宋体"/>
                <w:sz w:val="21"/>
              </w:rPr>
              <w:t>张晶</w:t>
            </w:r>
          </w:p>
        </w:tc>
        <w:tc>
          <w:tcPr>
            <w:tcW w:type="dxa" w:w="863"/>
          </w:tcPr>
          <w:p>
            <w:pPr>
              <w:jc w:val="center"/>
            </w:pPr>
            <w:r>
              <w:rPr>
                <w:rFonts w:ascii="Times New Roman" w:hAnsi="Times New Roman" w:eastAsia="宋体"/>
                <w:sz w:val="21"/>
              </w:rPr>
              <w:t>202210800213</w:t>
            </w:r>
          </w:p>
        </w:tc>
        <w:tc>
          <w:tcPr>
            <w:tcW w:type="dxa" w:w="863"/>
          </w:tcPr>
          <w:p>
            <w:pPr>
              <w:jc w:val="center"/>
            </w:pPr>
            <w:r>
              <w:rPr>
                <w:rFonts w:ascii="Times New Roman" w:hAnsi="Times New Roman" w:eastAsia="宋体"/>
                <w:sz w:val="21"/>
              </w:rPr>
              <w:t>智能制造工程</w:t>
            </w:r>
          </w:p>
        </w:tc>
        <w:tc>
          <w:tcPr>
            <w:tcW w:type="dxa" w:w="863"/>
          </w:tcPr>
          <w:p>
            <w:pPr>
              <w:jc w:val="center"/>
            </w:pPr>
            <w:r>
              <w:rPr>
                <w:rFonts w:ascii="Times New Roman" w:hAnsi="Times New Roman" w:eastAsia="宋体"/>
                <w:sz w:val="21"/>
              </w:rPr>
              <w:t>3</w:t>
            </w:r>
          </w:p>
        </w:tc>
        <w:tc>
          <w:tcPr>
            <w:tcW w:type="dxa" w:w="863"/>
          </w:tcPr>
          <w:p>
            <w:pPr>
              <w:jc w:val="center"/>
            </w:pPr>
            <w:r>
              <w:rPr>
                <w:rFonts w:ascii="Times New Roman" w:hAnsi="Times New Roman" w:eastAsia="宋体"/>
                <w:sz w:val="21"/>
              </w:rPr>
              <w:t>91.252</w:t>
            </w:r>
          </w:p>
        </w:tc>
        <w:tc>
          <w:tcPr>
            <w:tcW w:type="dxa" w:w="863"/>
          </w:tcPr>
          <w:p>
            <w:pPr>
              <w:jc w:val="center"/>
            </w:pPr>
            <w:r>
              <w:rPr>
                <w:rFonts w:ascii="Times New Roman" w:hAnsi="Times New Roman" w:eastAsia="宋体"/>
                <w:sz w:val="21"/>
              </w:rPr>
              <w:t>2023年第十六届“高教杯”全国大学生先进成图技术与产品信息建模创新大赛 机械类 国家级二等奖</w:t>
            </w:r>
          </w:p>
        </w:tc>
        <w:tc>
          <w:tcPr>
            <w:tcW w:type="dxa" w:w="863"/>
          </w:tcPr>
          <w:p>
            <w:pPr>
              <w:jc w:val="center"/>
            </w:pPr>
            <w:r>
              <w:rPr>
                <w:rFonts w:ascii="Times New Roman" w:hAnsi="Times New Roman" w:eastAsia="宋体"/>
                <w:sz w:val="21"/>
              </w:rPr>
              <w:t>2.5</w:t>
            </w:r>
          </w:p>
        </w:tc>
        <w:tc>
          <w:tcPr>
            <w:tcW w:type="dxa" w:w="863"/>
          </w:tcPr>
          <w:p>
            <w:pPr>
              <w:jc w:val="center"/>
            </w:pPr>
            <w:r>
              <w:rPr>
                <w:rFonts w:ascii="Times New Roman" w:hAnsi="Times New Roman" w:eastAsia="宋体"/>
                <w:sz w:val="21"/>
              </w:rPr>
              <w:t>93.752</w:t>
            </w:r>
          </w:p>
        </w:tc>
        <w:tc>
          <w:tcPr>
            <w:tcW w:type="dxa" w:w="863"/>
          </w:tcPr>
          <w:p>
            <w:pPr>
              <w:jc w:val="center"/>
            </w:pPr>
            <w:r>
              <w:rPr>
                <w:rFonts w:ascii="Times New Roman" w:hAnsi="Times New Roman" w:eastAsia="宋体"/>
                <w:sz w:val="21"/>
              </w:rPr>
              <w:t>3</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程杰</w:t>
            </w:r>
          </w:p>
        </w:tc>
        <w:tc>
          <w:tcPr>
            <w:tcW w:type="dxa" w:w="863"/>
          </w:tcPr>
          <w:p>
            <w:pPr>
              <w:jc w:val="center"/>
            </w:pPr>
            <w:r>
              <w:rPr>
                <w:rFonts w:ascii="Times New Roman" w:hAnsi="Times New Roman" w:eastAsia="宋体"/>
                <w:sz w:val="21"/>
              </w:rPr>
              <w:t>202210800326</w:t>
            </w:r>
          </w:p>
        </w:tc>
        <w:tc>
          <w:tcPr>
            <w:tcW w:type="dxa" w:w="863"/>
          </w:tcPr>
          <w:p>
            <w:pPr>
              <w:jc w:val="center"/>
            </w:pPr>
            <w:r>
              <w:rPr>
                <w:rFonts w:ascii="Times New Roman" w:hAnsi="Times New Roman" w:eastAsia="宋体"/>
                <w:sz w:val="21"/>
              </w:rPr>
              <w:t>智能制造工程</w:t>
            </w:r>
          </w:p>
        </w:tc>
        <w:tc>
          <w:tcPr>
            <w:tcW w:type="dxa" w:w="863"/>
          </w:tcPr>
          <w:p>
            <w:pPr>
              <w:jc w:val="center"/>
            </w:pPr>
            <w:r>
              <w:rPr>
                <w:rFonts w:ascii="Times New Roman" w:hAnsi="Times New Roman" w:eastAsia="宋体"/>
                <w:sz w:val="21"/>
              </w:rPr>
              <w:t>4</w:t>
            </w:r>
          </w:p>
        </w:tc>
        <w:tc>
          <w:tcPr>
            <w:tcW w:type="dxa" w:w="863"/>
          </w:tcPr>
          <w:p>
            <w:pPr>
              <w:jc w:val="center"/>
            </w:pPr>
            <w:r>
              <w:rPr>
                <w:rFonts w:ascii="Times New Roman" w:hAnsi="Times New Roman" w:eastAsia="宋体"/>
                <w:sz w:val="21"/>
              </w:rPr>
              <w:t>91.219</w:t>
            </w:r>
          </w:p>
        </w:tc>
        <w:tc>
          <w:tcPr>
            <w:tcW w:type="dxa" w:w="863"/>
          </w:tcPr>
          <w:p>
            <w:pPr>
              <w:jc w:val="center"/>
            </w:pPr>
            <w:r>
              <w:rPr>
                <w:rFonts w:ascii="Times New Roman" w:hAnsi="Times New Roman" w:eastAsia="宋体"/>
                <w:sz w:val="21"/>
              </w:rPr>
              <w:t>2024年中国机器人大赛暨RoboCup机器人先进视觉赛-3D识别项目二等奖</w:t>
            </w:r>
          </w:p>
        </w:tc>
        <w:tc>
          <w:tcPr>
            <w:tcW w:type="dxa" w:w="863"/>
          </w:tcPr>
          <w:p>
            <w:pPr>
              <w:jc w:val="center"/>
            </w:pPr>
            <w:r>
              <w:rPr>
                <w:rFonts w:ascii="Times New Roman" w:hAnsi="Times New Roman" w:eastAsia="宋体"/>
                <w:sz w:val="21"/>
              </w:rPr>
              <w:t>2.5</w:t>
            </w:r>
          </w:p>
        </w:tc>
        <w:tc>
          <w:tcPr>
            <w:tcW w:type="dxa" w:w="863"/>
          </w:tcPr>
          <w:p>
            <w:pPr>
              <w:jc w:val="center"/>
            </w:pPr>
            <w:r>
              <w:rPr>
                <w:rFonts w:ascii="Times New Roman" w:hAnsi="Times New Roman" w:eastAsia="宋体"/>
                <w:sz w:val="21"/>
              </w:rPr>
              <w:t>93.719</w:t>
            </w:r>
          </w:p>
        </w:tc>
        <w:tc>
          <w:tcPr>
            <w:tcW w:type="dxa" w:w="863"/>
          </w:tcPr>
          <w:p>
            <w:pPr>
              <w:jc w:val="center"/>
            </w:pPr>
            <w:r>
              <w:rPr>
                <w:rFonts w:ascii="Times New Roman" w:hAnsi="Times New Roman" w:eastAsia="宋体"/>
                <w:sz w:val="21"/>
              </w:rPr>
              <w:t>4</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李佳霏</w:t>
            </w:r>
          </w:p>
        </w:tc>
        <w:tc>
          <w:tcPr>
            <w:tcW w:type="dxa" w:w="863"/>
          </w:tcPr>
          <w:p>
            <w:pPr>
              <w:jc w:val="center"/>
            </w:pPr>
            <w:r>
              <w:rPr>
                <w:rFonts w:ascii="Times New Roman" w:hAnsi="Times New Roman" w:eastAsia="宋体"/>
                <w:sz w:val="21"/>
              </w:rPr>
              <w:t>202210800302</w:t>
            </w:r>
          </w:p>
        </w:tc>
        <w:tc>
          <w:tcPr>
            <w:tcW w:type="dxa" w:w="863"/>
          </w:tcPr>
          <w:p>
            <w:pPr>
              <w:jc w:val="center"/>
            </w:pPr>
            <w:r>
              <w:rPr>
                <w:rFonts w:ascii="Times New Roman" w:hAnsi="Times New Roman" w:eastAsia="宋体"/>
                <w:sz w:val="21"/>
              </w:rPr>
              <w:t>智能制造工程</w:t>
            </w:r>
          </w:p>
        </w:tc>
        <w:tc>
          <w:tcPr>
            <w:tcW w:type="dxa" w:w="863"/>
          </w:tcPr>
          <w:p>
            <w:pPr>
              <w:jc w:val="center"/>
            </w:pPr>
            <w:r>
              <w:rPr>
                <w:rFonts w:ascii="Times New Roman" w:hAnsi="Times New Roman" w:eastAsia="宋体"/>
                <w:sz w:val="21"/>
              </w:rPr>
              <w:t>6</w:t>
            </w:r>
          </w:p>
        </w:tc>
        <w:tc>
          <w:tcPr>
            <w:tcW w:type="dxa" w:w="863"/>
          </w:tcPr>
          <w:p>
            <w:pPr>
              <w:jc w:val="center"/>
            </w:pPr>
            <w:r>
              <w:rPr>
                <w:rFonts w:ascii="Times New Roman" w:hAnsi="Times New Roman" w:eastAsia="宋体"/>
                <w:sz w:val="21"/>
              </w:rPr>
              <w:t>90.833</w:t>
            </w:r>
          </w:p>
        </w:tc>
        <w:tc>
          <w:tcPr>
            <w:tcW w:type="dxa" w:w="863"/>
          </w:tcPr>
          <w:p>
            <w:pPr>
              <w:jc w:val="center"/>
            </w:pPr>
            <w:r>
              <w:rPr>
                <w:rFonts w:ascii="Times New Roman" w:hAnsi="Times New Roman" w:eastAsia="宋体"/>
                <w:sz w:val="21"/>
              </w:rPr>
              <w:t>2024“云说新科技”科普传播大赛国家级一等奖</w:t>
            </w:r>
          </w:p>
        </w:tc>
        <w:tc>
          <w:tcPr>
            <w:tcW w:type="dxa" w:w="863"/>
          </w:tcPr>
          <w:p>
            <w:pPr>
              <w:jc w:val="center"/>
            </w:pPr>
            <w:r>
              <w:rPr>
                <w:rFonts w:ascii="Times New Roman" w:hAnsi="Times New Roman" w:eastAsia="宋体"/>
                <w:sz w:val="21"/>
              </w:rPr>
              <w:t>2.5</w:t>
            </w:r>
          </w:p>
        </w:tc>
        <w:tc>
          <w:tcPr>
            <w:tcW w:type="dxa" w:w="863"/>
          </w:tcPr>
          <w:p>
            <w:pPr>
              <w:jc w:val="center"/>
            </w:pPr>
            <w:r>
              <w:rPr>
                <w:rFonts w:ascii="Times New Roman" w:hAnsi="Times New Roman" w:eastAsia="宋体"/>
                <w:sz w:val="21"/>
              </w:rPr>
              <w:t>93.333</w:t>
            </w:r>
          </w:p>
        </w:tc>
        <w:tc>
          <w:tcPr>
            <w:tcW w:type="dxa" w:w="863"/>
          </w:tcPr>
          <w:p>
            <w:pPr>
              <w:jc w:val="center"/>
            </w:pPr>
            <w:r>
              <w:rPr>
                <w:rFonts w:ascii="Times New Roman" w:hAnsi="Times New Roman" w:eastAsia="宋体"/>
                <w:sz w:val="21"/>
              </w:rPr>
              <w:t>5</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杨诗俊</w:t>
            </w:r>
          </w:p>
        </w:tc>
        <w:tc>
          <w:tcPr>
            <w:tcW w:type="dxa" w:w="863"/>
          </w:tcPr>
          <w:p>
            <w:pPr>
              <w:jc w:val="center"/>
            </w:pPr>
            <w:r>
              <w:rPr>
                <w:rFonts w:ascii="Times New Roman" w:hAnsi="Times New Roman" w:eastAsia="宋体"/>
                <w:sz w:val="21"/>
              </w:rPr>
              <w:t>202210800303</w:t>
            </w:r>
          </w:p>
        </w:tc>
        <w:tc>
          <w:tcPr>
            <w:tcW w:type="dxa" w:w="863"/>
          </w:tcPr>
          <w:p>
            <w:pPr>
              <w:jc w:val="center"/>
            </w:pPr>
            <w:r>
              <w:rPr>
                <w:rFonts w:ascii="Times New Roman" w:hAnsi="Times New Roman" w:eastAsia="宋体"/>
                <w:sz w:val="21"/>
              </w:rPr>
              <w:t>智能制造工程</w:t>
            </w:r>
          </w:p>
        </w:tc>
        <w:tc>
          <w:tcPr>
            <w:tcW w:type="dxa" w:w="863"/>
          </w:tcPr>
          <w:p>
            <w:pPr>
              <w:jc w:val="center"/>
            </w:pPr>
            <w:r>
              <w:rPr>
                <w:rFonts w:ascii="Times New Roman" w:hAnsi="Times New Roman" w:eastAsia="宋体"/>
                <w:sz w:val="21"/>
              </w:rPr>
              <w:t>7</w:t>
            </w:r>
          </w:p>
        </w:tc>
        <w:tc>
          <w:tcPr>
            <w:tcW w:type="dxa" w:w="863"/>
          </w:tcPr>
          <w:p>
            <w:pPr>
              <w:jc w:val="center"/>
            </w:pPr>
            <w:r>
              <w:rPr>
                <w:rFonts w:ascii="Times New Roman" w:hAnsi="Times New Roman" w:eastAsia="宋体"/>
                <w:sz w:val="21"/>
              </w:rPr>
              <w:t>90.597</w:t>
            </w:r>
          </w:p>
        </w:tc>
        <w:tc>
          <w:tcPr>
            <w:tcW w:type="dxa" w:w="863"/>
          </w:tcPr>
          <w:p>
            <w:pPr>
              <w:jc w:val="center"/>
            </w:pPr>
            <w:r>
              <w:rPr>
                <w:rFonts w:ascii="Times New Roman" w:hAnsi="Times New Roman" w:eastAsia="宋体"/>
                <w:sz w:val="21"/>
              </w:rPr>
              <w:t>2024年第七届中国高校智能机器人创意大赛解魔方机器人二等奖</w:t>
            </w:r>
          </w:p>
        </w:tc>
        <w:tc>
          <w:tcPr>
            <w:tcW w:type="dxa" w:w="863"/>
          </w:tcPr>
          <w:p>
            <w:pPr>
              <w:jc w:val="center"/>
            </w:pPr>
            <w:r>
              <w:rPr>
                <w:rFonts w:ascii="Times New Roman" w:hAnsi="Times New Roman" w:eastAsia="宋体"/>
                <w:sz w:val="21"/>
              </w:rPr>
              <w:t>2.5</w:t>
            </w:r>
          </w:p>
        </w:tc>
        <w:tc>
          <w:tcPr>
            <w:tcW w:type="dxa" w:w="863"/>
          </w:tcPr>
          <w:p>
            <w:pPr>
              <w:jc w:val="center"/>
            </w:pPr>
            <w:r>
              <w:rPr>
                <w:rFonts w:ascii="Times New Roman" w:hAnsi="Times New Roman" w:eastAsia="宋体"/>
                <w:sz w:val="21"/>
              </w:rPr>
              <w:t>93.097</w:t>
            </w:r>
          </w:p>
        </w:tc>
        <w:tc>
          <w:tcPr>
            <w:tcW w:type="dxa" w:w="863"/>
          </w:tcPr>
          <w:p>
            <w:pPr>
              <w:jc w:val="center"/>
            </w:pPr>
            <w:r>
              <w:rPr>
                <w:rFonts w:ascii="Times New Roman" w:hAnsi="Times New Roman" w:eastAsia="宋体"/>
                <w:sz w:val="21"/>
              </w:rPr>
              <w:t>6</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王灵娇</w:t>
            </w:r>
          </w:p>
        </w:tc>
        <w:tc>
          <w:tcPr>
            <w:tcW w:type="dxa" w:w="863"/>
          </w:tcPr>
          <w:p>
            <w:pPr>
              <w:jc w:val="center"/>
            </w:pPr>
            <w:r>
              <w:rPr>
                <w:rFonts w:ascii="Times New Roman" w:hAnsi="Times New Roman" w:eastAsia="宋体"/>
                <w:sz w:val="21"/>
              </w:rPr>
              <w:t>202210800133</w:t>
            </w:r>
          </w:p>
        </w:tc>
        <w:tc>
          <w:tcPr>
            <w:tcW w:type="dxa" w:w="863"/>
          </w:tcPr>
          <w:p>
            <w:pPr>
              <w:jc w:val="center"/>
            </w:pPr>
            <w:r>
              <w:rPr>
                <w:rFonts w:ascii="Times New Roman" w:hAnsi="Times New Roman" w:eastAsia="宋体"/>
                <w:sz w:val="21"/>
              </w:rPr>
              <w:t>智能制造工程</w:t>
            </w:r>
          </w:p>
        </w:tc>
        <w:tc>
          <w:tcPr>
            <w:tcW w:type="dxa" w:w="863"/>
          </w:tcPr>
          <w:p>
            <w:pPr>
              <w:jc w:val="center"/>
            </w:pPr>
            <w:r>
              <w:rPr>
                <w:rFonts w:ascii="Times New Roman" w:hAnsi="Times New Roman" w:eastAsia="宋体"/>
                <w:sz w:val="21"/>
              </w:rPr>
              <w:t>8</w:t>
            </w:r>
          </w:p>
        </w:tc>
        <w:tc>
          <w:tcPr>
            <w:tcW w:type="dxa" w:w="863"/>
          </w:tcPr>
          <w:p>
            <w:pPr>
              <w:jc w:val="center"/>
            </w:pPr>
            <w:r>
              <w:rPr>
                <w:rFonts w:ascii="Times New Roman" w:hAnsi="Times New Roman" w:eastAsia="宋体"/>
                <w:sz w:val="21"/>
              </w:rPr>
              <w:t>90.562</w:t>
            </w:r>
          </w:p>
        </w:tc>
        <w:tc>
          <w:tcPr>
            <w:tcW w:type="dxa" w:w="863"/>
          </w:tcPr>
          <w:p>
            <w:pPr>
              <w:jc w:val="center"/>
            </w:pPr>
            <w:r>
              <w:rPr>
                <w:rFonts w:ascii="Times New Roman" w:hAnsi="Times New Roman" w:eastAsia="宋体"/>
                <w:sz w:val="21"/>
              </w:rPr>
              <w:t>2024年中国大学生机械工程创新创意大赛智能制造赛-智能生产管控方向三等奖</w:t>
            </w:r>
          </w:p>
        </w:tc>
        <w:tc>
          <w:tcPr>
            <w:tcW w:type="dxa" w:w="863"/>
          </w:tcPr>
          <w:p>
            <w:pPr>
              <w:jc w:val="center"/>
            </w:pPr>
            <w:r>
              <w:rPr>
                <w:rFonts w:ascii="Times New Roman" w:hAnsi="Times New Roman" w:eastAsia="宋体"/>
                <w:sz w:val="21"/>
              </w:rPr>
              <w:t>2</w:t>
            </w:r>
          </w:p>
        </w:tc>
        <w:tc>
          <w:tcPr>
            <w:tcW w:type="dxa" w:w="863"/>
          </w:tcPr>
          <w:p>
            <w:pPr>
              <w:jc w:val="center"/>
            </w:pPr>
            <w:r>
              <w:rPr>
                <w:rFonts w:ascii="Times New Roman" w:hAnsi="Times New Roman" w:eastAsia="宋体"/>
                <w:sz w:val="21"/>
              </w:rPr>
              <w:t>92.562</w:t>
            </w:r>
          </w:p>
        </w:tc>
        <w:tc>
          <w:tcPr>
            <w:tcW w:type="dxa" w:w="863"/>
          </w:tcPr>
          <w:p>
            <w:pPr>
              <w:jc w:val="center"/>
            </w:pPr>
            <w:r>
              <w:rPr>
                <w:rFonts w:ascii="Times New Roman" w:hAnsi="Times New Roman" w:eastAsia="宋体"/>
                <w:sz w:val="21"/>
              </w:rPr>
              <w:t>7</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肖聪颖</w:t>
            </w:r>
          </w:p>
        </w:tc>
        <w:tc>
          <w:tcPr>
            <w:tcW w:type="dxa" w:w="863"/>
          </w:tcPr>
          <w:p>
            <w:pPr>
              <w:jc w:val="center"/>
            </w:pPr>
            <w:r>
              <w:rPr>
                <w:rFonts w:ascii="Times New Roman" w:hAnsi="Times New Roman" w:eastAsia="宋体"/>
                <w:sz w:val="21"/>
              </w:rPr>
              <w:t>202210800117</w:t>
            </w:r>
          </w:p>
        </w:tc>
        <w:tc>
          <w:tcPr>
            <w:tcW w:type="dxa" w:w="863"/>
          </w:tcPr>
          <w:p>
            <w:pPr>
              <w:jc w:val="center"/>
            </w:pPr>
            <w:r>
              <w:rPr>
                <w:rFonts w:ascii="Times New Roman" w:hAnsi="Times New Roman" w:eastAsia="宋体"/>
                <w:sz w:val="21"/>
              </w:rPr>
              <w:t>智能制造工程</w:t>
            </w:r>
          </w:p>
        </w:tc>
        <w:tc>
          <w:tcPr>
            <w:tcW w:type="dxa" w:w="863"/>
          </w:tcPr>
          <w:p>
            <w:pPr>
              <w:jc w:val="center"/>
            </w:pPr>
            <w:r>
              <w:rPr>
                <w:rFonts w:ascii="Times New Roman" w:hAnsi="Times New Roman" w:eastAsia="宋体"/>
                <w:sz w:val="21"/>
              </w:rPr>
              <w:t>9</w:t>
            </w:r>
          </w:p>
        </w:tc>
        <w:tc>
          <w:tcPr>
            <w:tcW w:type="dxa" w:w="863"/>
          </w:tcPr>
          <w:p>
            <w:pPr>
              <w:jc w:val="center"/>
            </w:pPr>
            <w:r>
              <w:rPr>
                <w:rFonts w:ascii="Times New Roman" w:hAnsi="Times New Roman" w:eastAsia="宋体"/>
                <w:sz w:val="21"/>
              </w:rPr>
              <w:t>90.304</w:t>
            </w:r>
          </w:p>
        </w:tc>
        <w:tc>
          <w:tcPr>
            <w:tcW w:type="dxa" w:w="863"/>
          </w:tcPr>
          <w:p>
            <w:pPr>
              <w:jc w:val="center"/>
            </w:pPr>
            <w:r>
              <w:rPr>
                <w:rFonts w:ascii="Times New Roman" w:hAnsi="Times New Roman" w:eastAsia="宋体"/>
                <w:sz w:val="21"/>
              </w:rPr>
              <w:t>2024-12 中国机械工程学会 “云说新科技”科普传播大赛国家级二等奖</w:t>
            </w:r>
          </w:p>
        </w:tc>
        <w:tc>
          <w:tcPr>
            <w:tcW w:type="dxa" w:w="863"/>
          </w:tcPr>
          <w:p>
            <w:pPr>
              <w:jc w:val="center"/>
            </w:pPr>
            <w:r>
              <w:rPr>
                <w:rFonts w:ascii="Times New Roman" w:hAnsi="Times New Roman" w:eastAsia="宋体"/>
                <w:sz w:val="21"/>
              </w:rPr>
              <w:t>2</w:t>
            </w:r>
          </w:p>
        </w:tc>
        <w:tc>
          <w:tcPr>
            <w:tcW w:type="dxa" w:w="863"/>
          </w:tcPr>
          <w:p>
            <w:pPr>
              <w:jc w:val="center"/>
            </w:pPr>
            <w:r>
              <w:rPr>
                <w:rFonts w:ascii="Times New Roman" w:hAnsi="Times New Roman" w:eastAsia="宋体"/>
                <w:sz w:val="21"/>
              </w:rPr>
              <w:t>92.304</w:t>
            </w:r>
          </w:p>
        </w:tc>
        <w:tc>
          <w:tcPr>
            <w:tcW w:type="dxa" w:w="863"/>
          </w:tcPr>
          <w:p>
            <w:pPr>
              <w:jc w:val="center"/>
            </w:pPr>
            <w:r>
              <w:rPr>
                <w:rFonts w:ascii="Times New Roman" w:hAnsi="Times New Roman" w:eastAsia="宋体"/>
                <w:sz w:val="21"/>
              </w:rPr>
              <w:t>8</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杨瑜</w:t>
            </w:r>
          </w:p>
        </w:tc>
        <w:tc>
          <w:tcPr>
            <w:tcW w:type="dxa" w:w="863"/>
          </w:tcPr>
          <w:p>
            <w:pPr>
              <w:jc w:val="center"/>
            </w:pPr>
            <w:r>
              <w:rPr>
                <w:rFonts w:ascii="Times New Roman" w:hAnsi="Times New Roman" w:eastAsia="宋体"/>
                <w:sz w:val="21"/>
              </w:rPr>
              <w:t>202210800238</w:t>
            </w:r>
          </w:p>
        </w:tc>
        <w:tc>
          <w:tcPr>
            <w:tcW w:type="dxa" w:w="863"/>
          </w:tcPr>
          <w:p>
            <w:pPr>
              <w:jc w:val="center"/>
            </w:pPr>
            <w:r>
              <w:rPr>
                <w:rFonts w:ascii="Times New Roman" w:hAnsi="Times New Roman" w:eastAsia="宋体"/>
                <w:sz w:val="21"/>
              </w:rPr>
              <w:t>智能制造工程</w:t>
            </w:r>
          </w:p>
        </w:tc>
        <w:tc>
          <w:tcPr>
            <w:tcW w:type="dxa" w:w="863"/>
          </w:tcPr>
          <w:p>
            <w:pPr>
              <w:jc w:val="center"/>
            </w:pPr>
            <w:r>
              <w:rPr>
                <w:rFonts w:ascii="Times New Roman" w:hAnsi="Times New Roman" w:eastAsia="宋体"/>
                <w:sz w:val="21"/>
              </w:rPr>
              <w:t>10</w:t>
            </w:r>
          </w:p>
        </w:tc>
        <w:tc>
          <w:tcPr>
            <w:tcW w:type="dxa" w:w="863"/>
          </w:tcPr>
          <w:p>
            <w:pPr>
              <w:jc w:val="center"/>
            </w:pPr>
            <w:r>
              <w:rPr>
                <w:rFonts w:ascii="Times New Roman" w:hAnsi="Times New Roman" w:eastAsia="宋体"/>
                <w:sz w:val="21"/>
              </w:rPr>
              <w:t>89.345</w:t>
            </w:r>
          </w:p>
        </w:tc>
        <w:tc>
          <w:tcPr>
            <w:tcW w:type="dxa" w:w="863"/>
          </w:tcPr>
          <w:p>
            <w:pPr>
              <w:jc w:val="center"/>
            </w:pPr>
            <w:r>
              <w:rPr>
                <w:rFonts w:ascii="Times New Roman" w:hAnsi="Times New Roman" w:eastAsia="宋体"/>
                <w:sz w:val="21"/>
              </w:rPr>
              <w:t>2024年中国大学生机械工程创新大赛“卓然-笃舜-宏图杯”过程装备实践与创新大赛 一般赛事</w:t>
            </w:r>
          </w:p>
        </w:tc>
        <w:tc>
          <w:tcPr>
            <w:tcW w:type="dxa" w:w="863"/>
          </w:tcPr>
          <w:p>
            <w:pPr>
              <w:jc w:val="center"/>
            </w:pPr>
            <w:r>
              <w:rPr>
                <w:rFonts w:ascii="Times New Roman" w:hAnsi="Times New Roman" w:eastAsia="宋体"/>
                <w:sz w:val="21"/>
              </w:rPr>
              <w:t>2.5</w:t>
            </w:r>
          </w:p>
        </w:tc>
        <w:tc>
          <w:tcPr>
            <w:tcW w:type="dxa" w:w="863"/>
          </w:tcPr>
          <w:p>
            <w:pPr>
              <w:jc w:val="center"/>
            </w:pPr>
            <w:r>
              <w:rPr>
                <w:rFonts w:ascii="Times New Roman" w:hAnsi="Times New Roman" w:eastAsia="宋体"/>
                <w:sz w:val="21"/>
              </w:rPr>
              <w:t>91.845</w:t>
            </w:r>
          </w:p>
        </w:tc>
        <w:tc>
          <w:tcPr>
            <w:tcW w:type="dxa" w:w="863"/>
          </w:tcPr>
          <w:p>
            <w:pPr>
              <w:jc w:val="center"/>
            </w:pPr>
            <w:r>
              <w:rPr>
                <w:rFonts w:ascii="Times New Roman" w:hAnsi="Times New Roman" w:eastAsia="宋体"/>
                <w:sz w:val="21"/>
              </w:rPr>
              <w:t>9</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唐一心</w:t>
            </w:r>
          </w:p>
        </w:tc>
        <w:tc>
          <w:tcPr>
            <w:tcW w:type="dxa" w:w="863"/>
          </w:tcPr>
          <w:p>
            <w:pPr>
              <w:jc w:val="center"/>
            </w:pPr>
            <w:r>
              <w:rPr>
                <w:rFonts w:ascii="Times New Roman" w:hAnsi="Times New Roman" w:eastAsia="宋体"/>
                <w:sz w:val="21"/>
              </w:rPr>
              <w:t>202210800319</w:t>
            </w:r>
          </w:p>
        </w:tc>
        <w:tc>
          <w:tcPr>
            <w:tcW w:type="dxa" w:w="863"/>
          </w:tcPr>
          <w:p>
            <w:pPr>
              <w:jc w:val="center"/>
            </w:pPr>
            <w:r>
              <w:rPr>
                <w:rFonts w:ascii="Times New Roman" w:hAnsi="Times New Roman" w:eastAsia="宋体"/>
                <w:sz w:val="21"/>
              </w:rPr>
              <w:t>智能制造工程</w:t>
            </w:r>
          </w:p>
        </w:tc>
        <w:tc>
          <w:tcPr>
            <w:tcW w:type="dxa" w:w="863"/>
          </w:tcPr>
          <w:p>
            <w:pPr>
              <w:jc w:val="center"/>
            </w:pPr>
            <w:r>
              <w:rPr>
                <w:rFonts w:ascii="Times New Roman" w:hAnsi="Times New Roman" w:eastAsia="宋体"/>
                <w:sz w:val="21"/>
              </w:rPr>
              <w:t>5</w:t>
            </w:r>
          </w:p>
        </w:tc>
        <w:tc>
          <w:tcPr>
            <w:tcW w:type="dxa" w:w="863"/>
          </w:tcPr>
          <w:p>
            <w:pPr>
              <w:jc w:val="center"/>
            </w:pPr>
            <w:r>
              <w:rPr>
                <w:rFonts w:ascii="Times New Roman" w:hAnsi="Times New Roman" w:eastAsia="宋体"/>
                <w:sz w:val="21"/>
              </w:rPr>
              <w:t>91.037</w:t>
            </w:r>
          </w:p>
        </w:tc>
        <w:tc>
          <w:tcPr>
            <w:tcW w:type="dxa" w:w="863"/>
          </w:tcPr>
          <w:p>
            <w:pPr>
              <w:jc w:val="center"/>
            </w:pPr>
            <w:r>
              <w:rPr>
                <w:rFonts w:ascii="Times New Roman" w:hAnsi="Times New Roman" w:eastAsia="宋体"/>
                <w:sz w:val="21"/>
              </w:rPr>
            </w:r>
          </w:p>
        </w:tc>
        <w:tc>
          <w:tcPr>
            <w:tcW w:type="dxa" w:w="863"/>
          </w:tcPr>
          <w:p>
            <w:pPr>
              <w:jc w:val="center"/>
            </w:pPr>
            <w:r>
              <w:rPr>
                <w:rFonts w:ascii="Times New Roman" w:hAnsi="Times New Roman" w:eastAsia="宋体"/>
                <w:sz w:val="21"/>
              </w:rPr>
            </w:r>
          </w:p>
        </w:tc>
        <w:tc>
          <w:tcPr>
            <w:tcW w:type="dxa" w:w="863"/>
          </w:tcPr>
          <w:p>
            <w:pPr>
              <w:jc w:val="center"/>
            </w:pPr>
            <w:r>
              <w:rPr>
                <w:rFonts w:ascii="Times New Roman" w:hAnsi="Times New Roman" w:eastAsia="宋体"/>
                <w:sz w:val="21"/>
              </w:rPr>
              <w:t>91.037</w:t>
            </w:r>
          </w:p>
        </w:tc>
        <w:tc>
          <w:tcPr>
            <w:tcW w:type="dxa" w:w="863"/>
          </w:tcPr>
          <w:p>
            <w:pPr>
              <w:jc w:val="center"/>
            </w:pPr>
            <w:r>
              <w:rPr>
                <w:rFonts w:ascii="Times New Roman" w:hAnsi="Times New Roman" w:eastAsia="宋体"/>
                <w:sz w:val="21"/>
              </w:rPr>
              <w:t>10</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姜思羽</w:t>
            </w:r>
          </w:p>
        </w:tc>
        <w:tc>
          <w:tcPr>
            <w:tcW w:type="dxa" w:w="863"/>
          </w:tcPr>
          <w:p>
            <w:pPr>
              <w:jc w:val="center"/>
            </w:pPr>
            <w:r>
              <w:rPr>
                <w:rFonts w:ascii="Times New Roman" w:hAnsi="Times New Roman" w:eastAsia="宋体"/>
                <w:sz w:val="21"/>
              </w:rPr>
              <w:t>202210590324</w:t>
            </w:r>
          </w:p>
        </w:tc>
        <w:tc>
          <w:tcPr>
            <w:tcW w:type="dxa" w:w="863"/>
          </w:tcPr>
          <w:p>
            <w:pPr>
              <w:jc w:val="center"/>
            </w:pPr>
            <w:r>
              <w:rPr>
                <w:rFonts w:ascii="Times New Roman" w:hAnsi="Times New Roman" w:eastAsia="宋体"/>
                <w:sz w:val="21"/>
              </w:rPr>
              <w:t>能源与动力工程</w:t>
            </w:r>
          </w:p>
        </w:tc>
        <w:tc>
          <w:tcPr>
            <w:tcW w:type="dxa" w:w="863"/>
          </w:tcPr>
          <w:p>
            <w:pPr>
              <w:jc w:val="center"/>
            </w:pPr>
            <w:r>
              <w:rPr>
                <w:rFonts w:ascii="Times New Roman" w:hAnsi="Times New Roman" w:eastAsia="宋体"/>
                <w:sz w:val="21"/>
              </w:rPr>
              <w:t>1</w:t>
            </w:r>
          </w:p>
        </w:tc>
        <w:tc>
          <w:tcPr>
            <w:tcW w:type="dxa" w:w="863"/>
          </w:tcPr>
          <w:p>
            <w:pPr>
              <w:jc w:val="center"/>
            </w:pPr>
            <w:r>
              <w:rPr>
                <w:rFonts w:ascii="Times New Roman" w:hAnsi="Times New Roman" w:eastAsia="宋体"/>
                <w:sz w:val="21"/>
              </w:rPr>
              <w:t>92.621</w:t>
            </w:r>
          </w:p>
        </w:tc>
        <w:tc>
          <w:tcPr>
            <w:tcW w:type="dxa" w:w="863"/>
          </w:tcPr>
          <w:p>
            <w:pPr>
              <w:jc w:val="center"/>
            </w:pPr>
            <w:r>
              <w:rPr>
                <w:rFonts w:ascii="Times New Roman" w:hAnsi="Times New Roman" w:eastAsia="宋体"/>
                <w:sz w:val="21"/>
              </w:rPr>
              <w:t>2025年“中国中车杯”第七届可再生能源优秀科技作品竞赛 国家级三等奖</w:t>
            </w:r>
          </w:p>
        </w:tc>
        <w:tc>
          <w:tcPr>
            <w:tcW w:type="dxa" w:w="863"/>
          </w:tcPr>
          <w:p>
            <w:pPr>
              <w:jc w:val="center"/>
            </w:pPr>
            <w:r>
              <w:rPr>
                <w:rFonts w:ascii="Times New Roman" w:hAnsi="Times New Roman" w:eastAsia="宋体"/>
                <w:sz w:val="21"/>
              </w:rPr>
              <w:t>8</w:t>
            </w:r>
          </w:p>
        </w:tc>
        <w:tc>
          <w:tcPr>
            <w:tcW w:type="dxa" w:w="863"/>
          </w:tcPr>
          <w:p>
            <w:pPr>
              <w:jc w:val="center"/>
            </w:pPr>
            <w:r>
              <w:rPr>
                <w:rFonts w:ascii="Times New Roman" w:hAnsi="Times New Roman" w:eastAsia="宋体"/>
                <w:sz w:val="21"/>
              </w:rPr>
              <w:t>100.621</w:t>
            </w:r>
          </w:p>
        </w:tc>
        <w:tc>
          <w:tcPr>
            <w:tcW w:type="dxa" w:w="863"/>
          </w:tcPr>
          <w:p>
            <w:pPr>
              <w:jc w:val="center"/>
            </w:pPr>
            <w:r>
              <w:rPr>
                <w:rFonts w:ascii="Times New Roman" w:hAnsi="Times New Roman" w:eastAsia="宋体"/>
                <w:sz w:val="21"/>
              </w:rPr>
              <w:t>1</w:t>
            </w:r>
          </w:p>
        </w:tc>
        <w:tc>
          <w:tcPr>
            <w:tcW w:type="dxa" w:w="863"/>
          </w:tcPr>
          <w:p>
            <w:pPr>
              <w:jc w:val="center"/>
            </w:pPr>
            <w:r>
              <w:rPr>
                <w:rFonts w:ascii="Times New Roman" w:hAnsi="Times New Roman" w:eastAsia="宋体"/>
                <w:sz w:val="21"/>
              </w:rPr>
              <w:t>直推</w:t>
            </w:r>
          </w:p>
        </w:tc>
      </w:tr>
      <w:tr>
        <w:tc>
          <w:tcPr>
            <w:tcW w:type="dxa" w:w="863"/>
          </w:tcPr>
          <w:p>
            <w:pPr>
              <w:jc w:val="center"/>
            </w:pPr>
            <w:r>
              <w:rPr>
                <w:rFonts w:ascii="Times New Roman" w:hAnsi="Times New Roman" w:eastAsia="宋体"/>
                <w:sz w:val="21"/>
              </w:rPr>
              <w:t>陈可儿</w:t>
            </w:r>
          </w:p>
        </w:tc>
        <w:tc>
          <w:tcPr>
            <w:tcW w:type="dxa" w:w="863"/>
          </w:tcPr>
          <w:p>
            <w:pPr>
              <w:jc w:val="center"/>
            </w:pPr>
            <w:r>
              <w:rPr>
                <w:rFonts w:ascii="Times New Roman" w:hAnsi="Times New Roman" w:eastAsia="宋体"/>
                <w:sz w:val="21"/>
              </w:rPr>
              <w:t>202210590121</w:t>
            </w:r>
          </w:p>
        </w:tc>
        <w:tc>
          <w:tcPr>
            <w:tcW w:type="dxa" w:w="863"/>
          </w:tcPr>
          <w:p>
            <w:pPr>
              <w:jc w:val="center"/>
            </w:pPr>
            <w:r>
              <w:rPr>
                <w:rFonts w:ascii="Times New Roman" w:hAnsi="Times New Roman" w:eastAsia="宋体"/>
                <w:sz w:val="21"/>
              </w:rPr>
              <w:t>能源与动力工程</w:t>
            </w:r>
          </w:p>
        </w:tc>
        <w:tc>
          <w:tcPr>
            <w:tcW w:type="dxa" w:w="863"/>
          </w:tcPr>
          <w:p>
            <w:pPr>
              <w:jc w:val="center"/>
            </w:pPr>
            <w:r>
              <w:rPr>
                <w:rFonts w:ascii="Times New Roman" w:hAnsi="Times New Roman" w:eastAsia="宋体"/>
                <w:sz w:val="21"/>
              </w:rPr>
              <w:t>2</w:t>
            </w:r>
          </w:p>
        </w:tc>
        <w:tc>
          <w:tcPr>
            <w:tcW w:type="dxa" w:w="863"/>
          </w:tcPr>
          <w:p>
            <w:pPr>
              <w:jc w:val="center"/>
            </w:pPr>
            <w:r>
              <w:rPr>
                <w:rFonts w:ascii="Times New Roman" w:hAnsi="Times New Roman" w:eastAsia="宋体"/>
                <w:sz w:val="21"/>
              </w:rPr>
              <w:t>92.262</w:t>
            </w:r>
          </w:p>
        </w:tc>
        <w:tc>
          <w:tcPr>
            <w:tcW w:type="dxa" w:w="863"/>
          </w:tcPr>
          <w:p>
            <w:pPr>
              <w:jc w:val="center"/>
            </w:pPr>
            <w:r>
              <w:rPr>
                <w:rFonts w:ascii="Times New Roman" w:hAnsi="Times New Roman" w:eastAsia="宋体"/>
                <w:sz w:val="21"/>
              </w:rPr>
              <w:t>2025年全国大学生可再生能源优秀科技作品竞赛国家三等奖</w:t>
            </w:r>
          </w:p>
        </w:tc>
        <w:tc>
          <w:tcPr>
            <w:tcW w:type="dxa" w:w="863"/>
          </w:tcPr>
          <w:p>
            <w:pPr>
              <w:jc w:val="center"/>
            </w:pPr>
            <w:r>
              <w:rPr>
                <w:rFonts w:ascii="Times New Roman" w:hAnsi="Times New Roman" w:eastAsia="宋体"/>
                <w:sz w:val="21"/>
              </w:rPr>
              <w:t>8</w:t>
            </w:r>
          </w:p>
        </w:tc>
        <w:tc>
          <w:tcPr>
            <w:tcW w:type="dxa" w:w="863"/>
          </w:tcPr>
          <w:p>
            <w:pPr>
              <w:jc w:val="center"/>
            </w:pPr>
            <w:r>
              <w:rPr>
                <w:rFonts w:ascii="Times New Roman" w:hAnsi="Times New Roman" w:eastAsia="宋体"/>
                <w:sz w:val="21"/>
              </w:rPr>
              <w:t>100.262</w:t>
            </w:r>
          </w:p>
        </w:tc>
        <w:tc>
          <w:tcPr>
            <w:tcW w:type="dxa" w:w="863"/>
          </w:tcPr>
          <w:p>
            <w:pPr>
              <w:jc w:val="center"/>
            </w:pPr>
            <w:r>
              <w:rPr>
                <w:rFonts w:ascii="Times New Roman" w:hAnsi="Times New Roman" w:eastAsia="宋体"/>
                <w:sz w:val="21"/>
              </w:rPr>
              <w:t>2</w:t>
            </w:r>
          </w:p>
        </w:tc>
        <w:tc>
          <w:tcPr>
            <w:tcW w:type="dxa" w:w="863"/>
          </w:tcPr>
          <w:p>
            <w:pPr>
              <w:jc w:val="center"/>
            </w:pPr>
            <w:r>
              <w:rPr>
                <w:rFonts w:ascii="Times New Roman" w:hAnsi="Times New Roman" w:eastAsia="宋体"/>
                <w:sz w:val="21"/>
              </w:rPr>
              <w:t>直推</w:t>
            </w:r>
          </w:p>
        </w:tc>
      </w:tr>
      <w:tr>
        <w:tc>
          <w:tcPr>
            <w:tcW w:type="dxa" w:w="863"/>
          </w:tcPr>
          <w:p>
            <w:pPr>
              <w:jc w:val="center"/>
            </w:pPr>
            <w:r>
              <w:rPr>
                <w:rFonts w:ascii="Times New Roman" w:hAnsi="Times New Roman" w:eastAsia="宋体"/>
                <w:sz w:val="21"/>
              </w:rPr>
              <w:t>游哲靖</w:t>
            </w:r>
          </w:p>
        </w:tc>
        <w:tc>
          <w:tcPr>
            <w:tcW w:type="dxa" w:w="863"/>
          </w:tcPr>
          <w:p>
            <w:pPr>
              <w:jc w:val="center"/>
            </w:pPr>
            <w:r>
              <w:rPr>
                <w:rFonts w:ascii="Times New Roman" w:hAnsi="Times New Roman" w:eastAsia="宋体"/>
                <w:sz w:val="21"/>
              </w:rPr>
              <w:t>202210590343</w:t>
            </w:r>
          </w:p>
        </w:tc>
        <w:tc>
          <w:tcPr>
            <w:tcW w:type="dxa" w:w="863"/>
          </w:tcPr>
          <w:p>
            <w:pPr>
              <w:jc w:val="center"/>
            </w:pPr>
            <w:r>
              <w:rPr>
                <w:rFonts w:ascii="Times New Roman" w:hAnsi="Times New Roman" w:eastAsia="宋体"/>
                <w:sz w:val="21"/>
              </w:rPr>
              <w:t>能源与动力工程</w:t>
            </w:r>
          </w:p>
        </w:tc>
        <w:tc>
          <w:tcPr>
            <w:tcW w:type="dxa" w:w="863"/>
          </w:tcPr>
          <w:p>
            <w:pPr>
              <w:jc w:val="center"/>
            </w:pPr>
            <w:r>
              <w:rPr>
                <w:rFonts w:ascii="Times New Roman" w:hAnsi="Times New Roman" w:eastAsia="宋体"/>
                <w:sz w:val="21"/>
              </w:rPr>
              <w:t>11</w:t>
            </w:r>
          </w:p>
        </w:tc>
        <w:tc>
          <w:tcPr>
            <w:tcW w:type="dxa" w:w="863"/>
          </w:tcPr>
          <w:p>
            <w:pPr>
              <w:jc w:val="center"/>
            </w:pPr>
            <w:r>
              <w:rPr>
                <w:rFonts w:ascii="Times New Roman" w:hAnsi="Times New Roman" w:eastAsia="宋体"/>
                <w:sz w:val="21"/>
              </w:rPr>
              <w:t>88.279</w:t>
            </w:r>
          </w:p>
        </w:tc>
        <w:tc>
          <w:tcPr>
            <w:tcW w:type="dxa" w:w="863"/>
          </w:tcPr>
          <w:p>
            <w:pPr>
              <w:jc w:val="center"/>
            </w:pPr>
            <w:r>
              <w:rPr>
                <w:rFonts w:ascii="Times New Roman" w:hAnsi="Times New Roman" w:eastAsia="宋体"/>
                <w:sz w:val="21"/>
              </w:rPr>
              <w:t>1.2023年第十六届 “高教杯” 全国大学生先进成图技术与产品信息建模创新大赛 机械类 先进成图技术赛道 二等奖；2.发表论文《Forced convection of slip flow at the entrance region in rhombic microchannels》</w:t>
            </w:r>
          </w:p>
        </w:tc>
        <w:tc>
          <w:tcPr>
            <w:tcW w:type="dxa" w:w="863"/>
          </w:tcPr>
          <w:p>
            <w:pPr>
              <w:jc w:val="center"/>
            </w:pPr>
            <w:r>
              <w:rPr>
                <w:rFonts w:ascii="Times New Roman" w:hAnsi="Times New Roman" w:eastAsia="宋体"/>
                <w:sz w:val="21"/>
              </w:rPr>
              <w:t>4.5</w:t>
            </w:r>
          </w:p>
        </w:tc>
        <w:tc>
          <w:tcPr>
            <w:tcW w:type="dxa" w:w="863"/>
          </w:tcPr>
          <w:p>
            <w:pPr>
              <w:jc w:val="center"/>
            </w:pPr>
            <w:r>
              <w:rPr>
                <w:rFonts w:ascii="Times New Roman" w:hAnsi="Times New Roman" w:eastAsia="宋体"/>
                <w:sz w:val="21"/>
              </w:rPr>
              <w:t>92.779</w:t>
            </w:r>
          </w:p>
        </w:tc>
        <w:tc>
          <w:tcPr>
            <w:tcW w:type="dxa" w:w="863"/>
          </w:tcPr>
          <w:p>
            <w:pPr>
              <w:jc w:val="center"/>
            </w:pPr>
            <w:r>
              <w:rPr>
                <w:rFonts w:ascii="Times New Roman" w:hAnsi="Times New Roman" w:eastAsia="宋体"/>
                <w:sz w:val="21"/>
              </w:rPr>
              <w:t>3</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赵晓玥</w:t>
            </w:r>
          </w:p>
        </w:tc>
        <w:tc>
          <w:tcPr>
            <w:tcW w:type="dxa" w:w="863"/>
          </w:tcPr>
          <w:p>
            <w:pPr>
              <w:jc w:val="center"/>
            </w:pPr>
            <w:r>
              <w:rPr>
                <w:rFonts w:ascii="Times New Roman" w:hAnsi="Times New Roman" w:eastAsia="宋体"/>
                <w:sz w:val="21"/>
              </w:rPr>
              <w:t>202210590227</w:t>
            </w:r>
          </w:p>
        </w:tc>
        <w:tc>
          <w:tcPr>
            <w:tcW w:type="dxa" w:w="863"/>
          </w:tcPr>
          <w:p>
            <w:pPr>
              <w:jc w:val="center"/>
            </w:pPr>
            <w:r>
              <w:rPr>
                <w:rFonts w:ascii="Times New Roman" w:hAnsi="Times New Roman" w:eastAsia="宋体"/>
                <w:sz w:val="21"/>
              </w:rPr>
              <w:t>能源与动力工程</w:t>
            </w:r>
          </w:p>
        </w:tc>
        <w:tc>
          <w:tcPr>
            <w:tcW w:type="dxa" w:w="863"/>
          </w:tcPr>
          <w:p>
            <w:pPr>
              <w:jc w:val="center"/>
            </w:pPr>
            <w:r>
              <w:rPr>
                <w:rFonts w:ascii="Times New Roman" w:hAnsi="Times New Roman" w:eastAsia="宋体"/>
                <w:sz w:val="21"/>
              </w:rPr>
              <w:t>3</w:t>
            </w:r>
          </w:p>
        </w:tc>
        <w:tc>
          <w:tcPr>
            <w:tcW w:type="dxa" w:w="863"/>
          </w:tcPr>
          <w:p>
            <w:pPr>
              <w:jc w:val="center"/>
            </w:pPr>
            <w:r>
              <w:rPr>
                <w:rFonts w:ascii="Times New Roman" w:hAnsi="Times New Roman" w:eastAsia="宋体"/>
                <w:sz w:val="21"/>
              </w:rPr>
              <w:t>91.24</w:t>
            </w:r>
          </w:p>
        </w:tc>
        <w:tc>
          <w:tcPr>
            <w:tcW w:type="dxa" w:w="863"/>
          </w:tcPr>
          <w:p>
            <w:pPr>
              <w:jc w:val="center"/>
            </w:pPr>
            <w:r>
              <w:rPr>
                <w:rFonts w:ascii="Times New Roman" w:hAnsi="Times New Roman" w:eastAsia="宋体"/>
                <w:sz w:val="21"/>
              </w:rPr>
              <w:t>2025年“中国中车杯”第七届全国大学生可再生能源优秀科技作品竞赛国家级三等奖</w:t>
            </w:r>
          </w:p>
        </w:tc>
        <w:tc>
          <w:tcPr>
            <w:tcW w:type="dxa" w:w="863"/>
          </w:tcPr>
          <w:p>
            <w:pPr>
              <w:jc w:val="center"/>
            </w:pPr>
            <w:r>
              <w:rPr>
                <w:rFonts w:ascii="Times New Roman" w:hAnsi="Times New Roman" w:eastAsia="宋体"/>
                <w:sz w:val="21"/>
              </w:rPr>
              <w:t>1.5</w:t>
            </w:r>
          </w:p>
        </w:tc>
        <w:tc>
          <w:tcPr>
            <w:tcW w:type="dxa" w:w="863"/>
          </w:tcPr>
          <w:p>
            <w:pPr>
              <w:jc w:val="center"/>
            </w:pPr>
            <w:r>
              <w:rPr>
                <w:rFonts w:ascii="Times New Roman" w:hAnsi="Times New Roman" w:eastAsia="宋体"/>
                <w:sz w:val="21"/>
              </w:rPr>
              <w:t>92.74</w:t>
            </w:r>
          </w:p>
        </w:tc>
        <w:tc>
          <w:tcPr>
            <w:tcW w:type="dxa" w:w="863"/>
          </w:tcPr>
          <w:p>
            <w:pPr>
              <w:jc w:val="center"/>
            </w:pPr>
            <w:r>
              <w:rPr>
                <w:rFonts w:ascii="Times New Roman" w:hAnsi="Times New Roman" w:eastAsia="宋体"/>
                <w:sz w:val="21"/>
              </w:rPr>
              <w:t>4</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苑旺</w:t>
            </w:r>
          </w:p>
        </w:tc>
        <w:tc>
          <w:tcPr>
            <w:tcW w:type="dxa" w:w="863"/>
          </w:tcPr>
          <w:p>
            <w:pPr>
              <w:jc w:val="center"/>
            </w:pPr>
            <w:r>
              <w:rPr>
                <w:rFonts w:ascii="Times New Roman" w:hAnsi="Times New Roman" w:eastAsia="宋体"/>
                <w:sz w:val="21"/>
              </w:rPr>
              <w:t>202210590125</w:t>
            </w:r>
          </w:p>
        </w:tc>
        <w:tc>
          <w:tcPr>
            <w:tcW w:type="dxa" w:w="863"/>
          </w:tcPr>
          <w:p>
            <w:pPr>
              <w:jc w:val="center"/>
            </w:pPr>
            <w:r>
              <w:rPr>
                <w:rFonts w:ascii="Times New Roman" w:hAnsi="Times New Roman" w:eastAsia="宋体"/>
                <w:sz w:val="21"/>
              </w:rPr>
              <w:t>能源与动力工程</w:t>
            </w:r>
          </w:p>
        </w:tc>
        <w:tc>
          <w:tcPr>
            <w:tcW w:type="dxa" w:w="863"/>
          </w:tcPr>
          <w:p>
            <w:pPr>
              <w:jc w:val="center"/>
            </w:pPr>
            <w:r>
              <w:rPr>
                <w:rFonts w:ascii="Times New Roman" w:hAnsi="Times New Roman" w:eastAsia="宋体"/>
                <w:sz w:val="21"/>
              </w:rPr>
              <w:t>4</w:t>
            </w:r>
          </w:p>
        </w:tc>
        <w:tc>
          <w:tcPr>
            <w:tcW w:type="dxa" w:w="863"/>
          </w:tcPr>
          <w:p>
            <w:pPr>
              <w:jc w:val="center"/>
            </w:pPr>
            <w:r>
              <w:rPr>
                <w:rFonts w:ascii="Times New Roman" w:hAnsi="Times New Roman" w:eastAsia="宋体"/>
                <w:sz w:val="21"/>
              </w:rPr>
              <w:t>91.053</w:t>
            </w:r>
          </w:p>
        </w:tc>
        <w:tc>
          <w:tcPr>
            <w:tcW w:type="dxa" w:w="863"/>
          </w:tcPr>
          <w:p>
            <w:pPr>
              <w:jc w:val="center"/>
            </w:pPr>
            <w:r>
              <w:rPr>
                <w:rFonts w:ascii="Times New Roman" w:hAnsi="Times New Roman" w:eastAsia="宋体"/>
                <w:sz w:val="21"/>
              </w:rPr>
              <w:t>2023年“云说新科技”科普新星秀全国铜奖</w:t>
            </w:r>
          </w:p>
        </w:tc>
        <w:tc>
          <w:tcPr>
            <w:tcW w:type="dxa" w:w="863"/>
          </w:tcPr>
          <w:p>
            <w:pPr>
              <w:jc w:val="center"/>
            </w:pPr>
            <w:r>
              <w:rPr>
                <w:rFonts w:ascii="Times New Roman" w:hAnsi="Times New Roman" w:eastAsia="宋体"/>
                <w:sz w:val="21"/>
              </w:rPr>
              <w:t>1.5</w:t>
            </w:r>
          </w:p>
        </w:tc>
        <w:tc>
          <w:tcPr>
            <w:tcW w:type="dxa" w:w="863"/>
          </w:tcPr>
          <w:p>
            <w:pPr>
              <w:jc w:val="center"/>
            </w:pPr>
            <w:r>
              <w:rPr>
                <w:rFonts w:ascii="Times New Roman" w:hAnsi="Times New Roman" w:eastAsia="宋体"/>
                <w:sz w:val="21"/>
              </w:rPr>
              <w:t>92.553</w:t>
            </w:r>
          </w:p>
        </w:tc>
        <w:tc>
          <w:tcPr>
            <w:tcW w:type="dxa" w:w="863"/>
          </w:tcPr>
          <w:p>
            <w:pPr>
              <w:jc w:val="center"/>
            </w:pPr>
            <w:r>
              <w:rPr>
                <w:rFonts w:ascii="Times New Roman" w:hAnsi="Times New Roman" w:eastAsia="宋体"/>
                <w:sz w:val="21"/>
              </w:rPr>
              <w:t>5</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李清蓉</w:t>
            </w:r>
          </w:p>
        </w:tc>
        <w:tc>
          <w:tcPr>
            <w:tcW w:type="dxa" w:w="863"/>
          </w:tcPr>
          <w:p>
            <w:pPr>
              <w:jc w:val="center"/>
            </w:pPr>
            <w:r>
              <w:rPr>
                <w:rFonts w:ascii="Times New Roman" w:hAnsi="Times New Roman" w:eastAsia="宋体"/>
                <w:sz w:val="21"/>
              </w:rPr>
              <w:t>202210590244</w:t>
            </w:r>
          </w:p>
        </w:tc>
        <w:tc>
          <w:tcPr>
            <w:tcW w:type="dxa" w:w="863"/>
          </w:tcPr>
          <w:p>
            <w:pPr>
              <w:jc w:val="center"/>
            </w:pPr>
            <w:r>
              <w:rPr>
                <w:rFonts w:ascii="Times New Roman" w:hAnsi="Times New Roman" w:eastAsia="宋体"/>
                <w:sz w:val="21"/>
              </w:rPr>
              <w:t>能源与动力工程</w:t>
            </w:r>
          </w:p>
        </w:tc>
        <w:tc>
          <w:tcPr>
            <w:tcW w:type="dxa" w:w="863"/>
          </w:tcPr>
          <w:p>
            <w:pPr>
              <w:jc w:val="center"/>
            </w:pPr>
            <w:r>
              <w:rPr>
                <w:rFonts w:ascii="Times New Roman" w:hAnsi="Times New Roman" w:eastAsia="宋体"/>
                <w:sz w:val="21"/>
              </w:rPr>
              <w:t>5</w:t>
            </w:r>
          </w:p>
        </w:tc>
        <w:tc>
          <w:tcPr>
            <w:tcW w:type="dxa" w:w="863"/>
          </w:tcPr>
          <w:p>
            <w:pPr>
              <w:jc w:val="center"/>
            </w:pPr>
            <w:r>
              <w:rPr>
                <w:rFonts w:ascii="Times New Roman" w:hAnsi="Times New Roman" w:eastAsia="宋体"/>
                <w:sz w:val="21"/>
              </w:rPr>
              <w:t>90.507</w:t>
            </w:r>
          </w:p>
        </w:tc>
        <w:tc>
          <w:tcPr>
            <w:tcW w:type="dxa" w:w="863"/>
          </w:tcPr>
          <w:p>
            <w:pPr>
              <w:jc w:val="center"/>
            </w:pPr>
            <w:r>
              <w:rPr>
                <w:rFonts w:ascii="Times New Roman" w:hAnsi="Times New Roman" w:eastAsia="宋体"/>
                <w:sz w:val="21"/>
              </w:rPr>
              <w:t>2025年“中国中车杯”第七届可再生能源优秀科技作品竞赛国家级三等奖</w:t>
            </w:r>
          </w:p>
        </w:tc>
        <w:tc>
          <w:tcPr>
            <w:tcW w:type="dxa" w:w="863"/>
          </w:tcPr>
          <w:p>
            <w:pPr>
              <w:jc w:val="center"/>
            </w:pPr>
            <w:r>
              <w:rPr>
                <w:rFonts w:ascii="Times New Roman" w:hAnsi="Times New Roman" w:eastAsia="宋体"/>
                <w:sz w:val="21"/>
              </w:rPr>
              <w:t>1.5</w:t>
            </w:r>
          </w:p>
        </w:tc>
        <w:tc>
          <w:tcPr>
            <w:tcW w:type="dxa" w:w="863"/>
          </w:tcPr>
          <w:p>
            <w:pPr>
              <w:jc w:val="center"/>
            </w:pPr>
            <w:r>
              <w:rPr>
                <w:rFonts w:ascii="Times New Roman" w:hAnsi="Times New Roman" w:eastAsia="宋体"/>
                <w:sz w:val="21"/>
              </w:rPr>
              <w:t>92.007</w:t>
            </w:r>
          </w:p>
        </w:tc>
        <w:tc>
          <w:tcPr>
            <w:tcW w:type="dxa" w:w="863"/>
          </w:tcPr>
          <w:p>
            <w:pPr>
              <w:jc w:val="center"/>
            </w:pPr>
            <w:r>
              <w:rPr>
                <w:rFonts w:ascii="Times New Roman" w:hAnsi="Times New Roman" w:eastAsia="宋体"/>
                <w:sz w:val="21"/>
              </w:rPr>
              <w:t>6</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徐慧枝</w:t>
            </w:r>
          </w:p>
        </w:tc>
        <w:tc>
          <w:tcPr>
            <w:tcW w:type="dxa" w:w="863"/>
          </w:tcPr>
          <w:p>
            <w:pPr>
              <w:jc w:val="center"/>
            </w:pPr>
            <w:r>
              <w:rPr>
                <w:rFonts w:ascii="Times New Roman" w:hAnsi="Times New Roman" w:eastAsia="宋体"/>
                <w:sz w:val="21"/>
              </w:rPr>
              <w:t>202210590215</w:t>
            </w:r>
          </w:p>
        </w:tc>
        <w:tc>
          <w:tcPr>
            <w:tcW w:type="dxa" w:w="863"/>
          </w:tcPr>
          <w:p>
            <w:pPr>
              <w:jc w:val="center"/>
            </w:pPr>
            <w:r>
              <w:rPr>
                <w:rFonts w:ascii="Times New Roman" w:hAnsi="Times New Roman" w:eastAsia="宋体"/>
                <w:sz w:val="21"/>
              </w:rPr>
              <w:t>能源与动力工程</w:t>
            </w:r>
          </w:p>
        </w:tc>
        <w:tc>
          <w:tcPr>
            <w:tcW w:type="dxa" w:w="863"/>
          </w:tcPr>
          <w:p>
            <w:pPr>
              <w:jc w:val="center"/>
            </w:pPr>
            <w:r>
              <w:rPr>
                <w:rFonts w:ascii="Times New Roman" w:hAnsi="Times New Roman" w:eastAsia="宋体"/>
                <w:sz w:val="21"/>
              </w:rPr>
              <w:t>10</w:t>
            </w:r>
          </w:p>
        </w:tc>
        <w:tc>
          <w:tcPr>
            <w:tcW w:type="dxa" w:w="863"/>
          </w:tcPr>
          <w:p>
            <w:pPr>
              <w:jc w:val="center"/>
            </w:pPr>
            <w:r>
              <w:rPr>
                <w:rFonts w:ascii="Times New Roman" w:hAnsi="Times New Roman" w:eastAsia="宋体"/>
                <w:sz w:val="21"/>
              </w:rPr>
              <w:t>88.795</w:t>
            </w:r>
          </w:p>
        </w:tc>
        <w:tc>
          <w:tcPr>
            <w:tcW w:type="dxa" w:w="863"/>
          </w:tcPr>
          <w:p>
            <w:pPr>
              <w:jc w:val="center"/>
            </w:pPr>
            <w:r>
              <w:rPr>
                <w:rFonts w:ascii="Times New Roman" w:hAnsi="Times New Roman" w:eastAsia="宋体"/>
                <w:sz w:val="21"/>
              </w:rPr>
              <w:t>2025年“中国中车杯”第七届可再生能源优秀科技作品竞赛国家级三等奖</w:t>
            </w:r>
          </w:p>
        </w:tc>
        <w:tc>
          <w:tcPr>
            <w:tcW w:type="dxa" w:w="863"/>
          </w:tcPr>
          <w:p>
            <w:pPr>
              <w:jc w:val="center"/>
            </w:pPr>
            <w:r>
              <w:rPr>
                <w:rFonts w:ascii="Times New Roman" w:hAnsi="Times New Roman" w:eastAsia="宋体"/>
                <w:sz w:val="21"/>
              </w:rPr>
              <w:t>1.5</w:t>
            </w:r>
          </w:p>
        </w:tc>
        <w:tc>
          <w:tcPr>
            <w:tcW w:type="dxa" w:w="863"/>
          </w:tcPr>
          <w:p>
            <w:pPr>
              <w:jc w:val="center"/>
            </w:pPr>
            <w:r>
              <w:rPr>
                <w:rFonts w:ascii="Times New Roman" w:hAnsi="Times New Roman" w:eastAsia="宋体"/>
                <w:sz w:val="21"/>
              </w:rPr>
              <w:t>90.295</w:t>
            </w:r>
          </w:p>
        </w:tc>
        <w:tc>
          <w:tcPr>
            <w:tcW w:type="dxa" w:w="863"/>
          </w:tcPr>
          <w:p>
            <w:pPr>
              <w:jc w:val="center"/>
            </w:pPr>
            <w:r>
              <w:rPr>
                <w:rFonts w:ascii="Times New Roman" w:hAnsi="Times New Roman" w:eastAsia="宋体"/>
                <w:sz w:val="21"/>
              </w:rPr>
              <w:t>7</w:t>
            </w:r>
          </w:p>
        </w:tc>
        <w:tc>
          <w:tcPr>
            <w:tcW w:type="dxa" w:w="863"/>
          </w:tcPr>
          <w:p>
            <w:pPr>
              <w:jc w:val="center"/>
            </w:pPr>
            <w:r>
              <w:rPr>
                <w:rFonts w:ascii="Times New Roman" w:hAnsi="Times New Roman" w:eastAsia="宋体"/>
                <w:sz w:val="21"/>
              </w:rPr>
            </w:r>
          </w:p>
        </w:tc>
      </w:tr>
      <w:tr>
        <w:tc>
          <w:tcPr>
            <w:tcW w:type="dxa" w:w="863"/>
          </w:tcPr>
          <w:p>
            <w:pPr>
              <w:jc w:val="center"/>
            </w:pPr>
            <w:r>
              <w:rPr>
                <w:rFonts w:ascii="Times New Roman" w:hAnsi="Times New Roman" w:eastAsia="宋体"/>
                <w:sz w:val="21"/>
              </w:rPr>
              <w:t>涂凯</w:t>
            </w:r>
          </w:p>
        </w:tc>
        <w:tc>
          <w:tcPr>
            <w:tcW w:type="dxa" w:w="863"/>
          </w:tcPr>
          <w:p>
            <w:pPr>
              <w:jc w:val="center"/>
            </w:pPr>
            <w:r>
              <w:rPr>
                <w:rFonts w:ascii="Times New Roman" w:hAnsi="Times New Roman" w:eastAsia="宋体"/>
                <w:sz w:val="21"/>
              </w:rPr>
              <w:t>202210070334</w:t>
            </w:r>
          </w:p>
        </w:tc>
        <w:tc>
          <w:tcPr>
            <w:tcW w:type="dxa" w:w="863"/>
          </w:tcPr>
          <w:p>
            <w:pPr>
              <w:jc w:val="center"/>
            </w:pPr>
            <w:r>
              <w:rPr>
                <w:rFonts w:ascii="Times New Roman" w:hAnsi="Times New Roman" w:eastAsia="宋体"/>
                <w:sz w:val="21"/>
              </w:rPr>
              <w:t>金属材料工程</w:t>
            </w:r>
          </w:p>
        </w:tc>
        <w:tc>
          <w:tcPr>
            <w:tcW w:type="dxa" w:w="863"/>
          </w:tcPr>
          <w:p>
            <w:pPr>
              <w:jc w:val="center"/>
            </w:pPr>
            <w:r>
              <w:rPr>
                <w:rFonts w:ascii="Times New Roman" w:hAnsi="Times New Roman" w:eastAsia="宋体"/>
                <w:sz w:val="21"/>
              </w:rPr>
              <w:t>1</w:t>
            </w:r>
          </w:p>
        </w:tc>
        <w:tc>
          <w:tcPr>
            <w:tcW w:type="dxa" w:w="863"/>
          </w:tcPr>
          <w:p>
            <w:pPr>
              <w:jc w:val="center"/>
            </w:pPr>
            <w:r>
              <w:rPr>
                <w:rFonts w:ascii="Times New Roman" w:hAnsi="Times New Roman" w:eastAsia="宋体"/>
                <w:sz w:val="21"/>
              </w:rPr>
              <w:t>90.811</w:t>
            </w:r>
          </w:p>
        </w:tc>
        <w:tc>
          <w:tcPr>
            <w:tcW w:type="dxa" w:w="863"/>
          </w:tcPr>
          <w:p>
            <w:pPr>
              <w:jc w:val="center"/>
            </w:pPr>
            <w:r>
              <w:rPr>
                <w:rFonts w:ascii="Times New Roman" w:hAnsi="Times New Roman" w:eastAsia="宋体"/>
                <w:sz w:val="21"/>
              </w:rPr>
              <w:t>2024年高教社杯全国大学生数学建模竞赛本科组全国二等奖</w:t>
            </w:r>
          </w:p>
        </w:tc>
        <w:tc>
          <w:tcPr>
            <w:tcW w:type="dxa" w:w="863"/>
          </w:tcPr>
          <w:p>
            <w:pPr>
              <w:jc w:val="center"/>
            </w:pPr>
            <w:r>
              <w:rPr>
                <w:rFonts w:ascii="Times New Roman" w:hAnsi="Times New Roman" w:eastAsia="宋体"/>
                <w:sz w:val="21"/>
              </w:rPr>
              <w:t>8</w:t>
            </w:r>
          </w:p>
        </w:tc>
        <w:tc>
          <w:tcPr>
            <w:tcW w:type="dxa" w:w="863"/>
          </w:tcPr>
          <w:p>
            <w:pPr>
              <w:jc w:val="center"/>
            </w:pPr>
            <w:r>
              <w:rPr>
                <w:rFonts w:ascii="Times New Roman" w:hAnsi="Times New Roman" w:eastAsia="宋体"/>
                <w:sz w:val="21"/>
              </w:rPr>
              <w:t>98.811</w:t>
            </w:r>
          </w:p>
        </w:tc>
        <w:tc>
          <w:tcPr>
            <w:tcW w:type="dxa" w:w="863"/>
          </w:tcPr>
          <w:p>
            <w:pPr>
              <w:jc w:val="center"/>
            </w:pPr>
            <w:r>
              <w:rPr>
                <w:rFonts w:ascii="Times New Roman" w:hAnsi="Times New Roman" w:eastAsia="宋体"/>
                <w:sz w:val="21"/>
              </w:rPr>
              <w:t>1</w:t>
            </w:r>
          </w:p>
        </w:tc>
        <w:tc>
          <w:tcPr>
            <w:tcW w:type="dxa" w:w="863"/>
          </w:tcPr>
          <w:p>
            <w:pPr>
              <w:jc w:val="center"/>
            </w:pPr>
            <w:r>
              <w:rPr>
                <w:rFonts w:ascii="Times New Roman" w:hAnsi="Times New Roman" w:eastAsia="宋体"/>
                <w:sz w:val="21"/>
              </w:rPr>
              <w:t>直推</w:t>
            </w:r>
          </w:p>
        </w:tc>
      </w:tr>
      <w:tr>
        <w:tc>
          <w:tcPr>
            <w:tcW w:type="dxa" w:w="863"/>
          </w:tcPr>
          <w:p>
            <w:pPr>
              <w:jc w:val="center"/>
            </w:pPr>
            <w:r>
              <w:rPr>
                <w:rFonts w:ascii="Times New Roman" w:hAnsi="Times New Roman" w:eastAsia="宋体"/>
                <w:sz w:val="21"/>
              </w:rPr>
              <w:t>亓睿宸</w:t>
            </w:r>
          </w:p>
        </w:tc>
        <w:tc>
          <w:tcPr>
            <w:tcW w:type="dxa" w:w="863"/>
          </w:tcPr>
          <w:p>
            <w:pPr>
              <w:jc w:val="center"/>
            </w:pPr>
            <w:r>
              <w:rPr>
                <w:rFonts w:ascii="Times New Roman" w:hAnsi="Times New Roman" w:eastAsia="宋体"/>
                <w:sz w:val="21"/>
              </w:rPr>
              <w:t>202210070335</w:t>
            </w:r>
          </w:p>
        </w:tc>
        <w:tc>
          <w:tcPr>
            <w:tcW w:type="dxa" w:w="863"/>
          </w:tcPr>
          <w:p>
            <w:pPr>
              <w:jc w:val="center"/>
            </w:pPr>
            <w:r>
              <w:rPr>
                <w:rFonts w:ascii="Times New Roman" w:hAnsi="Times New Roman" w:eastAsia="宋体"/>
                <w:sz w:val="21"/>
              </w:rPr>
              <w:t>金属材料工程</w:t>
            </w:r>
          </w:p>
        </w:tc>
        <w:tc>
          <w:tcPr>
            <w:tcW w:type="dxa" w:w="863"/>
          </w:tcPr>
          <w:p>
            <w:pPr>
              <w:jc w:val="center"/>
            </w:pPr>
            <w:r>
              <w:rPr>
                <w:rFonts w:ascii="Times New Roman" w:hAnsi="Times New Roman" w:eastAsia="宋体"/>
                <w:sz w:val="21"/>
              </w:rPr>
              <w:t>2</w:t>
            </w:r>
          </w:p>
        </w:tc>
        <w:tc>
          <w:tcPr>
            <w:tcW w:type="dxa" w:w="863"/>
          </w:tcPr>
          <w:p>
            <w:pPr>
              <w:jc w:val="center"/>
            </w:pPr>
            <w:r>
              <w:rPr>
                <w:rFonts w:ascii="Times New Roman" w:hAnsi="Times New Roman" w:eastAsia="宋体"/>
                <w:sz w:val="21"/>
              </w:rPr>
              <w:t>87.537</w:t>
            </w:r>
          </w:p>
        </w:tc>
        <w:tc>
          <w:tcPr>
            <w:tcW w:type="dxa" w:w="863"/>
          </w:tcPr>
          <w:p>
            <w:pPr>
              <w:jc w:val="center"/>
            </w:pPr>
            <w:r>
              <w:rPr>
                <w:rFonts w:ascii="Times New Roman" w:hAnsi="Times New Roman" w:eastAsia="宋体"/>
                <w:sz w:val="21"/>
              </w:rPr>
            </w:r>
          </w:p>
        </w:tc>
        <w:tc>
          <w:tcPr>
            <w:tcW w:type="dxa" w:w="863"/>
          </w:tcPr>
          <w:p>
            <w:pPr>
              <w:jc w:val="center"/>
            </w:pPr>
            <w:r>
              <w:rPr>
                <w:rFonts w:ascii="Times New Roman" w:hAnsi="Times New Roman" w:eastAsia="宋体"/>
                <w:sz w:val="21"/>
              </w:rPr>
            </w:r>
          </w:p>
        </w:tc>
        <w:tc>
          <w:tcPr>
            <w:tcW w:type="dxa" w:w="863"/>
          </w:tcPr>
          <w:p>
            <w:pPr>
              <w:jc w:val="center"/>
            </w:pPr>
            <w:r>
              <w:rPr>
                <w:rFonts w:ascii="Times New Roman" w:hAnsi="Times New Roman" w:eastAsia="宋体"/>
                <w:sz w:val="21"/>
              </w:rPr>
              <w:t>87.537</w:t>
            </w:r>
          </w:p>
        </w:tc>
        <w:tc>
          <w:tcPr>
            <w:tcW w:type="dxa" w:w="863"/>
          </w:tcPr>
          <w:p>
            <w:pPr>
              <w:jc w:val="center"/>
            </w:pPr>
            <w:r>
              <w:rPr>
                <w:rFonts w:ascii="Times New Roman" w:hAnsi="Times New Roman" w:eastAsia="宋体"/>
                <w:sz w:val="21"/>
              </w:rPr>
              <w:t>2</w:t>
            </w:r>
          </w:p>
        </w:tc>
        <w:tc>
          <w:tcPr>
            <w:tcW w:type="dxa" w:w="863"/>
          </w:tcPr>
          <w:p>
            <w:pPr>
              <w:jc w:val="center"/>
            </w:pPr>
            <w:r>
              <w:rPr>
                <w:rFonts w:ascii="Times New Roman" w:hAnsi="Times New Roman" w:eastAsia="宋体"/>
                <w:sz w:val="21"/>
              </w:rPr>
            </w:r>
          </w:p>
        </w:tc>
      </w:tr>
    </w:tbl>
    <w:p/>
    <w:p>
      <w:pPr>
        <w:spacing w:after="80" w:line="360" w:lineRule="auto"/>
        <w:ind w:firstLine="482"/>
        <w:jc w:val="both"/>
      </w:pPr>
      <w:r>
        <w:rPr>
          <w:rFonts w:ascii="Times New Roman" w:hAnsi="Times New Roman" w:eastAsia="宋体"/>
          <w:sz w:val="24"/>
        </w:rPr>
        <w:t>3.体检</w:t>
      </w:r>
    </w:p>
    <w:p>
      <w:pPr>
        <w:spacing w:after="80" w:line="360" w:lineRule="auto"/>
        <w:ind w:firstLine="482"/>
        <w:jc w:val="both"/>
      </w:pPr>
      <w:r>
        <w:rPr>
          <w:rFonts w:ascii="Times New Roman" w:hAnsi="Times New Roman" w:eastAsia="宋体"/>
          <w:sz w:val="24"/>
        </w:rPr>
        <w:t>我校将在新生入学报到后进行体检，体检不合格者，取消入学资格。</w:t>
      </w:r>
    </w:p>
    <w:p>
      <w:pPr>
        <w:spacing w:after="80" w:line="360" w:lineRule="auto"/>
        <w:ind w:firstLine="482"/>
        <w:jc w:val="both"/>
      </w:pPr>
      <w:r>
        <w:rPr>
          <w:rFonts w:ascii="Times New Roman" w:hAnsi="Times New Roman" w:eastAsia="宋体"/>
          <w:sz w:val="24"/>
        </w:rPr>
        <w:t>4.学院资格审核</w:t>
      </w:r>
    </w:p>
    <w:p>
      <w:pPr>
        <w:spacing w:after="80" w:line="360" w:lineRule="auto"/>
        <w:ind w:firstLine="482"/>
        <w:jc w:val="both"/>
      </w:pPr>
      <w:r>
        <w:rPr>
          <w:rFonts w:ascii="Times New Roman" w:hAnsi="Times New Roman" w:eastAsia="宋体"/>
          <w:sz w:val="24"/>
        </w:rPr>
        <w:t>推免生需提交以下材料到机械与动力学院M-1418办公室进行资格审核。</w:t>
      </w:r>
    </w:p>
    <w:p>
      <w:pPr>
        <w:spacing w:after="80" w:line="360" w:lineRule="auto"/>
        <w:ind w:firstLine="482"/>
        <w:jc w:val="both"/>
      </w:pPr>
      <w:r>
        <w:rPr>
          <w:rFonts w:ascii="Times New Roman" w:hAnsi="Times New Roman" w:eastAsia="宋体"/>
          <w:sz w:val="24"/>
        </w:rPr>
        <w:t>(1)身份证原件及复印件</w:t>
      </w:r>
    </w:p>
    <w:p>
      <w:pPr>
        <w:spacing w:after="80" w:line="360" w:lineRule="auto"/>
        <w:ind w:firstLine="482"/>
        <w:jc w:val="both"/>
      </w:pPr>
      <w:r>
        <w:rPr>
          <w:rFonts w:ascii="Times New Roman" w:hAnsi="Times New Roman" w:eastAsia="宋体"/>
          <w:sz w:val="24"/>
        </w:rPr>
        <w:t>(2)学生证</w:t>
      </w:r>
    </w:p>
    <w:p>
      <w:pPr>
        <w:spacing w:after="80" w:line="360" w:lineRule="auto"/>
        <w:ind w:firstLine="482"/>
        <w:jc w:val="both"/>
      </w:pPr>
      <w:r>
        <w:rPr>
          <w:rFonts w:ascii="Times New Roman" w:hAnsi="Times New Roman" w:eastAsia="宋体"/>
          <w:sz w:val="24"/>
        </w:rPr>
        <w:t>(3)本科阶段成绩单（加盖教务部门公章）</w:t>
      </w:r>
    </w:p>
    <w:p>
      <w:pPr>
        <w:spacing w:after="80" w:line="360" w:lineRule="auto"/>
        <w:ind w:firstLine="482"/>
        <w:jc w:val="both"/>
      </w:pPr>
      <w:r>
        <w:rPr>
          <w:rFonts w:ascii="Times New Roman" w:hAnsi="Times New Roman" w:eastAsia="宋体"/>
          <w:sz w:val="24"/>
        </w:rPr>
        <w:t>(4)复试费缴费成功的截图</w:t>
      </w:r>
    </w:p>
    <w:p>
      <w:pPr>
        <w:spacing w:after="80" w:line="360" w:lineRule="auto"/>
        <w:ind w:firstLine="482"/>
        <w:jc w:val="both"/>
      </w:pPr>
      <w:r>
        <w:rPr>
          <w:rFonts w:ascii="Times New Roman" w:hAnsi="Times New Roman" w:eastAsia="宋体"/>
          <w:sz w:val="24"/>
        </w:rPr>
        <w:t>(5)能体现自身学术水平的代表性学术论文、出版物或原创性科研成果等，以及科研经历、科研创新活动、获奖情况等相关材料</w:t>
      </w:r>
    </w:p>
    <w:p>
      <w:pPr>
        <w:spacing w:after="80" w:line="360" w:lineRule="auto"/>
        <w:ind w:firstLine="482"/>
        <w:jc w:val="both"/>
      </w:pPr>
      <w:r>
        <w:rPr>
          <w:rFonts w:ascii="Times New Roman" w:hAnsi="Times New Roman" w:eastAsia="宋体"/>
          <w:sz w:val="24"/>
        </w:rPr>
        <w:t>(6)国家英语四、六级，或TOEFL、IELTS等体现自身英语水平的证明</w:t>
      </w:r>
    </w:p>
    <w:p>
      <w:pPr>
        <w:spacing w:before="160" w:after="80" w:line="360" w:lineRule="auto"/>
      </w:pPr>
      <w:r>
        <w:rPr>
          <w:rFonts w:ascii="Times New Roman" w:hAnsi="Times New Roman" w:eastAsia="宋体"/>
          <w:b/>
          <w:sz w:val="28"/>
        </w:rPr>
        <w:t>四、招生政策</w:t>
      </w:r>
    </w:p>
    <w:p>
      <w:pPr>
        <w:spacing w:after="80" w:line="360" w:lineRule="auto"/>
        <w:ind w:firstLine="482"/>
        <w:jc w:val="both"/>
      </w:pPr>
      <w:r>
        <w:rPr>
          <w:rFonts w:ascii="Times New Roman" w:hAnsi="Times New Roman" w:eastAsia="宋体"/>
          <w:sz w:val="24"/>
        </w:rPr>
        <w:t>1.录取办法</w:t>
      </w:r>
    </w:p>
    <w:p>
      <w:pPr>
        <w:spacing w:after="80" w:line="360" w:lineRule="auto"/>
        <w:ind w:firstLine="482"/>
        <w:jc w:val="both"/>
      </w:pPr>
      <w:r>
        <w:rPr>
          <w:rFonts w:ascii="Times New Roman" w:hAnsi="Times New Roman" w:eastAsia="宋体"/>
          <w:sz w:val="24"/>
        </w:rPr>
        <w:t>学院推免生复试录取工作领导小组按照本次参加复试考生的复试成绩排序,从高分到低分依次择优录取。复试成绩=综合面试成绩*60%+本科综合成绩*40%。</w:t>
      </w:r>
    </w:p>
    <w:p>
      <w:pPr>
        <w:spacing w:after="80" w:line="360" w:lineRule="auto"/>
        <w:ind w:firstLine="482"/>
        <w:jc w:val="both"/>
      </w:pPr>
      <w:r>
        <w:rPr>
          <w:rFonts w:ascii="Times New Roman" w:hAnsi="Times New Roman" w:eastAsia="宋体"/>
          <w:sz w:val="24"/>
        </w:rPr>
        <w:t>2.有以下情况之一者，我院将不予录取或录取资格无效：</w:t>
      </w:r>
    </w:p>
    <w:p>
      <w:pPr>
        <w:spacing w:after="80" w:line="360" w:lineRule="auto"/>
        <w:ind w:firstLine="482"/>
        <w:jc w:val="both"/>
      </w:pPr>
      <w:r>
        <w:rPr>
          <w:rFonts w:ascii="Times New Roman" w:hAnsi="Times New Roman" w:eastAsia="宋体"/>
          <w:sz w:val="24"/>
        </w:rPr>
        <w:t>(1)资格审核不合格者；</w:t>
      </w:r>
    </w:p>
    <w:p>
      <w:pPr>
        <w:spacing w:after="80" w:line="360" w:lineRule="auto"/>
        <w:ind w:firstLine="482"/>
        <w:jc w:val="both"/>
      </w:pPr>
      <w:r>
        <w:rPr>
          <w:rFonts w:ascii="Times New Roman" w:hAnsi="Times New Roman" w:eastAsia="宋体"/>
          <w:sz w:val="24"/>
        </w:rPr>
        <w:t>(2)复试过程中如有不诚信行为且经查实者；</w:t>
      </w:r>
    </w:p>
    <w:p>
      <w:pPr>
        <w:spacing w:after="80" w:line="360" w:lineRule="auto"/>
        <w:ind w:firstLine="482"/>
        <w:jc w:val="both"/>
      </w:pPr>
      <w:r>
        <w:rPr>
          <w:rFonts w:ascii="Times New Roman" w:hAnsi="Times New Roman" w:eastAsia="宋体"/>
          <w:sz w:val="24"/>
        </w:rPr>
        <w:t>(3)复试成绩不及格者；</w:t>
      </w:r>
    </w:p>
    <w:p>
      <w:pPr>
        <w:spacing w:after="80" w:line="360" w:lineRule="auto"/>
        <w:ind w:firstLine="482"/>
        <w:jc w:val="both"/>
      </w:pPr>
      <w:r>
        <w:rPr>
          <w:rFonts w:ascii="Times New Roman" w:hAnsi="Times New Roman" w:eastAsia="宋体"/>
          <w:sz w:val="24"/>
        </w:rPr>
        <w:t>(4)思想政治素质、道德品质考核结果不合格者。</w:t>
      </w:r>
    </w:p>
    <w:p>
      <w:pPr>
        <w:spacing w:after="80" w:line="360" w:lineRule="auto"/>
        <w:ind w:firstLine="482"/>
        <w:jc w:val="both"/>
      </w:pPr>
      <w:r>
        <w:rPr>
          <w:rFonts w:ascii="Times New Roman" w:hAnsi="Times New Roman" w:eastAsia="宋体"/>
          <w:sz w:val="24"/>
        </w:rPr>
        <w:t>4.学制及收费标准</w:t>
      </w:r>
    </w:p>
    <w:p>
      <w:pPr>
        <w:spacing w:after="80" w:line="360" w:lineRule="auto"/>
        <w:ind w:firstLine="482"/>
        <w:jc w:val="both"/>
      </w:pPr>
      <w:r>
        <w:rPr>
          <w:rFonts w:ascii="Times New Roman" w:hAnsi="Times New Roman" w:eastAsia="宋体"/>
          <w:sz w:val="24"/>
        </w:rPr>
        <w:t>见《三峡大学接收2026级推荐免试研究生（含直博生）招生简章》。</w:t>
      </w:r>
    </w:p>
    <w:p>
      <w:pPr>
        <w:spacing w:before="160" w:after="80" w:line="360" w:lineRule="auto"/>
      </w:pPr>
      <w:r>
        <w:rPr>
          <w:rFonts w:ascii="Times New Roman" w:hAnsi="Times New Roman" w:eastAsia="宋体"/>
          <w:b/>
          <w:sz w:val="28"/>
        </w:rPr>
        <w:t>五、信息公开</w:t>
      </w:r>
    </w:p>
    <w:p>
      <w:pPr>
        <w:spacing w:after="80" w:line="360" w:lineRule="auto"/>
        <w:ind w:firstLine="482"/>
        <w:jc w:val="both"/>
      </w:pPr>
      <w:r>
        <w:rPr>
          <w:rFonts w:ascii="Times New Roman" w:hAnsi="Times New Roman" w:eastAsia="宋体"/>
          <w:sz w:val="24"/>
        </w:rPr>
        <w:t>1.各专业拟接收推免生计划（见下表）</w:t>
      </w:r>
    </w:p>
    <w:p>
      <w:pPr>
        <w:spacing w:after="80" w:line="360" w:lineRule="auto"/>
        <w:ind w:firstLine="482"/>
        <w:jc w:val="both"/>
      </w:pPr>
      <w:r>
        <w:rPr>
          <w:rFonts w:ascii="Times New Roman" w:hAnsi="Times New Roman" w:eastAsia="宋体"/>
          <w:sz w:val="24"/>
        </w:rPr>
        <w:t>专业代码</w:t>
      </w:r>
    </w:p>
    <w:p>
      <w:pPr>
        <w:spacing w:after="80" w:line="360" w:lineRule="auto"/>
        <w:ind w:firstLine="482"/>
        <w:jc w:val="both"/>
      </w:pPr>
      <w:r>
        <w:rPr>
          <w:rFonts w:ascii="Times New Roman" w:hAnsi="Times New Roman" w:eastAsia="宋体"/>
          <w:sz w:val="24"/>
        </w:rPr>
        <w:t>专业名称</w:t>
      </w:r>
    </w:p>
    <w:p>
      <w:pPr>
        <w:spacing w:after="80" w:line="360" w:lineRule="auto"/>
        <w:ind w:firstLine="482"/>
        <w:jc w:val="both"/>
      </w:pPr>
      <w:r>
        <w:rPr>
          <w:rFonts w:ascii="Times New Roman" w:hAnsi="Times New Roman" w:eastAsia="宋体"/>
          <w:sz w:val="24"/>
        </w:rPr>
        <w:t>接收人数</w:t>
      </w:r>
    </w:p>
    <w:p>
      <w:pPr>
        <w:spacing w:after="80" w:line="360" w:lineRule="auto"/>
        <w:ind w:firstLine="482"/>
        <w:jc w:val="both"/>
      </w:pPr>
      <w:r>
        <w:rPr>
          <w:rFonts w:ascii="Times New Roman" w:hAnsi="Times New Roman" w:eastAsia="宋体"/>
          <w:sz w:val="24"/>
        </w:rPr>
        <w:t>类型</w:t>
      </w:r>
    </w:p>
    <w:p>
      <w:pPr>
        <w:spacing w:after="80" w:line="360" w:lineRule="auto"/>
        <w:ind w:firstLine="482"/>
        <w:jc w:val="both"/>
      </w:pPr>
      <w:r>
        <w:rPr>
          <w:rFonts w:ascii="Times New Roman" w:hAnsi="Times New Roman" w:eastAsia="宋体"/>
          <w:sz w:val="24"/>
        </w:rPr>
        <w:t>080200</w:t>
      </w:r>
    </w:p>
    <w:p>
      <w:pPr>
        <w:spacing w:after="80" w:line="360" w:lineRule="auto"/>
        <w:ind w:firstLine="482"/>
        <w:jc w:val="both"/>
      </w:pPr>
      <w:r>
        <w:rPr>
          <w:rFonts w:ascii="Times New Roman" w:hAnsi="Times New Roman" w:eastAsia="宋体"/>
          <w:sz w:val="24"/>
        </w:rPr>
        <w:t>机械工程</w:t>
      </w:r>
    </w:p>
    <w:p>
      <w:pPr>
        <w:spacing w:after="80" w:line="360" w:lineRule="auto"/>
        <w:ind w:firstLine="482"/>
        <w:jc w:val="both"/>
      </w:pPr>
      <w:r>
        <w:rPr>
          <w:rFonts w:ascii="Times New Roman" w:hAnsi="Times New Roman" w:eastAsia="宋体"/>
          <w:sz w:val="24"/>
        </w:rPr>
        <w:t>8</w:t>
      </w:r>
    </w:p>
    <w:p>
      <w:pPr>
        <w:spacing w:after="80" w:line="360" w:lineRule="auto"/>
        <w:ind w:firstLine="482"/>
        <w:jc w:val="both"/>
      </w:pPr>
      <w:r>
        <w:rPr>
          <w:rFonts w:ascii="Times New Roman" w:hAnsi="Times New Roman" w:eastAsia="宋体"/>
          <w:sz w:val="24"/>
        </w:rPr>
        <w:t>学术型</w:t>
      </w:r>
    </w:p>
    <w:p>
      <w:pPr>
        <w:spacing w:after="80" w:line="360" w:lineRule="auto"/>
        <w:ind w:firstLine="482"/>
        <w:jc w:val="both"/>
      </w:pPr>
      <w:r>
        <w:rPr>
          <w:rFonts w:ascii="Times New Roman" w:hAnsi="Times New Roman" w:eastAsia="宋体"/>
          <w:sz w:val="24"/>
        </w:rPr>
        <w:t>085501</w:t>
      </w:r>
    </w:p>
    <w:p>
      <w:pPr>
        <w:spacing w:after="80" w:line="360" w:lineRule="auto"/>
        <w:ind w:firstLine="482"/>
        <w:jc w:val="both"/>
      </w:pPr>
      <w:r>
        <w:rPr>
          <w:rFonts w:ascii="Times New Roman" w:hAnsi="Times New Roman" w:eastAsia="宋体"/>
          <w:sz w:val="24"/>
        </w:rPr>
        <w:t>机械工程</w:t>
      </w:r>
    </w:p>
    <w:p>
      <w:pPr>
        <w:spacing w:after="80" w:line="360" w:lineRule="auto"/>
        <w:ind w:firstLine="482"/>
        <w:jc w:val="both"/>
      </w:pPr>
      <w:r>
        <w:rPr>
          <w:rFonts w:ascii="Times New Roman" w:hAnsi="Times New Roman" w:eastAsia="宋体"/>
          <w:sz w:val="24"/>
        </w:rPr>
        <w:t>10</w:t>
      </w:r>
    </w:p>
    <w:p>
      <w:pPr>
        <w:spacing w:after="80" w:line="360" w:lineRule="auto"/>
        <w:ind w:firstLine="482"/>
        <w:jc w:val="both"/>
      </w:pPr>
      <w:r>
        <w:rPr>
          <w:rFonts w:ascii="Times New Roman" w:hAnsi="Times New Roman" w:eastAsia="宋体"/>
          <w:sz w:val="24"/>
        </w:rPr>
        <w:t>专业学位</w:t>
      </w:r>
    </w:p>
    <w:p>
      <w:pPr>
        <w:spacing w:after="80" w:line="360" w:lineRule="auto"/>
        <w:ind w:firstLine="482"/>
        <w:jc w:val="both"/>
      </w:pPr>
      <w:r>
        <w:rPr>
          <w:rFonts w:ascii="Times New Roman" w:hAnsi="Times New Roman" w:eastAsia="宋体"/>
          <w:sz w:val="24"/>
        </w:rPr>
        <w:t>085802</w:t>
      </w:r>
    </w:p>
    <w:p>
      <w:pPr>
        <w:spacing w:after="80" w:line="360" w:lineRule="auto"/>
        <w:ind w:firstLine="482"/>
        <w:jc w:val="both"/>
      </w:pPr>
      <w:r>
        <w:rPr>
          <w:rFonts w:ascii="Times New Roman" w:hAnsi="Times New Roman" w:eastAsia="宋体"/>
          <w:sz w:val="24"/>
        </w:rPr>
        <w:t>动力工程</w:t>
      </w:r>
    </w:p>
    <w:p>
      <w:pPr>
        <w:spacing w:after="80" w:line="360" w:lineRule="auto"/>
        <w:ind w:firstLine="482"/>
        <w:jc w:val="both"/>
      </w:pPr>
      <w:r>
        <w:rPr>
          <w:rFonts w:ascii="Times New Roman" w:hAnsi="Times New Roman" w:eastAsia="宋体"/>
          <w:sz w:val="24"/>
        </w:rPr>
        <w:t>5</w:t>
      </w:r>
    </w:p>
    <w:p>
      <w:pPr>
        <w:spacing w:after="80" w:line="360" w:lineRule="auto"/>
        <w:ind w:firstLine="482"/>
        <w:jc w:val="both"/>
      </w:pPr>
      <w:r>
        <w:rPr>
          <w:rFonts w:ascii="Times New Roman" w:hAnsi="Times New Roman" w:eastAsia="宋体"/>
          <w:sz w:val="24"/>
        </w:rPr>
        <w:t>专业学位</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