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湖南工商大学外国语学院2026年优秀应届本科毕业生免试攻读硕士研究生推荐工作细则</w:t>
      </w:r>
    </w:p>
    <w:p>
      <w:pPr>
        <w:spacing w:after="80" w:lineRule="auto" w:line="360"/>
        <w:ind w:firstLine="482"/>
        <w:jc w:val="both"/>
      </w:pPr>
      <w:r>
        <w:rPr>
          <w:rFonts w:ascii="Times New Roman" w:hAnsi="Times New Roman" w:eastAsia="宋体"/>
          <w:b w:val="0"/>
          <w:sz w:val="24"/>
        </w:rPr>
        <w:t>根据《湖南工商大学推荐优秀应届本科毕业生免试攻读硕士学位研究生工作管理办法（试行）》和《关于做好我校2026年推荐优秀应届本科毕业生免试攻读研究生工作的通知》等文件精神，为做好学院2026年推荐优秀应届本科毕业生免试攻读硕士学位研究生（以下简称“推免生”）工作，确保免试推荐工作公平、公正，遴选出基础知识扎实、具有一定创新精神的推免生，特制订本实施方案。</w:t>
      </w:r>
    </w:p>
    <w:p>
      <w:pPr>
        <w:spacing w:after="80" w:lineRule="auto" w:line="360"/>
        <w:ind w:firstLine="482"/>
        <w:jc w:val="both"/>
      </w:pPr>
      <w:r>
        <w:rPr>
          <w:rFonts w:ascii="Times New Roman" w:hAnsi="Times New Roman" w:eastAsia="宋体"/>
          <w:b w:val="0"/>
          <w:sz w:val="24"/>
        </w:rPr>
        <w:t>发布日期（推定）：2025年8月23日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成立外国语学院推免生遴选工作组和专家审核组，负责推荐免试攻读硕士学位研究生的领导、组织和审核工作。</w:t>
      </w:r>
    </w:p>
    <w:p>
      <w:pPr>
        <w:spacing w:after="80" w:lineRule="auto" w:line="360"/>
        <w:ind w:firstLine="482"/>
        <w:jc w:val="both"/>
      </w:pPr>
      <w:r>
        <w:rPr>
          <w:rFonts w:ascii="Times New Roman" w:hAnsi="Times New Roman" w:eastAsia="宋体"/>
          <w:b w:val="0"/>
          <w:sz w:val="24"/>
        </w:rPr>
        <w:t>（一）推免遴选工作组成员</w:t>
      </w:r>
    </w:p>
    <w:p>
      <w:pPr>
        <w:spacing w:after="80" w:lineRule="auto" w:line="360"/>
        <w:ind w:firstLine="482"/>
        <w:jc w:val="both"/>
      </w:pPr>
      <w:r>
        <w:rPr>
          <w:rFonts w:ascii="Times New Roman" w:hAnsi="Times New Roman" w:eastAsia="宋体"/>
          <w:b w:val="0"/>
          <w:sz w:val="24"/>
        </w:rPr>
        <w:t>组长：文兰芳、梁晓</w:t>
      </w:r>
    </w:p>
    <w:p>
      <w:pPr>
        <w:spacing w:after="80" w:lineRule="auto" w:line="360"/>
        <w:ind w:firstLine="482"/>
        <w:jc w:val="both"/>
      </w:pPr>
      <w:r>
        <w:rPr>
          <w:rFonts w:ascii="Times New Roman" w:hAnsi="Times New Roman" w:eastAsia="宋体"/>
          <w:b w:val="0"/>
          <w:sz w:val="24"/>
        </w:rPr>
        <w:t>副组长：朱莉华、刘冰花</w:t>
      </w:r>
    </w:p>
    <w:p>
      <w:pPr>
        <w:spacing w:after="80" w:lineRule="auto" w:line="360"/>
        <w:ind w:firstLine="482"/>
        <w:jc w:val="both"/>
      </w:pPr>
      <w:r>
        <w:rPr>
          <w:rFonts w:ascii="Times New Roman" w:hAnsi="Times New Roman" w:eastAsia="宋体"/>
          <w:b w:val="0"/>
          <w:sz w:val="24"/>
        </w:rPr>
        <w:t>成员：施波、莫碧娟、何湘君</w:t>
      </w:r>
    </w:p>
    <w:p>
      <w:pPr>
        <w:spacing w:after="80" w:lineRule="auto" w:line="360"/>
        <w:ind w:firstLine="482"/>
        <w:jc w:val="both"/>
      </w:pPr>
      <w:r>
        <w:rPr>
          <w:rFonts w:ascii="Times New Roman" w:hAnsi="Times New Roman" w:eastAsia="宋体"/>
          <w:b w:val="0"/>
          <w:sz w:val="24"/>
        </w:rPr>
        <w:t>负责制定并公布本院推免遴选实施细则；组织本院推免申请、材料审核、思想政治与品德考核、学业成绩与学术专长成绩核算、综合排名、初选名单确定与公示；接受咨询与申诉初核等。</w:t>
      </w:r>
    </w:p>
    <w:p>
      <w:pPr>
        <w:spacing w:after="80" w:lineRule="auto" w:line="360"/>
        <w:ind w:firstLine="482"/>
        <w:jc w:val="both"/>
      </w:pPr>
      <w:r>
        <w:rPr>
          <w:rFonts w:ascii="Times New Roman" w:hAnsi="Times New Roman" w:eastAsia="宋体"/>
          <w:b w:val="0"/>
          <w:sz w:val="24"/>
        </w:rPr>
        <w:t>（二）专家审核组成员</w:t>
      </w:r>
    </w:p>
    <w:p>
      <w:pPr>
        <w:spacing w:after="80" w:lineRule="auto" w:line="360"/>
        <w:ind w:firstLine="482"/>
        <w:jc w:val="both"/>
      </w:pPr>
      <w:r>
        <w:rPr>
          <w:rFonts w:ascii="Times New Roman" w:hAnsi="Times New Roman" w:eastAsia="宋体"/>
          <w:b w:val="0"/>
          <w:sz w:val="24"/>
        </w:rPr>
        <w:t>组长：伍小君</w:t>
      </w:r>
    </w:p>
    <w:p>
      <w:pPr>
        <w:spacing w:after="80" w:lineRule="auto" w:line="360"/>
        <w:ind w:firstLine="482"/>
        <w:jc w:val="both"/>
      </w:pPr>
      <w:r>
        <w:rPr>
          <w:rFonts w:ascii="Times New Roman" w:hAnsi="Times New Roman" w:eastAsia="宋体"/>
          <w:b w:val="0"/>
          <w:sz w:val="24"/>
        </w:rPr>
        <w:t>成员：刘小艳、夏益群、周玲、李华丽、宋洁</w:t>
      </w:r>
    </w:p>
    <w:p>
      <w:pPr>
        <w:spacing w:after="80" w:lineRule="auto" w:line="360"/>
        <w:ind w:firstLine="482"/>
        <w:jc w:val="both"/>
      </w:pPr>
      <w:r>
        <w:rPr>
          <w:rFonts w:ascii="Times New Roman" w:hAnsi="Times New Roman" w:eastAsia="宋体"/>
          <w:b w:val="0"/>
          <w:sz w:val="24"/>
        </w:rPr>
        <w:t>职责：负责依据相关规定，对申请推免资格学生的学业成绩、学术专长成绩认定结果进行复核鉴定，重点核查成果的真实性、创新性、个人贡献度；对综合素质评价成绩进行审核。</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我院推免生指标共2个。</w:t>
      </w:r>
    </w:p>
    <w:p>
      <w:pPr>
        <w:spacing w:before="160" w:after="80" w:lineRule="auto" w:line="360"/>
        <w:jc w:val="left"/>
      </w:pPr>
      <w:r>
        <w:rPr>
          <w:rFonts w:ascii="Times New Roman" w:hAnsi="Times New Roman" w:eastAsia="宋体"/>
          <w:b/>
          <w:sz w:val="28"/>
        </w:rPr>
        <w:t>三、申请推免生资格的条件</w:t>
      </w:r>
    </w:p>
    <w:p>
      <w:pPr>
        <w:spacing w:after="80" w:lineRule="auto" w:line="360"/>
        <w:ind w:firstLine="482"/>
        <w:jc w:val="both"/>
      </w:pPr>
      <w:r>
        <w:rPr>
          <w:rFonts w:ascii="Times New Roman" w:hAnsi="Times New Roman" w:eastAsia="宋体"/>
          <w:b w:val="0"/>
          <w:sz w:val="24"/>
        </w:rPr>
        <w:t>（一）必备条件</w:t>
      </w:r>
    </w:p>
    <w:p>
      <w:pPr>
        <w:spacing w:after="80" w:lineRule="auto" w:line="360"/>
        <w:ind w:firstLine="482"/>
        <w:jc w:val="both"/>
      </w:pPr>
      <w:r>
        <w:rPr>
          <w:rFonts w:ascii="Times New Roman" w:hAnsi="Times New Roman" w:eastAsia="宋体"/>
          <w:b w:val="0"/>
          <w:sz w:val="24"/>
        </w:rPr>
        <w:t>1. 纳入国家普通本科招生计划录取的应届生，不含专升本学生。</w:t>
      </w:r>
    </w:p>
    <w:p>
      <w:pPr>
        <w:spacing w:after="80" w:lineRule="auto" w:line="360"/>
        <w:ind w:firstLine="482"/>
        <w:jc w:val="both"/>
      </w:pPr>
      <w:r>
        <w:rPr>
          <w:rFonts w:ascii="Times New Roman" w:hAnsi="Times New Roman" w:eastAsia="宋体"/>
          <w:b w:val="0"/>
          <w:sz w:val="24"/>
        </w:rPr>
        <w:t>2. 热爱祖国，拥护中国共产党的领导，社会责任感强，积极向上，身心健康，遵纪守法，文明自律，立志为社会主义现代化建设服务。</w:t>
      </w:r>
    </w:p>
    <w:p>
      <w:pPr>
        <w:spacing w:after="80" w:lineRule="auto" w:line="360"/>
        <w:ind w:firstLine="482"/>
        <w:jc w:val="both"/>
      </w:pPr>
      <w:r>
        <w:rPr>
          <w:rFonts w:ascii="Times New Roman" w:hAnsi="Times New Roman" w:eastAsia="宋体"/>
          <w:b w:val="0"/>
          <w:sz w:val="24"/>
        </w:rPr>
        <w:t>3.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 刻苦学习，成绩优秀，学术研究兴趣浓厚，有较强的创新精神和创新意识。</w:t>
      </w:r>
    </w:p>
    <w:p>
      <w:pPr>
        <w:spacing w:after="80" w:lineRule="auto" w:line="360"/>
        <w:ind w:firstLine="482"/>
        <w:jc w:val="both"/>
      </w:pPr>
      <w:r>
        <w:rPr>
          <w:rFonts w:ascii="Times New Roman" w:hAnsi="Times New Roman" w:eastAsia="宋体"/>
          <w:b w:val="0"/>
          <w:sz w:val="24"/>
        </w:rPr>
        <w:t>5. 取得外语专业四级考试成绩合格及以上。</w:t>
      </w:r>
    </w:p>
    <w:p>
      <w:pPr>
        <w:spacing w:after="80" w:lineRule="auto" w:line="360"/>
        <w:ind w:firstLine="482"/>
        <w:jc w:val="both"/>
      </w:pPr>
      <w:r>
        <w:rPr>
          <w:rFonts w:ascii="Times New Roman" w:hAnsi="Times New Roman" w:eastAsia="宋体"/>
          <w:b w:val="0"/>
          <w:sz w:val="24"/>
        </w:rPr>
        <w:t>（二）学业成绩入围条件</w:t>
      </w:r>
    </w:p>
    <w:p>
      <w:pPr>
        <w:spacing w:after="80" w:lineRule="auto" w:line="360"/>
        <w:ind w:firstLine="482"/>
        <w:jc w:val="both"/>
      </w:pPr>
      <w:r>
        <w:rPr>
          <w:rFonts w:ascii="Times New Roman" w:hAnsi="Times New Roman" w:eastAsia="宋体"/>
          <w:b w:val="0"/>
          <w:sz w:val="24"/>
        </w:rPr>
        <w:t>前三年所修全部课程的平均学分绩点排名（首考成绩），在专业年级前30%。</w:t>
      </w:r>
    </w:p>
    <w:p>
      <w:pPr>
        <w:spacing w:before="160" w:after="80" w:lineRule="auto" w:line="360"/>
        <w:jc w:val="left"/>
      </w:pPr>
      <w:r>
        <w:rPr>
          <w:rFonts w:ascii="Times New Roman" w:hAnsi="Times New Roman" w:eastAsia="宋体"/>
          <w:b/>
          <w:sz w:val="28"/>
        </w:rPr>
        <w:t>四、综合评价办法</w:t>
      </w:r>
    </w:p>
    <w:p>
      <w:pPr>
        <w:spacing w:after="80" w:lineRule="auto" w:line="360"/>
        <w:ind w:firstLine="482"/>
        <w:jc w:val="both"/>
      </w:pPr>
      <w:r>
        <w:rPr>
          <w:rFonts w:ascii="Times New Roman" w:hAnsi="Times New Roman" w:eastAsia="宋体"/>
          <w:b w:val="0"/>
          <w:sz w:val="24"/>
        </w:rPr>
        <w:t>（一）思想政治与品德考核。思想品德考核是推免生资格遴选的首要环节和录取的重要依据。重点考察学生的政治态度、思想表现、道德品质、科学精神、诚实守信、遵纪守法等方面。思想品德考核不合格者不予推荐。</w:t>
      </w:r>
    </w:p>
    <w:p>
      <w:pPr>
        <w:spacing w:after="80" w:lineRule="auto" w:line="360"/>
        <w:ind w:firstLine="482"/>
        <w:jc w:val="both"/>
      </w:pPr>
      <w:r>
        <w:rPr>
          <w:rFonts w:ascii="Times New Roman" w:hAnsi="Times New Roman" w:eastAsia="宋体"/>
          <w:b w:val="0"/>
          <w:sz w:val="24"/>
        </w:rPr>
        <w:t>（二）学业成绩。学业成绩是指在校学习期间所有教学环节的加权平均成绩，是推免遴选工作最基础的指标。学生须完成所在专业的人才培养方案前3年所有教学环节并取得合格成绩。学分学业成绩的量化转换公式：平均学分绩点×25。</w:t>
      </w:r>
    </w:p>
    <w:p>
      <w:pPr>
        <w:spacing w:after="80" w:lineRule="auto" w:line="360"/>
        <w:ind w:firstLine="482"/>
        <w:jc w:val="both"/>
      </w:pPr>
      <w:r>
        <w:rPr>
          <w:rFonts w:ascii="Times New Roman" w:hAnsi="Times New Roman" w:eastAsia="宋体"/>
          <w:b w:val="0"/>
          <w:sz w:val="24"/>
        </w:rPr>
        <w:t>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本科生院负责提供成绩。</w:t>
      </w:r>
    </w:p>
    <w:p>
      <w:pPr>
        <w:spacing w:after="80" w:lineRule="auto" w:line="360"/>
        <w:ind w:firstLine="482"/>
        <w:jc w:val="both"/>
      </w:pPr>
      <w:r>
        <w:rPr>
          <w:rFonts w:ascii="Times New Roman" w:hAnsi="Times New Roman" w:eastAsia="宋体"/>
          <w:b w:val="0"/>
          <w:sz w:val="24"/>
        </w:rPr>
        <w:t>（三）学术专长成绩。根据本科生学术成果业绩，经学院申请材料审核专家组复核认定，认定标准见附件1。</w:t>
      </w:r>
    </w:p>
    <w:p>
      <w:pPr>
        <w:spacing w:after="80" w:lineRule="auto" w:line="360"/>
        <w:ind w:firstLine="482"/>
        <w:jc w:val="both"/>
      </w:pPr>
      <w:r>
        <w:rPr>
          <w:rFonts w:ascii="Times New Roman" w:hAnsi="Times New Roman" w:eastAsia="宋体"/>
          <w:b w:val="0"/>
          <w:sz w:val="24"/>
        </w:rPr>
        <w:t>（四）综合素质评价成绩。在学业成绩和学术专长成绩基础上，学院根据学科专业特点，在推免实施细则中设置综合素质评价成绩，用于评价学生全面发展方面的表现，综合素质评价成绩的评定细则须科学、规范、明确，经推免遴选工作领导小组审核备案后执行，认定标准见附件2。</w:t>
      </w:r>
    </w:p>
    <w:p>
      <w:pPr>
        <w:spacing w:after="80" w:lineRule="auto" w:line="360"/>
        <w:ind w:firstLine="482"/>
        <w:jc w:val="both"/>
      </w:pPr>
      <w:r>
        <w:rPr>
          <w:rFonts w:ascii="Times New Roman" w:hAnsi="Times New Roman" w:eastAsia="宋体"/>
          <w:b w:val="0"/>
          <w:sz w:val="24"/>
        </w:rPr>
        <w:t>（五）综合成绩计算。推免生遴选综合成绩由学业成绩（满分100分）和学术专长成绩（满分100分）以及综合素质评价成绩（满分10分）相加组成。综合成绩满分210分。</w:t>
      </w:r>
    </w:p>
    <w:p>
      <w:pPr>
        <w:spacing w:after="80" w:lineRule="auto" w:line="360"/>
        <w:ind w:firstLine="482"/>
        <w:jc w:val="both"/>
      </w:pPr>
      <w:r>
        <w:rPr>
          <w:rFonts w:ascii="Times New Roman" w:hAnsi="Times New Roman" w:eastAsia="宋体"/>
          <w:b w:val="0"/>
          <w:sz w:val="24"/>
        </w:rPr>
        <w:t>（六）有效成绩（材料）截止时间：</w:t>
      </w:r>
    </w:p>
    <w:p>
      <w:pPr>
        <w:spacing w:after="80" w:lineRule="auto" w:line="360"/>
        <w:ind w:firstLine="482"/>
        <w:jc w:val="both"/>
      </w:pPr>
      <w:r>
        <w:rPr>
          <w:rFonts w:ascii="Times New Roman" w:hAnsi="Times New Roman" w:eastAsia="宋体"/>
          <w:b w:val="0"/>
          <w:sz w:val="24"/>
        </w:rPr>
        <w:t>1. 被推荐者成绩审核以截止2025年7月31日首考成绩为准。</w:t>
      </w:r>
    </w:p>
    <w:p>
      <w:pPr>
        <w:spacing w:after="80" w:lineRule="auto" w:line="360"/>
        <w:ind w:firstLine="482"/>
        <w:jc w:val="both"/>
      </w:pPr>
      <w:r>
        <w:rPr>
          <w:rFonts w:ascii="Times New Roman" w:hAnsi="Times New Roman" w:eastAsia="宋体"/>
          <w:b w:val="0"/>
          <w:sz w:val="24"/>
        </w:rPr>
        <w:t>2. 科研论文成果加分、学科竞赛奖励加分、体育艺术类赛事获奖加分、参军入伍服兵役加分、参与社会工作志愿服务加分、国际组织实习加分以及其他符合规定的专项评价成绩项目及相关的支撑材料，以国家、省、市和学校等部门2025年7月31日及以前认可的成绩为准，同时需提供文件、证书等支撑材料原件和复印件。</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8月23日，根据学校本科生院的平均学分绩点排名结果公布入围学生名单（见附件3），启动推免工作，下发推荐免试研究生的通知到学生。</w:t>
      </w:r>
    </w:p>
    <w:p>
      <w:pPr>
        <w:spacing w:after="80" w:lineRule="auto" w:line="360"/>
        <w:ind w:firstLine="482"/>
        <w:jc w:val="both"/>
      </w:pPr>
      <w:r>
        <w:rPr>
          <w:rFonts w:ascii="Times New Roman" w:hAnsi="Times New Roman" w:eastAsia="宋体"/>
          <w:b w:val="0"/>
          <w:sz w:val="24"/>
        </w:rPr>
        <w:t>2. 8月26日12:00前学生将申请材料《湖南工商大学外国语学院推免申请表》（附件4）、《湖南工商大学外国语学院2026届推免汇总表》（附件5）、《湖南工商大学推免相关工作人员及学生回避报备表》（附件6）等材料的纸质版或电子版，符合规定的专项加分项目的支撑材料的原件和复印件（需个人签名）等材料一起交学院业务办李胜娟老师，同时将相关材料电子版发送至邮箱377248197@qq.com。申请者本人须按时提交申请材料，未按时提交登记表者，作弃权处理。入围学生主动放弃申请资格者，须编辑短信“本人***，学号***，自愿放弃推免资格”发送至辅导员进行确认。请特别注意：1. 所有的加分材料需在8月26日12:00前提交，截止时间之后提交的所有材料均无效，视为自动放弃。2. 其他类型指标以及可能有的补充指标的申请材料也需要在此截止时间前提交。</w:t>
      </w:r>
    </w:p>
    <w:p>
      <w:pPr>
        <w:spacing w:after="80" w:lineRule="auto" w:line="360"/>
        <w:ind w:firstLine="482"/>
        <w:jc w:val="both"/>
      </w:pPr>
      <w:r>
        <w:rPr>
          <w:rFonts w:ascii="Times New Roman" w:hAnsi="Times New Roman" w:eastAsia="宋体"/>
          <w:b w:val="0"/>
          <w:sz w:val="24"/>
        </w:rPr>
        <w:t>3. 8月27日确定推免生候选人名单。进行推免生选拔，择优确定推免生名单。申请材料专家审核小组审核材料。根据学生综合总评成绩按专业排序，学院推免工作领导小组研究决定拟推荐免试攻读硕士研究生初选名单。将拟定的推免生候选人名单报请学院讨论审核，确定推免生候选人名单，并在本院公示。</w:t>
      </w:r>
    </w:p>
    <w:p>
      <w:pPr>
        <w:spacing w:after="80" w:lineRule="auto" w:line="360"/>
        <w:ind w:firstLine="482"/>
        <w:jc w:val="both"/>
      </w:pPr>
      <w:r>
        <w:rPr>
          <w:rFonts w:ascii="Times New Roman" w:hAnsi="Times New Roman" w:eastAsia="宋体"/>
          <w:b w:val="0"/>
          <w:sz w:val="24"/>
        </w:rPr>
        <w:t>4. 8月31日12:00前，学院将推免生候选人名单及相关材料报送学校本科生院审核。</w:t>
      </w:r>
    </w:p>
    <w:p>
      <w:pPr>
        <w:spacing w:before="160" w:after="80" w:lineRule="auto" w:line="360"/>
        <w:jc w:val="left"/>
      </w:pPr>
      <w:r>
        <w:rPr>
          <w:rFonts w:ascii="Times New Roman" w:hAnsi="Times New Roman" w:eastAsia="宋体"/>
          <w:b/>
          <w:sz w:val="28"/>
        </w:rPr>
        <w:t>六、其它事项</w:t>
      </w:r>
    </w:p>
    <w:p>
      <w:pPr>
        <w:spacing w:after="80" w:lineRule="auto" w:line="360"/>
        <w:ind w:firstLine="482"/>
        <w:jc w:val="both"/>
      </w:pPr>
      <w:r>
        <w:rPr>
          <w:rFonts w:ascii="Times New Roman" w:hAnsi="Times New Roman" w:eastAsia="宋体"/>
          <w:b w:val="0"/>
          <w:sz w:val="24"/>
        </w:rPr>
        <w:t>1. 推免生在推荐工作结束至本科毕业，出现下列情况之一者，取消其免试攻读硕士学位研究生资格（对已录取者将由录取单位取消录取资格和学籍，由推荐单位按学生管理规定进行相应处理）：</w:t>
      </w:r>
    </w:p>
    <w:p>
      <w:pPr>
        <w:spacing w:after="80" w:lineRule="auto" w:line="360"/>
        <w:ind w:firstLine="482"/>
        <w:jc w:val="both"/>
      </w:pPr>
      <w:r>
        <w:rPr>
          <w:rFonts w:ascii="Times New Roman" w:hAnsi="Times New Roman" w:eastAsia="宋体"/>
          <w:b w:val="0"/>
          <w:sz w:val="24"/>
        </w:rPr>
        <w:t>（1）研究生入学前未取得学士学位或本科毕业证者；</w:t>
      </w:r>
    </w:p>
    <w:p>
      <w:pPr>
        <w:spacing w:after="80" w:lineRule="auto" w:line="360"/>
        <w:ind w:firstLine="482"/>
        <w:jc w:val="both"/>
      </w:pPr>
      <w:r>
        <w:rPr>
          <w:rFonts w:ascii="Times New Roman" w:hAnsi="Times New Roman" w:eastAsia="宋体"/>
          <w:b w:val="0"/>
          <w:sz w:val="24"/>
        </w:rPr>
        <w:t>（2）受刑事、行政、纪律处分者；</w:t>
      </w:r>
    </w:p>
    <w:p>
      <w:pPr>
        <w:spacing w:after="80" w:lineRule="auto" w:line="360"/>
        <w:ind w:firstLine="482"/>
        <w:jc w:val="both"/>
      </w:pPr>
      <w:r>
        <w:rPr>
          <w:rFonts w:ascii="Times New Roman" w:hAnsi="Times New Roman" w:eastAsia="宋体"/>
          <w:b w:val="0"/>
          <w:sz w:val="24"/>
        </w:rPr>
        <w:t>（3）未按规定报备声明回避关系且影响推免过程和结果公平公正的学生；</w:t>
      </w:r>
    </w:p>
    <w:p>
      <w:pPr>
        <w:spacing w:after="80" w:lineRule="auto" w:line="360"/>
        <w:ind w:firstLine="482"/>
        <w:jc w:val="both"/>
      </w:pPr>
      <w:r>
        <w:rPr>
          <w:rFonts w:ascii="Times New Roman" w:hAnsi="Times New Roman" w:eastAsia="宋体"/>
          <w:b w:val="0"/>
          <w:sz w:val="24"/>
        </w:rPr>
        <w:t>（4）在申请推免生过程中弄虚作假有论文抄袭、虚报获奖或科研成果等学术不端行为，或者有其他严重影响推免过程和结果公平公正行为的学生。</w:t>
      </w:r>
    </w:p>
    <w:p>
      <w:pPr>
        <w:spacing w:after="80" w:lineRule="auto" w:line="360"/>
        <w:ind w:firstLine="482"/>
        <w:jc w:val="both"/>
      </w:pPr>
      <w:r>
        <w:rPr>
          <w:rFonts w:ascii="Times New Roman" w:hAnsi="Times New Roman" w:eastAsia="宋体"/>
          <w:b w:val="0"/>
          <w:sz w:val="24"/>
        </w:rPr>
        <w:t>本细则仅用于湖南工商大学外国语学院2026年优秀应届本科毕业生免试攻读硕士研究生推荐工作，由外国语学院负责解释。</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2025年8月</w:t>
      </w:r>
    </w:p>
    <w:p>
      <w:pPr>
        <w:spacing w:after="80" w:lineRule="auto" w:line="360"/>
        <w:ind w:firstLine="482"/>
        <w:jc w:val="both"/>
      </w:pPr>
      <w:r>
        <w:rPr>
          <w:rFonts w:ascii="Times New Roman" w:hAnsi="Times New Roman" w:eastAsia="宋体"/>
          <w:b w:val="0"/>
          <w:sz w:val="24"/>
        </w:rPr>
        <w:t>附件1 湖南工商大学外国语学院推免生学术专长成绩认定标准.docx</w:t>
      </w:r>
    </w:p>
    <w:p>
      <w:pPr>
        <w:spacing w:after="80" w:lineRule="auto" w:line="360"/>
        <w:ind w:firstLine="482"/>
        <w:jc w:val="both"/>
      </w:pPr>
      <w:r>
        <w:rPr>
          <w:rFonts w:ascii="Times New Roman" w:hAnsi="Times New Roman" w:eastAsia="宋体"/>
          <w:b w:val="0"/>
          <w:sz w:val="24"/>
        </w:rPr>
        <w:t>附件2 湖南工商大学外国语学院推免生综合素质评价成绩认定标准.docx</w:t>
      </w:r>
    </w:p>
    <w:p>
      <w:pPr>
        <w:spacing w:after="80" w:lineRule="auto" w:line="360"/>
        <w:ind w:firstLine="482"/>
        <w:jc w:val="both"/>
      </w:pPr>
      <w:r>
        <w:rPr>
          <w:rFonts w:ascii="Times New Roman" w:hAnsi="Times New Roman" w:eastAsia="宋体"/>
          <w:b w:val="0"/>
          <w:sz w:val="24"/>
        </w:rPr>
        <w:t>附件3 外国语学院推免生入围名单.zip</w:t>
      </w:r>
    </w:p>
    <w:p>
      <w:pPr>
        <w:spacing w:after="80" w:lineRule="auto" w:line="360"/>
        <w:ind w:firstLine="482"/>
        <w:jc w:val="both"/>
      </w:pPr>
      <w:r>
        <w:rPr>
          <w:rFonts w:ascii="Times New Roman" w:hAnsi="Times New Roman" w:eastAsia="宋体"/>
          <w:b w:val="0"/>
          <w:sz w:val="24"/>
        </w:rPr>
        <w:t>附件4 湖南工商大学外国语学院推免生申请表.docx</w:t>
      </w:r>
    </w:p>
    <w:p>
      <w:pPr>
        <w:spacing w:after="80" w:lineRule="auto" w:line="360"/>
        <w:ind w:firstLine="482"/>
        <w:jc w:val="both"/>
      </w:pPr>
      <w:r>
        <w:rPr>
          <w:rFonts w:ascii="Times New Roman" w:hAnsi="Times New Roman" w:eastAsia="宋体"/>
          <w:b w:val="0"/>
          <w:sz w:val="24"/>
        </w:rPr>
        <w:t>附件5：湖南工商大学外国语学院2026年推免工作汇总表.xlsx</w:t>
      </w:r>
    </w:p>
    <w:p>
      <w:pPr>
        <w:spacing w:after="80" w:lineRule="auto" w:line="360"/>
        <w:ind w:firstLine="482"/>
        <w:jc w:val="both"/>
      </w:pPr>
      <w:r>
        <w:rPr>
          <w:rFonts w:ascii="Times New Roman" w:hAnsi="Times New Roman" w:eastAsia="宋体"/>
          <w:b w:val="0"/>
          <w:sz w:val="24"/>
        </w:rPr>
        <w:t>附件6：湖南工商大学推免相关工作人员及学生回避报备表.docx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