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关于做好2025年珠海校区推荐本科生免试攻读研究生准备工作的通知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关于做好2025年珠海校区推荐本科生免试攻读研究生准备工作的通知。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北京师范大学推荐免试攻读研究生工作实施办法（师教〔2021〕2号）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《推荐免试研究生工作小组成员构成情况表》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《推荐免试研究生工作办法》和《2025年度推荐工作方案》样例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《2022级本科生推免基准人数确认单》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本科生大学外语课程和学士学位外语考试成绩认定管理办法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本段内容仅为通知标题及附件列表，未包含申请条件、报名时间、活动时间、接收条件、流程、材料清单、时间节点、名额、联系方式等具体信息。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