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我院以下专业接收推荐免试硕士研究生：</w:t>
      </w:r>
    </w:p>
    <w:p>
      <w:pPr>
        <w:spacing w:after="80" w:lineRule="auto" w:line="360"/>
        <w:ind w:firstLine="482"/>
        <w:jc w:val="both"/>
      </w:pPr>
      <w:r>
        <w:rPr>
          <w:rFonts w:ascii="Times New Roman" w:hAnsi="Times New Roman" w:eastAsia="宋体"/>
          <w:b w:val="0"/>
          <w:sz w:val="24"/>
        </w:rPr>
        <w:t>根据《四川外国语大学接收2026年推荐优秀应届本科毕业生免试攻读研究生工作办法》精神，结合学院实际，特制定本细则。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一、接收专业</w:t>
      </w:r>
    </w:p>
    <w:p>
      <w:pPr>
        <w:spacing w:after="80" w:lineRule="auto" w:line="360"/>
        <w:ind w:firstLine="482"/>
        <w:jc w:val="both"/>
      </w:pPr>
      <w:r>
        <w:rPr>
          <w:rFonts w:ascii="Times New Roman" w:hAnsi="Times New Roman" w:eastAsia="宋体"/>
          <w:b w:val="0"/>
          <w:sz w:val="24"/>
        </w:rPr>
        <w:t>我院以下专业接收推荐免试硕士研究生：</w:t>
      </w:r>
    </w:p>
    <w:p>
      <w:r>
        <w:rPr>
          <w:rFonts w:ascii="Times New Roman" w:hAnsi="Times New Roman" w:eastAsia="宋体"/>
          <w:b w:val="0"/>
          <w:color w:val="993333"/>
          <w:sz w:val="20"/>
        </w:rPr>
        <w:t>[图片：接收专业列表]</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申请人热爱祖国，拥护中国共产党的领导，拥护社会主义制度，愿为社会主义现代化建设服务，具有较强的科研潜力，道德品质良好，遵纪守法，有理想，有抱负，刻苦学习，勤于思考，有创新意识。</w:t>
      </w:r>
    </w:p>
    <w:p>
      <w:pPr>
        <w:spacing w:after="80" w:lineRule="auto" w:line="360"/>
        <w:ind w:firstLine="482"/>
        <w:jc w:val="both"/>
      </w:pPr>
      <w:r>
        <w:rPr>
          <w:rFonts w:ascii="Times New Roman" w:hAnsi="Times New Roman" w:eastAsia="宋体"/>
          <w:b w:val="0"/>
          <w:sz w:val="24"/>
        </w:rPr>
        <w:t>2. 申请人必须是获得推免资格的2026年优秀应届本科毕业生，推荐手续完备，材料齐全。</w:t>
      </w:r>
    </w:p>
    <w:p>
      <w:pPr>
        <w:spacing w:after="80" w:lineRule="auto" w:line="360"/>
        <w:ind w:firstLine="482"/>
        <w:jc w:val="both"/>
      </w:pPr>
      <w:r>
        <w:rPr>
          <w:rFonts w:ascii="Times New Roman" w:hAnsi="Times New Roman" w:eastAsia="宋体"/>
          <w:b w:val="0"/>
          <w:sz w:val="24"/>
        </w:rPr>
        <w:t>3. 申请人各实践性教学环节成绩良好，身体健康，符合规定的体检标准，并达到国家规定的体育锻炼要求。</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我校通过“全国推荐免试攻读研究生（免初试、转段）信息公开暨管理服务系统”（网址：https://yz.chsi.com.cn/tm，以下简称“推免服务系统”）发送复试通知、待录取通知。“推免服务系统”开通后（以研招网公布的时间为准），获得推免资格的申请人应及时进行注册、填写报考学校、专业志愿等操作，并完成待录取相关手续。</w:t>
      </w:r>
    </w:p>
    <w:p>
      <w:pPr>
        <w:spacing w:after="80" w:lineRule="auto" w:line="360"/>
        <w:ind w:firstLine="482"/>
        <w:jc w:val="both"/>
      </w:pPr>
      <w:r>
        <w:rPr>
          <w:rFonts w:ascii="Times New Roman" w:hAnsi="Times New Roman" w:eastAsia="宋体"/>
          <w:b w:val="0"/>
          <w:sz w:val="24"/>
        </w:rPr>
        <w:t>接受我校待录取的申请人名单将上报至我校研究生招生领导小组审核，并确定拟录取名单，最终拟录取名单将在研招网和我校官网公示。</w:t>
      </w:r>
    </w:p>
    <w:p>
      <w:pPr>
        <w:spacing w:before="160" w:after="80" w:lineRule="auto" w:line="360"/>
        <w:jc w:val="left"/>
      </w:pPr>
      <w:r>
        <w:rPr>
          <w:rFonts w:ascii="Times New Roman" w:hAnsi="Times New Roman" w:eastAsia="宋体"/>
          <w:b/>
          <w:sz w:val="28"/>
        </w:rPr>
        <w:t>四、推免复试</w:t>
      </w:r>
    </w:p>
    <w:p>
      <w:pPr>
        <w:spacing w:after="80" w:lineRule="auto" w:line="360"/>
        <w:ind w:firstLine="482"/>
        <w:jc w:val="both"/>
      </w:pPr>
      <w:r>
        <w:rPr>
          <w:rFonts w:ascii="Times New Roman" w:hAnsi="Times New Roman" w:eastAsia="宋体"/>
          <w:b w:val="0"/>
          <w:sz w:val="24"/>
        </w:rPr>
        <w:t>我院推免复试采取网络远程面试形式进行，主要考查申请人思想政治素质、专业素质、综合素质及综合能力，满分为100分。预报名的申请人通过“川外研招系统”中查看推免复试具体安排。</w:t>
      </w:r>
    </w:p>
    <w:p>
      <w:pPr>
        <w:spacing w:before="160" w:after="80" w:lineRule="auto" w:line="360"/>
        <w:jc w:val="left"/>
      </w:pPr>
      <w:r>
        <w:rPr>
          <w:rFonts w:ascii="Times New Roman" w:hAnsi="Times New Roman" w:eastAsia="宋体"/>
          <w:b/>
          <w:sz w:val="28"/>
        </w:rPr>
        <w:t>五、预报名流程</w:t>
      </w:r>
    </w:p>
    <w:p>
      <w:pPr>
        <w:spacing w:after="80" w:lineRule="auto" w:line="360"/>
        <w:ind w:firstLine="482"/>
        <w:jc w:val="both"/>
      </w:pPr>
      <w:r>
        <w:rPr>
          <w:rFonts w:ascii="Times New Roman" w:hAnsi="Times New Roman" w:eastAsia="宋体"/>
          <w:b w:val="0"/>
          <w:sz w:val="24"/>
        </w:rPr>
        <w:t>“推免服务系统”开通前，我院相关专业（方向）均接受推免生预报名。</w:t>
      </w:r>
    </w:p>
    <w:p>
      <w:pPr>
        <w:spacing w:after="80" w:lineRule="auto" w:line="360"/>
        <w:ind w:firstLine="482"/>
        <w:jc w:val="both"/>
      </w:pPr>
      <w:r>
        <w:rPr>
          <w:rFonts w:ascii="Times New Roman" w:hAnsi="Times New Roman" w:eastAsia="宋体"/>
          <w:b w:val="0"/>
          <w:sz w:val="24"/>
        </w:rPr>
        <w:t>1. 预报名平台：“川外研招系统”（网址：https://yz.sisu.edu.cn）。</w:t>
      </w:r>
    </w:p>
    <w:p>
      <w:pPr>
        <w:spacing w:after="80" w:lineRule="auto" w:line="360"/>
        <w:ind w:firstLine="482"/>
        <w:jc w:val="both"/>
      </w:pPr>
      <w:r>
        <w:rPr>
          <w:rFonts w:ascii="Times New Roman" w:hAnsi="Times New Roman" w:eastAsia="宋体"/>
          <w:b w:val="0"/>
          <w:sz w:val="24"/>
        </w:rPr>
        <w:t>2. 预报名时间：2025年8月25日-9月20日。</w:t>
      </w:r>
    </w:p>
    <w:p>
      <w:pPr>
        <w:spacing w:after="80" w:lineRule="auto" w:line="360"/>
        <w:ind w:firstLine="482"/>
        <w:jc w:val="both"/>
      </w:pPr>
      <w:r>
        <w:rPr>
          <w:rFonts w:ascii="Times New Roman" w:hAnsi="Times New Roman" w:eastAsia="宋体"/>
          <w:b w:val="0"/>
          <w:sz w:val="24"/>
        </w:rPr>
        <w:t>3. 操作流程：符合报名条件且有意愿报考我校的申请人，登录“川外研招系统”，在“推免招生”版块进行预报名。准确填写个人信息、报考学院及专业，提交相关预报名材料。</w:t>
      </w:r>
    </w:p>
    <w:p>
      <w:pPr>
        <w:spacing w:after="80" w:lineRule="auto" w:line="360"/>
        <w:ind w:firstLine="482"/>
        <w:jc w:val="both"/>
      </w:pPr>
      <w:r>
        <w:rPr>
          <w:rFonts w:ascii="Times New Roman" w:hAnsi="Times New Roman" w:eastAsia="宋体"/>
          <w:b w:val="0"/>
          <w:sz w:val="24"/>
        </w:rPr>
        <w:t>4. 提交申请材料，包括：</w:t>
      </w:r>
    </w:p>
    <w:p>
      <w:pPr>
        <w:spacing w:after="80" w:lineRule="auto" w:line="360"/>
        <w:ind w:firstLine="482"/>
        <w:jc w:val="both"/>
      </w:pPr>
      <w:r>
        <w:rPr>
          <w:rFonts w:ascii="Times New Roman" w:hAnsi="Times New Roman" w:eastAsia="宋体"/>
          <w:b w:val="0"/>
          <w:sz w:val="24"/>
        </w:rPr>
        <w:t>（1）有效期内的身份证电子照片、本人证件照、每学期均注册的学生证电子照片；</w:t>
      </w:r>
    </w:p>
    <w:p>
      <w:pPr>
        <w:spacing w:after="80" w:lineRule="auto" w:line="360"/>
        <w:ind w:firstLine="482"/>
        <w:jc w:val="both"/>
      </w:pPr>
      <w:r>
        <w:rPr>
          <w:rFonts w:ascii="Times New Roman" w:hAnsi="Times New Roman" w:eastAsia="宋体"/>
          <w:b w:val="0"/>
          <w:sz w:val="24"/>
        </w:rPr>
        <w:t>（2）加盖所在院校教务管理部门公章的本人历年在校学习成绩单电子照片、成绩排名证明；</w:t>
      </w:r>
    </w:p>
    <w:p>
      <w:pPr>
        <w:spacing w:after="80" w:lineRule="auto" w:line="360"/>
        <w:ind w:firstLine="482"/>
        <w:jc w:val="both"/>
      </w:pPr>
      <w:r>
        <w:rPr>
          <w:rFonts w:ascii="Times New Roman" w:hAnsi="Times New Roman" w:eastAsia="宋体"/>
          <w:b w:val="0"/>
          <w:sz w:val="24"/>
        </w:rPr>
        <w:t>（3）国家级外语考试成绩证明电子照片；</w:t>
      </w:r>
    </w:p>
    <w:p>
      <w:pPr>
        <w:spacing w:after="80" w:lineRule="auto" w:line="360"/>
        <w:ind w:firstLine="482"/>
        <w:jc w:val="both"/>
      </w:pPr>
      <w:r>
        <w:rPr>
          <w:rFonts w:ascii="Times New Roman" w:hAnsi="Times New Roman" w:eastAsia="宋体"/>
          <w:b w:val="0"/>
          <w:sz w:val="24"/>
        </w:rPr>
        <w:t>（4）对申请有参考价值的其他材料，如本科期间发表的学术论文、所获得荣誉证书等（合并为1个PDF文件）。</w:t>
      </w:r>
    </w:p>
    <w:p>
      <w:pPr>
        <w:spacing w:after="80" w:lineRule="auto" w:line="360"/>
        <w:ind w:firstLine="482"/>
        <w:jc w:val="both"/>
      </w:pPr>
      <w:r>
        <w:rPr>
          <w:rFonts w:ascii="Times New Roman" w:hAnsi="Times New Roman" w:eastAsia="宋体"/>
          <w:b w:val="0"/>
          <w:sz w:val="24"/>
        </w:rPr>
        <w:t>5. 材料审核：我院对申请人个人信息和报名材料进行审核，申请人可在“川外研招系统”中查看审核进度，审核通过的申请人即获得复试资格。</w:t>
      </w:r>
    </w:p>
    <w:p>
      <w:pPr>
        <w:spacing w:after="80" w:lineRule="auto" w:line="360"/>
        <w:ind w:firstLine="482"/>
        <w:jc w:val="both"/>
      </w:pPr>
      <w:r>
        <w:rPr>
          <w:rFonts w:ascii="Times New Roman" w:hAnsi="Times New Roman" w:eastAsia="宋体"/>
          <w:b w:val="0"/>
          <w:sz w:val="24"/>
        </w:rPr>
        <w:t>6. 复试通知：我院通过“川外研招系统”发送复试通知。收到复试通知申请人，应及时确认是否同意参加复试。同意参加复试的申请人须下载、签订、回传考生诚信复试承诺书，并在规定的时间参加推免复试。</w:t>
      </w:r>
    </w:p>
    <w:p>
      <w:pPr>
        <w:spacing w:after="80" w:lineRule="auto" w:line="360"/>
        <w:ind w:firstLine="482"/>
        <w:jc w:val="both"/>
      </w:pPr>
      <w:r>
        <w:rPr>
          <w:rFonts w:ascii="Times New Roman" w:hAnsi="Times New Roman" w:eastAsia="宋体"/>
          <w:b w:val="0"/>
          <w:sz w:val="24"/>
        </w:rPr>
        <w:t>7. “推免服务系统”开通后，未参加过预报名的申请人，直接在“推免服务系统”报名。</w:t>
      </w:r>
    </w:p>
    <w:p>
      <w:pPr>
        <w:spacing w:before="160" w:after="80" w:lineRule="auto" w:line="360"/>
        <w:jc w:val="left"/>
      </w:pPr>
      <w:r>
        <w:rPr>
          <w:rFonts w:ascii="Times New Roman" w:hAnsi="Times New Roman" w:eastAsia="宋体"/>
          <w:b/>
          <w:sz w:val="28"/>
        </w:rPr>
        <w:t>六、奖助学金</w:t>
      </w:r>
    </w:p>
    <w:p>
      <w:pPr>
        <w:spacing w:after="80" w:lineRule="auto" w:line="360"/>
        <w:ind w:firstLine="482"/>
        <w:jc w:val="both"/>
      </w:pPr>
      <w:r>
        <w:rPr>
          <w:rFonts w:ascii="Times New Roman" w:hAnsi="Times New Roman" w:eastAsia="宋体"/>
          <w:b w:val="0"/>
          <w:sz w:val="24"/>
        </w:rPr>
        <w:t>为激励研究生勤奋学习、潜心科研、勇于创新、积极进取，学校建立了完备的研究生奖助体系。主要包括：</w:t>
      </w:r>
    </w:p>
    <w:p>
      <w:pPr>
        <w:spacing w:after="80" w:lineRule="auto" w:line="360"/>
        <w:ind w:firstLine="482"/>
        <w:jc w:val="both"/>
      </w:pPr>
      <w:r>
        <w:rPr>
          <w:rFonts w:ascii="Times New Roman" w:hAnsi="Times New Roman" w:eastAsia="宋体"/>
          <w:b w:val="0"/>
          <w:sz w:val="24"/>
        </w:rPr>
        <w:t>1. 国家助学金：6000元/生·年，按照每年十个月逐月发放，每人每月600元。</w:t>
      </w:r>
    </w:p>
    <w:p>
      <w:pPr>
        <w:spacing w:after="80" w:lineRule="auto" w:line="360"/>
        <w:ind w:firstLine="482"/>
        <w:jc w:val="both"/>
      </w:pPr>
      <w:r>
        <w:rPr>
          <w:rFonts w:ascii="Times New Roman" w:hAnsi="Times New Roman" w:eastAsia="宋体"/>
          <w:b w:val="0"/>
          <w:sz w:val="24"/>
        </w:rPr>
        <w:t>2. 国家奖学金：20000元/生·年，评定比例按教育部及重庆市教育委员会相关文件执行。</w:t>
      </w:r>
    </w:p>
    <w:p>
      <w:pPr>
        <w:spacing w:after="80" w:lineRule="auto" w:line="360"/>
        <w:ind w:firstLine="482"/>
        <w:jc w:val="both"/>
      </w:pPr>
      <w:r>
        <w:rPr>
          <w:rFonts w:ascii="Times New Roman" w:hAnsi="Times New Roman" w:eastAsia="宋体"/>
          <w:b w:val="0"/>
          <w:sz w:val="24"/>
        </w:rPr>
        <w:t>3. 新生奖学金：一等奖10000元/生，占20%；二等奖6000元/生，占30%；三等奖4000元/生，占30%（推免研究生均享受新生奖学金一等奖）。</w:t>
      </w:r>
    </w:p>
    <w:p>
      <w:pPr>
        <w:spacing w:after="80" w:lineRule="auto" w:line="360"/>
        <w:ind w:firstLine="482"/>
        <w:jc w:val="both"/>
      </w:pPr>
      <w:r>
        <w:rPr>
          <w:rFonts w:ascii="Times New Roman" w:hAnsi="Times New Roman" w:eastAsia="宋体"/>
          <w:b w:val="0"/>
          <w:sz w:val="24"/>
        </w:rPr>
        <w:t>4. 学业奖学金：一等奖10000元/生·年，占20%；二等奖6000元/生·年，占30%；三等奖4000元/生·年，占30%。</w:t>
      </w:r>
    </w:p>
    <w:p>
      <w:pPr>
        <w:spacing w:after="80" w:lineRule="auto" w:line="360"/>
        <w:ind w:firstLine="482"/>
        <w:jc w:val="both"/>
      </w:pPr>
      <w:r>
        <w:rPr>
          <w:rFonts w:ascii="Times New Roman" w:hAnsi="Times New Roman" w:eastAsia="宋体"/>
          <w:b w:val="0"/>
          <w:sz w:val="24"/>
        </w:rPr>
        <w:t>5. 研究生科研创新项目资助：省级项目5000元/项；校级重点项目5000元/项、一般项目3000元/项；学科项目3000元/项（约占申报总数的70%）。</w:t>
      </w:r>
    </w:p>
    <w:p>
      <w:pPr>
        <w:spacing w:after="80" w:lineRule="auto" w:line="360"/>
        <w:ind w:firstLine="482"/>
        <w:jc w:val="both"/>
      </w:pPr>
      <w:r>
        <w:rPr>
          <w:rFonts w:ascii="Times New Roman" w:hAnsi="Times New Roman" w:eastAsia="宋体"/>
          <w:b w:val="0"/>
          <w:sz w:val="24"/>
        </w:rPr>
        <w:t>6. 研究生学术交流资助：1200元/生（100%）。</w:t>
      </w:r>
    </w:p>
    <w:p>
      <w:pPr>
        <w:spacing w:after="80" w:lineRule="auto" w:line="360"/>
        <w:ind w:firstLine="482"/>
        <w:jc w:val="both"/>
      </w:pPr>
      <w:r>
        <w:rPr>
          <w:rFonts w:ascii="Times New Roman" w:hAnsi="Times New Roman" w:eastAsia="宋体"/>
          <w:b w:val="0"/>
          <w:sz w:val="24"/>
        </w:rPr>
        <w:t>7. 三助一辅勤工助学：管理助理和学生辅导员岗位1500元/生·月，勤工助学岗位480元/生·月。</w:t>
      </w:r>
    </w:p>
    <w:p>
      <w:pPr>
        <w:spacing w:after="80" w:lineRule="auto" w:line="360"/>
        <w:ind w:firstLine="482"/>
        <w:jc w:val="both"/>
      </w:pPr>
      <w:r>
        <w:rPr>
          <w:rFonts w:ascii="Times New Roman" w:hAnsi="Times New Roman" w:eastAsia="宋体"/>
          <w:b w:val="0"/>
          <w:sz w:val="24"/>
        </w:rPr>
        <w:t>8. 出国留学资助：研究生赴国（境）外参加国际学术会议/赴国（境）外访学，学校提供一次往返国际旅费和在外参会/在外访学期间生活补贴。</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申请人须承诺填写的信息真实、准确、有效。凡提供虚假信息者，一经查实，取消录取资格、入学资格或学籍，直至撤销学历及学位，且责任由申请人本人承担。</w:t>
      </w:r>
    </w:p>
    <w:p>
      <w:pPr>
        <w:spacing w:after="80" w:lineRule="auto" w:line="360"/>
        <w:ind w:firstLine="482"/>
        <w:jc w:val="both"/>
      </w:pPr>
      <w:r>
        <w:rPr>
          <w:rFonts w:ascii="Times New Roman" w:hAnsi="Times New Roman" w:eastAsia="宋体"/>
          <w:b w:val="0"/>
          <w:sz w:val="24"/>
        </w:rPr>
        <w:t>2. 我校确定接收的推免生，在入学报到时未获得毕业证书者，学校将取消其录取资格。</w:t>
      </w:r>
    </w:p>
    <w:p>
      <w:pPr>
        <w:spacing w:after="80" w:lineRule="auto" w:line="360"/>
        <w:ind w:firstLine="482"/>
        <w:jc w:val="both"/>
      </w:pPr>
      <w:r>
        <w:rPr>
          <w:rFonts w:ascii="Times New Roman" w:hAnsi="Times New Roman" w:eastAsia="宋体"/>
          <w:b w:val="0"/>
          <w:sz w:val="24"/>
        </w:rPr>
        <w:t>3. 申请人在本科就读期间应无任何考试作弊和剽窃他人学术成果记录，无任何处罚、处分记录等。</w:t>
      </w:r>
    </w:p>
    <w:p>
      <w:pPr>
        <w:spacing w:after="80" w:lineRule="auto" w:line="360"/>
        <w:ind w:firstLine="482"/>
        <w:jc w:val="both"/>
      </w:pPr>
      <w:r>
        <w:rPr>
          <w:rFonts w:ascii="Times New Roman" w:hAnsi="Times New Roman" w:eastAsia="宋体"/>
          <w:b w:val="0"/>
          <w:sz w:val="24"/>
        </w:rPr>
        <w:t>4. 已被接收的推荐免试生不再参加全国硕士研究生入学考试，否则将取消推免生资格。</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联 系 人：王老师</w:t>
      </w:r>
    </w:p>
    <w:p>
      <w:pPr>
        <w:spacing w:after="80" w:lineRule="auto" w:line="360"/>
        <w:ind w:firstLine="482"/>
        <w:jc w:val="both"/>
      </w:pPr>
      <w:r>
        <w:rPr>
          <w:rFonts w:ascii="Times New Roman" w:hAnsi="Times New Roman" w:eastAsia="宋体"/>
          <w:b w:val="0"/>
          <w:sz w:val="24"/>
        </w:rPr>
        <w:t>电子邮箱：sisuggy@163.com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