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关于开展桂林电子科技大学商学院2026年推荐优秀应届本科毕业生免试攻读研究生工作的通知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关于印发〈桂林电子科技大学2026年推荐优秀应届本科毕业生免试攻读研究生工作实施办法〉的通知》（桂电招生〔2025〕2号）文件精神，为加强对商学院推荐优秀应届本科毕业生免试攻读研究生工作的领导，保证遴选工作的顺利进行，确保其公平性、公正性，经研究决定，成立2026年商学院推免生推荐工作领导组、监督组和审核专家组，制定《桂林电子科技大学商学院2026年推荐优秀应届本科毕业生免试攻读研究生工作实施办法（试行）》（桂电商〔2025〕27号），相关文件已作为附件上传，现将推免工作相关事项通知如下：</w:t>
      </w:r>
    </w:p>
    <w:p>
      <w:pPr>
        <w:spacing w:after="80" w:lineRule="auto" w:line="360"/>
        <w:ind w:firstLine="482"/>
        <w:jc w:val="both"/>
      </w:pPr>
      <w:r>
        <w:rPr>
          <w:rFonts w:ascii="Times New Roman" w:hAnsi="Times New Roman" w:eastAsia="宋体"/>
          <w:b w:val="0"/>
          <w:sz w:val="24"/>
        </w:rPr>
        <w:t>发布日期：2025年9月7日</w:t>
      </w:r>
    </w:p>
    <w:p>
      <w:pPr>
        <w:spacing w:before="160" w:after="80" w:lineRule="auto" w:line="360"/>
        <w:jc w:val="left"/>
      </w:pPr>
      <w:r>
        <w:rPr>
          <w:rFonts w:ascii="Times New Roman" w:hAnsi="Times New Roman" w:eastAsia="宋体"/>
          <w:b/>
          <w:sz w:val="28"/>
        </w:rPr>
        <w:t>一、推荐办法</w:t>
      </w:r>
    </w:p>
    <w:p>
      <w:pPr>
        <w:spacing w:after="80" w:lineRule="auto" w:line="360"/>
        <w:ind w:firstLine="482"/>
        <w:jc w:val="both"/>
      </w:pPr>
      <w:r>
        <w:rPr>
          <w:rFonts w:ascii="Times New Roman" w:hAnsi="Times New Roman" w:eastAsia="宋体"/>
          <w:b w:val="0"/>
          <w:sz w:val="24"/>
        </w:rPr>
        <w:t>按照《桂林电子科技大学商学院2026年推荐优秀应届本科毕业生免试攻读研究生工作实施办法（试行）》（桂电商〔2025〕27号）执行。</w:t>
      </w:r>
    </w:p>
    <w:p>
      <w:pPr>
        <w:spacing w:before="160" w:after="80" w:lineRule="auto" w:line="360"/>
        <w:jc w:val="left"/>
      </w:pPr>
      <w:r>
        <w:rPr>
          <w:rFonts w:ascii="Times New Roman" w:hAnsi="Times New Roman" w:eastAsia="宋体"/>
          <w:b/>
          <w:sz w:val="28"/>
        </w:rPr>
        <w:t>二、申请截止时间</w:t>
      </w:r>
    </w:p>
    <w:p>
      <w:pPr>
        <w:spacing w:after="80" w:lineRule="auto" w:line="360"/>
        <w:ind w:firstLine="482"/>
        <w:jc w:val="both"/>
      </w:pPr>
      <w:r>
        <w:rPr>
          <w:rFonts w:ascii="Times New Roman" w:hAnsi="Times New Roman" w:eastAsia="宋体"/>
          <w:b w:val="0"/>
          <w:sz w:val="24"/>
        </w:rPr>
        <w:t>请申请本年度推免的同学在2025年9月7日12:00之前将《桂林电子科技大学推荐优秀应届本科毕业生免试攻读研究生资格申请表（附表3）》、《桂林电子科技大学商学院推免学生综合表现加分细则表》以及支撑材料等，交到文科楼139商学院学生工作办公室高靖添老师处（逾期不再接收任何材料。没有按时提供支撑材料或支撑材料不全不规范的将不予认定相应加分，也不再接收补充材料）。</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通知及文件未涉及的问题由商学院2026年推荐优秀应届本科毕业生免试攻读研究生工作领导小组集体讨论决定。</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桂电商[2025] 26号关于成立《商学院2026年推荐优秀应届本科毕业生免试攻读研究生工作领导小组、监督小组和审核专家小组》的通知.pdf</w:t>
      </w:r>
    </w:p>
    <w:p>
      <w:pPr>
        <w:spacing w:after="80" w:lineRule="auto" w:line="360"/>
        <w:ind w:firstLine="482"/>
        <w:jc w:val="both"/>
      </w:pPr>
      <w:r>
        <w:rPr>
          <w:rFonts w:ascii="Times New Roman" w:hAnsi="Times New Roman" w:eastAsia="宋体"/>
          <w:b w:val="0"/>
          <w:sz w:val="24"/>
        </w:rPr>
        <w:t>2. 桂电商[2025] 27号桂林电子科技大学商学院2026年推荐优秀应届本科毕业生免试攻读研究生工作实施办法（试行）.pdf</w:t>
      </w:r>
    </w:p>
    <w:p>
      <w:pPr>
        <w:spacing w:after="80" w:lineRule="auto" w:line="360"/>
        <w:ind w:firstLine="482"/>
        <w:jc w:val="both"/>
      </w:pPr>
      <w:r>
        <w:rPr>
          <w:rFonts w:ascii="Times New Roman" w:hAnsi="Times New Roman" w:eastAsia="宋体"/>
          <w:b w:val="0"/>
          <w:sz w:val="24"/>
        </w:rPr>
        <w:t>3. 附件3：桂林电子科技大学推荐优秀应届本科毕业生免试攻读研究生资格申请表.docx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