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北京外国语大学外国文学研究所2026年推免考试准考名单公示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北京外国语大学外国文学研究所2026年推免考试准考名单公示，名单人数总计24人，分专业明细为：英语语言文学11人、比较文学与跨文化研究13人。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英语语言文学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比较文学与跨文化研究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共2个专业。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二、名单分组说明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名单按报考专业及研究方向分组。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英语语言文学专业研究方向为英美文论与文化研究，共11人。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比较文学与跨文化研究专业研究方向为比较文学与文化，共13人。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原文未公示排名或评分方式。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原文未标注公示期。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