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东北财经大学财政税务学院2026年接收推免生复试的要求与规则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东北财经大学财政税务学院2026年接收推免生复试的要求与规则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专业学位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网络测试预计时间：2025年9月22日16:00-19:00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复试考核时间：2025年9月23日8:30-17:00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推免生复试采取网络远程方式进行。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四、复试考核网络平台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网络平台原则上首选研招网的“远程面试系统”，备用平台为腾讯会议或阿里钉钉。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学院预计于2025年9月22日15:00-17:00通过电子邮件发布具体复试安排及要求，请考生务必在此时间段关注邮件通知并及时回复确认。复试期间请保持联系方式畅通。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请确定报考我院的推免生提前准备好复试材料（盖章签字版），并调试好复试设备在指定时间段内参加测试。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提前下载并签署《考生诚信复试承诺书》，在复试系统中上传电子版。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2025年9月22日19:00前将以下材料放在一个文件夹内以“姓名”命名，打包压缩发至邮箱dlconglili@163.com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1）《思想政治素质与品德考核表》（盖章签字版）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2）加盖所在学校教务处公章的本科阶段成绩单；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3）全国大学英语四六级考试成绩单，或相当英语水平的其他外语等级证书；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4）其他个人证明材料（非必须）。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七、复试设备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参加复试的可提前下载安装学信网App（https://www.chsi.com.cn/wap/download.jsp），同时在电子设备中安装注册备用复试平台（腾讯会议、阿里钉钉），提前熟悉使用规则。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学信网远程面试系统具体认证及操作流程详见网站（https://bm.chsi.com.cn/ycms/stu/school/index）考生操作手册及设备要求，认证过程中如有问题，也可通过网站下方的客服电话进行咨询。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初审通过的考生可提前在东北财经大学研究生院发布的《关于做好2026级推免生网络远程复试准备工作的通知》（https://graduate.dufe.edu.cn/content_93949.html）中下载并签署《考生诚信复试承诺书》（附件），并于网络测试开始前在复试系统中上传电子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网络远程复试原则上实行双机位，一台主设备用于正面拍摄，一台辅助设备用于侧后方拍摄。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须准备1台笔记本电脑（或台式电脑配置外接摄像头、麦克风）和1部智能手机，或准备2部智能手机。考生需同时配备用于支撑固定手机的必要设备。一机位主设备需使用浏览器登录研招网远程面试系统，二机位智能手机需登录学信网App扫描主设备登录后的二维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建议考生正式复试时使用与测试预演时相同的考试设备和网络环境，并保持“双机位”位置与测试时已经调试好的“双机位”位置相同，尽量不要更换设备、环境和“双机位”位置。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线上测试时，请考生提前通过学信网系统分别在一机位和二机位登录，并调试好两个机位的位置。二机位放置在考生身体斜后方45度，请务必将二机位的设备的麦克和外放声音静音，避免两个机位的相互干扰。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复试系统支持Windows、Mac电脑以及安卓、苹果手机，iOS 用户请使用 Safari 最新版本浏览器；安卓用户请使用 Chrome 最新版本浏览器。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建议主设备首选笔记本电脑+有线网络连接方式参加复试，若选用无线网络或5G网络应确保网络畅通稳定，尽量不使用多人共享的无线网络。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关闭QQ等可能影响复试的无关应用程序。若遇网络卡顿、黑屏、掉线等现象，应按规定的联系方式及时与学院取得联系，同时关闭联系电话的免打扰模式，等待院方电话进行延缓安排。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推免生复试采取面试考核，复试内容包括专业水平测试、外语水平测试及综合情况考核三项，满分均为100分，60分及格，复试单项成绩不及格不予录取。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复试成绩=专业水平测试成绩+外语水平测试成绩+综合情况考核成绩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专业水平测试主要考核学生专业水平以及运用理论分析问题、解决问题的能力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外语水平测试主要考核外语能力，包括听力和口语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综合情况考核主要考核学生的综合素质，全面了解学生整体情况（如学习与成长经历、实习实践与科研经历、课业成绩与获得证书、业余爱好与社团等）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主要结合《思想政治与品德素质考核表》对思想品德进行重点考核，考核不通过不予录取。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专业水平测试和外语水平测试由考生通过选号抽签决定题目，请合理安排答题时间，在规定时间内清晰表述答题内容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综合情况考核采取考生自我介绍，师生互动问答等方式。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九、复试纪律与要求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考生须按要求提前进行设备测试，至少提前15分钟按要求登录指定网络平台参加网络远程复试。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考生须准备本人身份证，以备复试过程中评委老师随机抽查核验。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考生须独自参加网络远程复试，不得由他人替考，不得接受其他人或机构任何形式的助考，复试期间可视范围内不得放置书刊、资料或其他无关电子设备等。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复试房间一般应设置在家中或宿舍内，应为相对封闭的独立房间，环境整洁干净、光线充足。复试房间应确保安静，复试期间不得出现其他人或其他声音。复试房间不得设置在各类培训机构或商场网吧等场所内。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考生须正面免冠面向镜头，保持坐姿端正，确保面部、上半身及双手在画面中清晰可见，不得佩戴口罩、耳饰、耳机等，耳朵不得被遮挡。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复试时，考生确认听清考题后，须待复试老师发出可以作答指令后，方可答题。考生完成答题后，以“回答完毕”结束。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完成每道试题作答后，视为交卷，不得再次补充或重复答题。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考生可准备2张A4白纸和笔，用于复试时记录考题要求。纸张须在镜头前展示，无任何字迹，无夹带任何资料，一经发现，按作弊处理，取消复试资格。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考生在复试过程（含测试预演）不得进行录音、录像、拍照、截屏、直播或通过其他手段进行信息资料采集。复试结束后，不得传播复试试题、音频、视频等相关内容。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无论何时，一经查实，按作弊处理，取消复试、录取等相应资格。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复试期间如发生设备或网络故障，须及时与复试学院取得联系，并确认后续操作程序。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考生应自觉服从考务人员管理，遵从考务人员的操作指令，不得以任何理由妨碍考务人员履行职责，不得扰乱网络远程复试考场及其他相关网络场所的秩序。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其他未尽事宜请联系财政税务学院办公室：0411-84710465。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东北财经大学财政税务学院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