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动物医学院关于2026年推荐优秀应届本科毕业生免试攻读硕士学位研究生的遴选办法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动物医学院关于2026年推荐优秀应届本科毕业生免试攻读硕士学位研究生的遴选办法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发布日期（推定）：2025年9月4日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推荐优秀应届本科毕业生免试攻读硕士学位研究生（以下简称“推免生”）是坚持立德树人根本任务，激励本科生勤奋学习，引导广大学生全面发展，树立良好学风，促进本科教育质量提高的重要措施。为规范我院推免生工作，根据河南农业大学《关于推荐优秀应届本科毕业生免试攻读研究生的遴选办法（修订）》（农大教[2024]6号）等文件精神，按照“公平、公正、公开”的原则，特制定本办法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一、推免遴选工作领导小组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组长：魏战勇 廖仲磊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成员：韩立强 杜家方 杨百丽 商艳红 李永涛 张红垒 朱河水 王学兵 耿娟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负责本学院推免生遴选办法的制定和修订、推免生的遴选和推荐等工作。小组成员名单均报学校推免生遴选工作领导小组办公室备案。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二、推免遴选专家审核小组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组长：韩立强 杜家方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成员：张素梅 陈丽颖 菅复春 杜向党 王学兵 金鑫 张心晨 毛梓丞 黄燕飞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负责各专业综合素质分中科研成果和竞赛获奖项目的评分细则制定、内容审核鉴定和分值认定等工作。小组成员名单均报学校推免生遴选工作领导小组办公室备案。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三、推免遴选条件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纳入国家普通本科招生计划录取的应届毕业生（不含辅修双学士学位）。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德智体美劳全面发展。具有高尚的爱国主义情操和集体主义观念，理想信念坚定，社会责任感强，遵纪守法，求是创新，积极向上，身心健康，诚实守信，学风端正，品行优良，无考试作弊和剽窃他人学术成果记录，无任何违法、违纪或受处分记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在校学习期间学习成绩优秀。前三学年（五年制为前四学年）所学课程考核成绩均没有出现过不及格记录，并具有较强的解决问题能力和创新能力。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全国大学英语四级成绩达到462分及其以上，或六级成绩达到425分及其以上，或TOEFL成绩在90分及以上（两年有效），或雅思（学术类）在6.0分及以上（两年有效）。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四、综合成绩评定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推免按综合成绩分专业排序，择优选拔。综合成绩＝学习成绩（A）×95% + 综合素质分（B）×5%。综合成绩、学习成绩和综合素质分均以百分制计。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习成绩（A）为前三学年（五年制为前四学年）所有修读课程的学习成绩（辅修专业课程除外），学习成绩计算到第六学期末（五年制到第八学期），即：A＝平均学分绩点×10+50。平均学分绩点以教务管理系统计算结果为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综合素质分（B）为符合学生全面发展价值导向的参军入伍服兵役（最高10分）、参加志愿服务（最高10分）、国际组织实习（最高10分）、科研成果（最高30分）、竞赛获奖（最高40分）等五项内容，其分值为五项内容得分总和。具体计算办法见附件1。注：学生在某一方面中有多项得分情况时，原则上只取一项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学院专家审核小组依照上述第3条对申请人的科研成果和竞赛获奖情况进行评定。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五、名额分配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78"/>
        <w:gridCol w:w="2878"/>
        <w:gridCol w:w="2878"/>
      </w:tblGrid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名额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动物医学（新农科绍骙创新实验班）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动物医学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动物药学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药物制剂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</w:tr>
    </w:tbl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